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ptos" w:hAnsi="Aptos" w:eastAsia="Aptos"/>
          <w:b/>
          <w:color w:val="0F172A"/>
          <w:sz w:val="56"/>
        </w:rPr>
        <w:t>Storymaker Python Challenge</w:t>
      </w:r>
    </w:p>
    <w:p>
      <w:pPr>
        <w:spacing w:after="160"/>
        <w:jc w:val="center"/>
      </w:pPr>
      <w:r>
        <w:rPr>
          <w:rFonts w:ascii="Aptos" w:hAnsi="Aptos" w:eastAsia="Aptos"/>
          <w:b/>
          <w:color w:val="0F766E"/>
          <w:sz w:val="30"/>
        </w:rPr>
        <w:t>Student workbook and teacher reference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72200" cy="34737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wide_colorful_educational_illustration_concep_batch_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737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Aptos" w:hAnsi="Aptos" w:eastAsia="Aptos"/>
          <w:color w:val="0F172A"/>
          <w:sz w:val="21"/>
        </w:rPr>
        <w:t>Name: ____________________________________   Class: __________________   Date: 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top"/>
            <w:shd w:fill="FFF7ED"/>
          </w:tcPr>
          <w:p>
            <w:r>
              <w:rPr>
                <w:rFonts w:ascii="Aptos" w:hAnsi="Aptos" w:eastAsia="Aptos"/>
                <w:b/>
                <w:color w:val="0F172A"/>
                <w:sz w:val="21"/>
              </w:rPr>
              <w:t xml:space="preserve">Your mission: </w:t>
            </w:r>
            <w:r>
              <w:rPr>
                <w:rFonts w:ascii="Aptos" w:hAnsi="Aptos" w:eastAsia="Aptos"/>
                <w:color w:val="0F172A"/>
                <w:sz w:val="21"/>
              </w:rPr>
              <w:t>Adapt a Python text-adventure template so it becomes a complete mystery story with meaningful choices, clues, testing evidence, and working navigation.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rFonts w:ascii="Aptos" w:hAnsi="Aptos" w:eastAsia="Aptos"/>
          <w:i/>
          <w:color w:val="475569"/>
          <w:sz w:val="19"/>
        </w:rPr>
        <w:t>Starter file: Storymaker.py - Created by Mr E Ryan, 14/05/2026</w:t>
      </w:r>
    </w:p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1. Lesson overview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Use this page to understand what you are aiming to build.</w:t>
      </w:r>
    </w:p>
    <w:p>
      <w:pPr>
        <w:spacing w:after="40"/>
      </w:pPr>
      <w:r>
        <w:rPr>
          <w:rFonts w:ascii="Aptos" w:hAnsi="Aptos" w:eastAsia="Aptos"/>
          <w:b/>
          <w:color w:val="0F172A"/>
          <w:sz w:val="26"/>
        </w:rPr>
        <w:t>Learning objectives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Explain how functions are used to represent rooms and actions.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Use input, output, strings, Booleans, while loops, and if / elif / else statements.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Adapt existing code safely without breaking the room navigation.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Test a text adventure and record evidence of fixes.</w:t>
      </w:r>
    </w:p>
    <w:p>
      <w:pPr>
        <w:spacing w:after="60"/>
      </w:pPr>
      <w:r>
        <w:rPr>
          <w:rFonts w:ascii="Aptos" w:hAnsi="Aptos" w:eastAsia="Aptos"/>
          <w:b/>
          <w:color w:val="0F172A"/>
          <w:sz w:val="26"/>
        </w:rPr>
        <w:t>Key vocabulary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94"/>
        <w:gridCol w:w="3394"/>
        <w:gridCol w:w="3394"/>
      </w:tblGrid>
      <w:tr>
        <w:trPr>
          <w:tblHeader w:val="true"/>
        </w:trPr>
        <w:tc>
          <w:tcPr>
            <w:tcW w:type="dxa" w:w="3394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Keyword</w:t>
            </w:r>
          </w:p>
        </w:tc>
        <w:tc>
          <w:tcPr>
            <w:tcW w:type="dxa" w:w="3394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Meaning</w:t>
            </w:r>
          </w:p>
        </w:tc>
        <w:tc>
          <w:tcPr>
            <w:tcW w:type="dxa" w:w="3394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Example from the challenge</w:t>
            </w:r>
          </w:p>
        </w:tc>
      </w:tr>
      <w:t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function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A named block of code that can be called.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9"/>
              </w:rPr>
              <w:t>hallway(), door1(), peter()</w:t>
            </w:r>
          </w:p>
        </w:tc>
      </w:tr>
      <w:t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while loop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Repeats code while a condition is True.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9"/>
              </w:rPr>
              <w:t>while flag == True:</w:t>
            </w:r>
          </w:p>
        </w:tc>
      </w:tr>
      <w:t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if / elif / else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Checks choices and chooses a path.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9"/>
              </w:rPr>
              <w:t>if choice.lower() == "d1":</w:t>
            </w:r>
          </w:p>
        </w:tc>
      </w:tr>
      <w:t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Boolean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A True or False value.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9"/>
              </w:rPr>
              <w:t>flag = True</w:t>
            </w:r>
          </w:p>
        </w:tc>
      </w:tr>
      <w:t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string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Text stored or printed by the program.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9"/>
              </w:rPr>
              <w:t>"You are in Room 1"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2. Starter: play, predict, discuss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Before editing, predict how the program works.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top"/>
            <w:shd w:fill="DBEAFE"/>
          </w:tcPr>
          <w:p>
            <w:r>
              <w:rPr>
                <w:rFonts w:ascii="Aptos" w:hAnsi="Aptos" w:eastAsia="Aptos"/>
                <w:b/>
                <w:color w:val="0F172A"/>
                <w:sz w:val="21"/>
              </w:rPr>
              <w:t xml:space="preserve">First run: </w:t>
            </w:r>
            <w:r>
              <w:rPr>
                <w:rFonts w:ascii="Aptos" w:hAnsi="Aptos" w:eastAsia="Aptos"/>
                <w:color w:val="0F172A"/>
                <w:sz w:val="21"/>
              </w:rPr>
              <w:t>Run the starter program once. Do not edit anything yet. Try moving to at least two rooms and then returning to a hub.</w:t>
            </w:r>
          </w:p>
        </w:tc>
      </w:tr>
    </w:tbl>
    <w:p>
      <w:pPr>
        <w:spacing w:after="40"/>
      </w:pP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What type of game is this program trying to create?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Which function runs first when the program starts?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What input would take the player upstairs?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What happens when an invalid choice is typed?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Which part of the introduction creates the mystery atmosphere?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3. Code detective: function map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Each function is a location or action. Complete the purpose column.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45"/>
        <w:gridCol w:w="2545"/>
        <w:gridCol w:w="2545"/>
        <w:gridCol w:w="2545"/>
      </w:tblGrid>
      <w:tr>
        <w:trPr>
          <w:tblHeader w:val="true"/>
        </w:trPr>
        <w:tc>
          <w:tcPr>
            <w:tcW w:type="dxa" w:w="2545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Function</w:t>
            </w:r>
          </w:p>
        </w:tc>
        <w:tc>
          <w:tcPr>
            <w:tcW w:type="dxa" w:w="2545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Type</w:t>
            </w:r>
          </w:p>
        </w:tc>
        <w:tc>
          <w:tcPr>
            <w:tcW w:type="dxa" w:w="2545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it does</w:t>
            </w:r>
          </w:p>
        </w:tc>
        <w:tc>
          <w:tcPr>
            <w:tcW w:type="dxa" w:w="2545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Calls / returns to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start()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start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hallway()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hallway()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hub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door1-4, staircase("u")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landing()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hub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door5-8, staircase("d")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door1()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Office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hallway()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door2()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Kitchen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hallway()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door3()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Living 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hallway()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door4()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Games 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hallway()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door5()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Bedroom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landing()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door6()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Master bedroom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peter(), landing()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door7()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Child's bedroom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landing()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door8()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Bathroom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landing()</w:t>
            </w:r>
          </w:p>
        </w:tc>
      </w:tr>
      <w:t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8"/>
              </w:rPr>
              <w:t>peter()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dialogue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18"/>
              </w:rPr>
              <w:t>stays in dialogue until leave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4. Trace a route through the story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A trace table helps you understand what the code is doing step by step.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top"/>
            <w:shd w:fill="FEF3C7"/>
          </w:tcPr>
          <w:p>
            <w:r>
              <w:rPr>
                <w:rFonts w:ascii="Aptos" w:hAnsi="Aptos" w:eastAsia="Aptos"/>
                <w:b/>
                <w:color w:val="0F172A"/>
                <w:sz w:val="21"/>
              </w:rPr>
              <w:t xml:space="preserve">Route to trace: </w:t>
            </w:r>
            <w:r>
              <w:rPr>
                <w:rFonts w:ascii="Aptos" w:hAnsi="Aptos" w:eastAsia="Aptos"/>
                <w:color w:val="0F172A"/>
                <w:sz w:val="21"/>
              </w:rPr>
              <w:t>Start the game, type d6, then w, then s, then 1, then l. Record which function is running at each step.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</w:tblGrid>
      <w:tr>
        <w:tc>
          <w:tcPr>
            <w:tcW w:type="dxa" w:w="2036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Step</w:t>
            </w:r>
          </w:p>
        </w:tc>
        <w:tc>
          <w:tcPr>
            <w:tcW w:type="dxa" w:w="2036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User input</w:t>
            </w:r>
          </w:p>
        </w:tc>
        <w:tc>
          <w:tcPr>
            <w:tcW w:type="dxa" w:w="2036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Function running</w:t>
            </w:r>
          </w:p>
        </w:tc>
        <w:tc>
          <w:tcPr>
            <w:tcW w:type="dxa" w:w="2036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the program prints / does</w:t>
            </w:r>
          </w:p>
        </w:tc>
        <w:tc>
          <w:tcPr>
            <w:tcW w:type="dxa" w:w="2036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Next function or state</w:t>
            </w:r>
          </w:p>
        </w:tc>
      </w:tr>
      <w:tr>
        <w:trPr>
          <w:trHeight w:val="691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1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691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2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691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3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691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4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691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5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691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6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691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7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</w:tbl>
    <w:p>
      <w:pPr>
        <w:spacing w:after="40"/>
      </w:pPr>
      <w:r>
        <w:rPr>
          <w:rFonts w:ascii="Aptos" w:hAnsi="Aptos" w:eastAsia="Aptos"/>
          <w:b/>
          <w:color w:val="0F172A"/>
        </w:rPr>
        <w:t>Challenge: What would happen if the player typed W instead of w? Explain why.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5. Python pattern: while loops and flags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The menu repeats because a Boolean flag controls a loop.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334155"/>
              <w:left w:val="single" w:sz="8" w:space="0" w:color="334155"/>
              <w:bottom w:val="single" w:sz="8" w:space="0" w:color="334155"/>
              <w:right w:val="single" w:sz="8" w:space="0" w:color="334155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111827"/>
          </w:tcPr>
          <w:p>
            <w:pPr>
              <w:spacing w:after="0"/>
            </w:pPr>
            <w:r>
              <w:rPr>
                <w:rFonts w:ascii="Liberation Mono" w:hAnsi="Liberation Mono" w:eastAsia="Liberation Mono"/>
                <w:color w:val="FFFFFF"/>
                <w:sz w:val="18"/>
              </w:rPr>
              <w:t>flag = True</w:t>
              <w:br/>
              <w:t>while flag == True:</w:t>
              <w:br/>
              <w:t xml:space="preserve">    choice = input("Where would you like to go? ")</w:t>
              <w:br/>
              <w:t xml:space="preserve">    if choice.lower() == "d":</w:t>
              <w:br/>
              <w:t xml:space="preserve">        flag = False</w:t>
              <w:br/>
              <w:t xml:space="preserve">        hallway()</w:t>
              <w:br/>
              <w:t xml:space="preserve">    else:</w:t>
              <w:br/>
              <w:t xml:space="preserve">        print("Try again.")</w:t>
            </w:r>
          </w:p>
        </w:tc>
      </w:tr>
    </w:tbl>
    <w:p>
      <w:pPr>
        <w:spacing w:after="40"/>
      </w:pPr>
      <w:r>
        <w:rPr>
          <w:rFonts w:ascii="Aptos" w:hAnsi="Aptos" w:eastAsia="Aptos"/>
          <w:b/>
          <w:color w:val="0F172A"/>
          <w:sz w:val="26"/>
        </w:rPr>
        <w:t>Answer the questions</w:t>
      </w:r>
    </w:p>
    <w:p>
      <w:pPr>
        <w:spacing w:after="20"/>
      </w:pPr>
      <w:r>
        <w:rPr>
          <w:rFonts w:ascii="Aptos" w:hAnsi="Aptos" w:eastAsia="Aptos"/>
          <w:b/>
          <w:sz w:val="21"/>
        </w:rPr>
        <w:t>What value does flag have at the start of the loop?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sz w:val="21"/>
        </w:rPr>
        <w:t>What line stops the loop?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sz w:val="21"/>
        </w:rPr>
        <w:t>Why would the program feel broken if flag never changed?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sz w:val="21"/>
        </w:rPr>
        <w:t>Rewrite while flag == True in a shorter Python style.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6. Python pattern: if / elif / else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Menus work by comparing the player choice with expected letters.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334155"/>
              <w:left w:val="single" w:sz="8" w:space="0" w:color="334155"/>
              <w:bottom w:val="single" w:sz="8" w:space="0" w:color="334155"/>
              <w:right w:val="single" w:sz="8" w:space="0" w:color="334155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111827"/>
          </w:tcPr>
          <w:p>
            <w:pPr>
              <w:spacing w:after="0"/>
            </w:pPr>
            <w:r>
              <w:rPr>
                <w:rFonts w:ascii="Liberation Mono" w:hAnsi="Liberation Mono" w:eastAsia="Liberation Mono"/>
                <w:color w:val="FFFFFF"/>
                <w:sz w:val="18"/>
              </w:rPr>
              <w:t>choice = input("Choose: (F)ireplace or (D)oor ")</w:t>
              <w:br/>
              <w:br/>
              <w:t>if choice.lower() == "f":</w:t>
              <w:br/>
              <w:t xml:space="preserve">    print("At the fireplace you see...")</w:t>
              <w:br/>
              <w:t>elif choice.lower() == "d":</w:t>
              <w:br/>
              <w:t xml:space="preserve">    flag = False</w:t>
              <w:br/>
              <w:t xml:space="preserve">    hallway()</w:t>
              <w:br/>
              <w:t>else:</w:t>
              <w:br/>
              <w:t xml:space="preserve">    print("Your choice was not recognised.")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3394"/>
        <w:gridCol w:w="3394"/>
        <w:gridCol w:w="3394"/>
      </w:tblGrid>
      <w:tr>
        <w:tc>
          <w:tcPr>
            <w:tcW w:type="dxa" w:w="3394"/>
            <w:shd w:fill="EDE9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Part</w:t>
            </w:r>
          </w:p>
        </w:tc>
        <w:tc>
          <w:tcPr>
            <w:tcW w:type="dxa" w:w="3394"/>
            <w:shd w:fill="EDE9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it checks</w:t>
            </w:r>
          </w:p>
        </w:tc>
        <w:tc>
          <w:tcPr>
            <w:tcW w:type="dxa" w:w="3394"/>
            <w:shd w:fill="EDE9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happens</w:t>
            </w:r>
          </w:p>
        </w:tc>
      </w:tr>
      <w:tr>
        <w:trPr>
          <w:trHeight w:val="835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if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35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elif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35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else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</w:tbl>
    <w:p>
      <w:pPr>
        <w:spacing w:after="40"/>
      </w:pPr>
      <w:r>
        <w:rPr>
          <w:rFonts w:ascii="Aptos" w:hAnsi="Aptos" w:eastAsia="Aptos"/>
          <w:b/>
          <w:color w:val="0F172A"/>
          <w:sz w:val="22"/>
        </w:rPr>
        <w:t>Mini task: add a new branch for a rug using the letter r.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7. Bronze challenge: edit existing responses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Make the player want to explore by replacing placeholder text.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top"/>
            <w:shd w:fill="FFF7ED"/>
          </w:tcPr>
          <w:p>
            <w:r>
              <w:rPr>
                <w:rFonts w:ascii="Aptos" w:hAnsi="Aptos" w:eastAsia="Aptos"/>
                <w:b/>
                <w:color w:val="0F172A"/>
                <w:sz w:val="21"/>
              </w:rPr>
              <w:t xml:space="preserve">Rule: </w:t>
            </w:r>
            <w:r>
              <w:rPr>
                <w:rFonts w:ascii="Aptos" w:hAnsi="Aptos" w:eastAsia="Aptos"/>
                <w:color w:val="0F172A"/>
                <w:sz w:val="21"/>
              </w:rPr>
              <w:t>Do not change the if / elif structure yet. Only replace the text inside print statements that says &lt;edit this response&gt;.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2545"/>
        <w:gridCol w:w="2545"/>
        <w:gridCol w:w="2545"/>
        <w:gridCol w:w="2545"/>
      </w:tblGrid>
      <w:tr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Room / object</w:t>
            </w:r>
          </w:p>
        </w:tc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Original placeholder</w:t>
            </w:r>
          </w:p>
        </w:tc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Your improved response</w:t>
            </w:r>
          </w:p>
        </w:tc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Purpose: mood, clue, reward, or mislead?</w:t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Office fireplace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7"/>
              </w:rPr>
              <w:t>&lt;edit this response&gt;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Kitchen pantry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7"/>
              </w:rPr>
              <w:t>&lt;edit this response&gt;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Living room sofa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7"/>
              </w:rPr>
              <w:t>&lt;edit this response&gt;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Games room painting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7"/>
              </w:rPr>
              <w:t>&lt;edit this response&gt;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Bathroom cabinet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Liberation Mono" w:hAnsi="Liberation Mono" w:eastAsia="Liberation Mono"/>
                <w:b w:val="0"/>
                <w:i w:val="0"/>
                <w:color w:val="0F172A"/>
                <w:sz w:val="17"/>
              </w:rPr>
              <w:t>&lt;edit this response&gt;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8. Silver challenge: add one new option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A new option must be added to the prompt and to the if / elif chain.</w:t>
      </w:r>
    </w:p>
    <w:p>
      <w:pPr>
        <w:spacing w:after="40"/>
      </w:pPr>
      <w:r>
        <w:rPr>
          <w:rFonts w:ascii="Aptos" w:hAnsi="Aptos" w:eastAsia="Aptos"/>
          <w:b/>
          <w:color w:val="0F172A"/>
          <w:sz w:val="26"/>
        </w:rPr>
        <w:t>Plan the option before changing code.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90"/>
        <w:gridCol w:w="5090"/>
      </w:tblGrid>
      <w:tr>
        <w:tc>
          <w:tcPr>
            <w:tcW w:type="dxa" w:w="5090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Planning question</w:t>
            </w:r>
          </w:p>
        </w:tc>
        <w:tc>
          <w:tcPr>
            <w:tcW w:type="dxa" w:w="5090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Your answer</w:t>
            </w:r>
          </w:p>
        </w:tc>
      </w:tr>
      <w:tr>
        <w:trPr>
          <w:trHeight w:val="835" w:hRule="atLeast"/>
        </w:trPr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Which room will you edit?</w:t>
            </w:r>
          </w:p>
        </w:tc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35" w:hRule="atLeast"/>
        </w:trPr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new object can the player examine?</w:t>
            </w:r>
          </w:p>
        </w:tc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35" w:hRule="atLeast"/>
        </w:trPr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Which letter will the player type?</w:t>
            </w:r>
          </w:p>
        </w:tc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35" w:hRule="atLeast"/>
        </w:trPr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clue, reward, or description will appear?</w:t>
            </w:r>
          </w:p>
        </w:tc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35" w:hRule="atLeast"/>
        </w:trPr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exact line must be added to the prompt?</w:t>
            </w:r>
          </w:p>
        </w:tc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35" w:hRule="atLeast"/>
        </w:trPr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What exact elif branch must be added?</w:t>
            </w:r>
          </w:p>
        </w:tc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</w:tbl>
    <w:p>
      <w:pPr>
        <w:spacing w:after="40"/>
      </w:pPr>
      <w:r>
        <w:rPr>
          <w:rFonts w:ascii="Aptos" w:hAnsi="Aptos" w:eastAsia="Aptos"/>
          <w:b/>
          <w:color w:val="0F172A"/>
          <w:sz w:val="24"/>
        </w:rPr>
        <w:t>Code scaffold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334155"/>
              <w:left w:val="single" w:sz="8" w:space="0" w:color="334155"/>
              <w:bottom w:val="single" w:sz="8" w:space="0" w:color="334155"/>
              <w:right w:val="single" w:sz="8" w:space="0" w:color="334155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111827"/>
          </w:tcPr>
          <w:p>
            <w:pPr>
              <w:spacing w:after="0"/>
            </w:pPr>
            <w:r>
              <w:rPr>
                <w:rFonts w:ascii="Liberation Mono" w:hAnsi="Liberation Mono" w:eastAsia="Liberation Mono"/>
                <w:color w:val="FFFFFF"/>
                <w:sz w:val="18"/>
              </w:rPr>
              <w:t>elif choice.lower() == "__":</w:t>
              <w:br/>
              <w:t xml:space="preserve">    print("________________________________________")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9. Gold challenge: create and connect a new room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A new room needs a function, a route in, and a way back out.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94"/>
        <w:gridCol w:w="3394"/>
        <w:gridCol w:w="3394"/>
      </w:tblGrid>
      <w:tr>
        <w:tc>
          <w:tcPr>
            <w:tcW w:type="dxa" w:w="3394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Design choice</w:t>
            </w:r>
          </w:p>
        </w:tc>
        <w:tc>
          <w:tcPr>
            <w:tcW w:type="dxa" w:w="3394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Your plan</w:t>
            </w:r>
          </w:p>
        </w:tc>
        <w:tc>
          <w:tcPr>
            <w:tcW w:type="dxa" w:w="3394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Teacher / peer tick</w:t>
            </w:r>
          </w:p>
        </w:tc>
      </w:tr>
      <w:tr>
        <w:trPr>
          <w:trHeight w:val="749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Room name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[ ]</w:t>
            </w:r>
          </w:p>
        </w:tc>
      </w:tr>
      <w:tr>
        <w:trPr>
          <w:trHeight w:val="749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Where it connects from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[ ]</w:t>
            </w:r>
          </w:p>
        </w:tc>
      </w:tr>
      <w:tr>
        <w:trPr>
          <w:trHeight w:val="749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Input letter to enter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[ ]</w:t>
            </w:r>
          </w:p>
        </w:tc>
      </w:tr>
      <w:tr>
        <w:trPr>
          <w:trHeight w:val="749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Objects in the room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[ ]</w:t>
            </w:r>
          </w:p>
        </w:tc>
      </w:tr>
      <w:tr>
        <w:trPr>
          <w:trHeight w:val="749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Exit route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[ ]</w:t>
            </w:r>
          </w:p>
        </w:tc>
      </w:tr>
      <w:tr>
        <w:trPr>
          <w:trHeight w:val="749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New clue or story event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[ ]</w:t>
            </w:r>
          </w:p>
        </w:tc>
      </w:tr>
    </w:tbl>
    <w:p>
      <w:pPr>
        <w:spacing w:after="40"/>
      </w:pPr>
      <w:r>
        <w:rPr>
          <w:rFonts w:ascii="Aptos" w:hAnsi="Aptos" w:eastAsia="Aptos"/>
          <w:b/>
          <w:color w:val="0F172A"/>
          <w:sz w:val="24"/>
        </w:rPr>
        <w:t>Room skeleton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334155"/>
              <w:left w:val="single" w:sz="8" w:space="0" w:color="334155"/>
              <w:bottom w:val="single" w:sz="8" w:space="0" w:color="334155"/>
              <w:right w:val="single" w:sz="8" w:space="0" w:color="334155"/>
            </w:tcBorders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  <w:shd w:fill="111827"/>
          </w:tcPr>
          <w:p>
            <w:pPr>
              <w:spacing w:after="0"/>
            </w:pPr>
            <w:r>
              <w:rPr>
                <w:rFonts w:ascii="Liberation Mono" w:hAnsi="Liberation Mono" w:eastAsia="Liberation Mono"/>
                <w:color w:val="FFFFFF"/>
                <w:sz w:val="18"/>
              </w:rPr>
              <w:t>def new_room():</w:t>
              <w:br/>
              <w:t xml:space="preserve">    print("**You enter the new room**")</w:t>
              <w:br/>
              <w:t xml:space="preserve">    flag = True</w:t>
              <w:br/>
              <w:t xml:space="preserve">    while flag == True:</w:t>
              <w:br/>
              <w:t xml:space="preserve">        choice = input("You can see a (__) and a (D)oor. ")</w:t>
              <w:br/>
              <w:t xml:space="preserve">        if choice.lower() == "__":</w:t>
              <w:br/>
              <w:t xml:space="preserve">            print("________________________________")</w:t>
              <w:br/>
              <w:t xml:space="preserve">        elif choice.lower() == "d":</w:t>
              <w:br/>
              <w:t xml:space="preserve">            flag = False</w:t>
              <w:br/>
              <w:t xml:space="preserve">            hallway()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10. Debugging challenge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Find the symptom, explain the cause, then record your fix.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top"/>
            <w:shd w:fill="FEE2E2"/>
          </w:tcPr>
          <w:p>
            <w:r>
              <w:rPr>
                <w:rFonts w:ascii="Aptos" w:hAnsi="Aptos" w:eastAsia="Aptos"/>
                <w:b/>
                <w:color w:val="0F172A"/>
                <w:sz w:val="21"/>
              </w:rPr>
              <w:t xml:space="preserve">Debugging method: </w:t>
            </w:r>
            <w:r>
              <w:rPr>
                <w:rFonts w:ascii="Aptos" w:hAnsi="Aptos" w:eastAsia="Aptos"/>
                <w:color w:val="0F172A"/>
                <w:sz w:val="21"/>
              </w:rPr>
              <w:t>Predict the symptom first, run the code to check, make one fix, then retest the same input.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2545"/>
        <w:gridCol w:w="2545"/>
        <w:gridCol w:w="2545"/>
        <w:gridCol w:w="2545"/>
      </w:tblGrid>
      <w:tr>
        <w:tc>
          <w:tcPr>
            <w:tcW w:type="dxa" w:w="2545"/>
            <w:shd w:fill="FEE2E2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Bug to investigate</w:t>
            </w:r>
          </w:p>
        </w:tc>
        <w:tc>
          <w:tcPr>
            <w:tcW w:type="dxa" w:w="2545"/>
            <w:shd w:fill="FEE2E2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Symptom when run</w:t>
            </w:r>
          </w:p>
        </w:tc>
        <w:tc>
          <w:tcPr>
            <w:tcW w:type="dxa" w:w="2545"/>
            <w:shd w:fill="FEE2E2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Likely cause</w:t>
            </w:r>
          </w:p>
        </w:tc>
        <w:tc>
          <w:tcPr>
            <w:tcW w:type="dxa" w:w="2545"/>
            <w:shd w:fill="FEE2E2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Fix made</w:t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Door 4 prints the wrong room number.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Door 6 exit message says the wrong room.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Bathroom cabinet is hard to select.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Peter dialogue has no response for unexpected question numbers.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93" w:hRule="atLeast"/>
        </w:trPr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Your own bug found during testing.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11. Testing log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Record evidence that the game works after each change.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</w:tblGrid>
      <w:tr>
        <w:tc>
          <w:tcPr>
            <w:tcW w:type="dxa" w:w="2036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Test number</w:t>
            </w:r>
          </w:p>
        </w:tc>
        <w:tc>
          <w:tcPr>
            <w:tcW w:type="dxa" w:w="2036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Input sequence tested</w:t>
            </w:r>
          </w:p>
        </w:tc>
        <w:tc>
          <w:tcPr>
            <w:tcW w:type="dxa" w:w="2036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Expected result</w:t>
            </w:r>
          </w:p>
        </w:tc>
        <w:tc>
          <w:tcPr>
            <w:tcW w:type="dxa" w:w="2036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Actual result</w:t>
            </w:r>
          </w:p>
        </w:tc>
        <w:tc>
          <w:tcPr>
            <w:tcW w:type="dxa" w:w="2036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Pass / fix needed</w:t>
            </w:r>
          </w:p>
        </w:tc>
      </w:tr>
      <w:tr>
        <w:trPr>
          <w:trHeight w:val="864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1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d1, e, d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Desk response appears, then returns to hallway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64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2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d8, c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Bathroom cabinet response appears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64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3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D6, W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Master bedroom wardrobe can be selected with capitals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64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4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invalid input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Program gives an error message but does not crash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64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5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your new route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New choice or room works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  <w:tr>
        <w:trPr>
          <w:trHeight w:val="864" w:hRule="atLeast"/>
        </w:trPr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6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ending route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Story can be completed</w:t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2036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12. Peer review and improvement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Swap seats and play another student's story.</w:t>
      </w:r>
    </w:p>
    <w:p>
      <w:pPr>
        <w:spacing w:after="40"/>
      </w:pPr>
      <w:r>
        <w:rPr>
          <w:rFonts w:ascii="Aptos" w:hAnsi="Aptos" w:eastAsia="Aptos"/>
          <w:b/>
          <w:color w:val="0F172A"/>
          <w:sz w:val="26"/>
        </w:rPr>
        <w:t>Reviewer checklist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[ ] I can navigate back to the hallway or landing from each room I tried.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[ ] New choices are clearly shown in the prompt.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[ ] The story descriptions create atmosphere.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[ ] There is at least one meaningful clue or reward.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[ ] Invalid input is handled sensibly.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[ ] I found no crashes during my test route.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90"/>
        <w:gridCol w:w="5090"/>
      </w:tblGrid>
      <w:tr>
        <w:tc>
          <w:tcPr>
            <w:tcW w:type="dxa" w:w="5090"/>
            <w:shd w:fill="EDE9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Two things that work well</w:t>
            </w:r>
          </w:p>
        </w:tc>
        <w:tc>
          <w:tcPr>
            <w:tcW w:type="dxa" w:w="5090"/>
            <w:shd w:fill="EDE9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One improvement suggestion</w:t>
            </w:r>
          </w:p>
        </w:tc>
      </w:tr>
      <w:tr>
        <w:trPr>
          <w:trHeight w:val="2880" w:hRule="atLeast"/>
        </w:trPr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  <w:tc>
          <w:tcPr>
            <w:tcW w:type="dxa" w:w="5090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13. Assessment rubric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Use this to decide what to improve next.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45"/>
        <w:gridCol w:w="2545"/>
        <w:gridCol w:w="2545"/>
        <w:gridCol w:w="2545"/>
      </w:tblGrid>
      <w:tr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Level</w:t>
            </w:r>
          </w:p>
        </w:tc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Programming evidence</w:t>
            </w:r>
          </w:p>
        </w:tc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Story evidence</w:t>
            </w:r>
          </w:p>
        </w:tc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Testing evidence</w:t>
            </w:r>
          </w:p>
        </w:tc>
      </w:tr>
      <w:tr>
        <w:trPr>
          <w:trHeight w:val="1094" w:hRule="atLeast"/>
        </w:trPr>
        <w:tc>
          <w:tcPr>
            <w:tcW w:type="dxa" w:w="2545"/>
            <w:shd w:fill="FEF3C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Bronze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Existing print responses edited safely.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Rooms have clearer descriptions.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Program still runs after edits.</w:t>
            </w:r>
          </w:p>
        </w:tc>
      </w:tr>
      <w:tr>
        <w:trPr>
          <w:trHeight w:val="1094" w:hRule="atLeast"/>
        </w:trPr>
        <w:tc>
          <w:tcPr>
            <w:tcW w:type="dxa" w:w="2545"/>
            <w:shd w:fill="DBEA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Silver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A new option is added to a prompt and matching elif branch.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New option gives a useful clue or reward.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New option is tested with valid and invalid input.</w:t>
            </w:r>
          </w:p>
        </w:tc>
      </w:tr>
      <w:tr>
        <w:trPr>
          <w:trHeight w:val="1094" w:hRule="atLeast"/>
        </w:trPr>
        <w:tc>
          <w:tcPr>
            <w:tcW w:type="dxa" w:w="2545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Gold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A new room function is created and connected.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New room fits the mystery and has an exit route.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Route into and out of the room is tested.</w:t>
            </w:r>
          </w:p>
        </w:tc>
      </w:tr>
      <w:tr>
        <w:trPr>
          <w:trHeight w:val="1094" w:hRule="atLeast"/>
        </w:trPr>
        <w:tc>
          <w:tcPr>
            <w:tcW w:type="dxa" w:w="2545"/>
            <w:shd w:fill="EDE9FE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Platinum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Adds a new mechanic such as inventory, score, locked door, or multiple endings.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Story has a satisfying solution or alternative endings.</w:t>
            </w:r>
          </w:p>
        </w:tc>
        <w:tc>
          <w:tcPr>
            <w:tcW w:type="dxa" w:w="2545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Tests show all routes and edge cases work.</w:t>
            </w:r>
          </w:p>
        </w:tc>
      </w:tr>
    </w:tbl>
    <w:p>
      <w:pPr>
        <w:spacing w:after="40"/>
      </w:pPr>
      <w:r>
        <w:rPr>
          <w:rFonts w:ascii="Aptos" w:hAnsi="Aptos" w:eastAsia="Aptos"/>
          <w:b/>
          <w:color w:val="0F172A"/>
          <w:sz w:val="24"/>
        </w:rPr>
        <w:t>My target for next lesson: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14. Teacher reference: quick lesson plan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Use alongside the presentation slides.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94"/>
        <w:gridCol w:w="3394"/>
        <w:gridCol w:w="3394"/>
      </w:tblGrid>
      <w:tr>
        <w:tc>
          <w:tcPr>
            <w:tcW w:type="dxa" w:w="3394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Time</w:t>
            </w:r>
          </w:p>
        </w:tc>
        <w:tc>
          <w:tcPr>
            <w:tcW w:type="dxa" w:w="3394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Activity</w:t>
            </w:r>
          </w:p>
        </w:tc>
        <w:tc>
          <w:tcPr>
            <w:tcW w:type="dxa" w:w="3394"/>
            <w:shd w:fill="DCFCE7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Teacher prompts</w:t>
            </w:r>
          </w:p>
        </w:tc>
      </w:tr>
      <w:tr>
        <w:trPr>
          <w:trHeight w:val="893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5 min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Starter play and prediction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What makes this a game rather than a normal program?</w:t>
            </w:r>
          </w:p>
        </w:tc>
      </w:tr>
      <w:tr>
        <w:trPr>
          <w:trHeight w:val="893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10 min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Code walk-through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Where is the first decision? What does flag control?</w:t>
            </w:r>
          </w:p>
        </w:tc>
      </w:tr>
      <w:tr>
        <w:trPr>
          <w:trHeight w:val="893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25 min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Challenge build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Choose Bronze, Silver, Gold, or Platinum based on confidence.</w:t>
            </w:r>
          </w:p>
        </w:tc>
      </w:tr>
      <w:tr>
        <w:trPr>
          <w:trHeight w:val="893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10 min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Testing log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Can a partner reproduce your working route?</w:t>
            </w:r>
          </w:p>
        </w:tc>
      </w:tr>
      <w:tr>
        <w:trPr>
          <w:trHeight w:val="893" w:hRule="atLeast"/>
        </w:trPr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0F172A"/>
                <w:sz w:val="21"/>
              </w:rPr>
              <w:t>10 min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Peer review and exit ticket</w:t>
            </w:r>
          </w:p>
        </w:tc>
        <w:tc>
          <w:tcPr>
            <w:tcW w:type="dxa" w:w="3394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pPr>
              <w:jc w:val="left"/>
            </w:pPr>
            <w:r>
              <w:rPr>
                <w:rFonts w:ascii="Aptos" w:hAnsi="Aptos" w:eastAsia="Aptos"/>
                <w:b w:val="0"/>
                <w:i w:val="0"/>
                <w:color w:val="0F172A"/>
                <w:sz w:val="21"/>
              </w:rPr>
              <w:t>Explain one change you made using programming vocabulary.</w:t>
            </w:r>
          </w:p>
        </w:tc>
      </w:tr>
    </w:tbl>
    <w:p>
      <w:pPr>
        <w:spacing w:after="40"/>
      </w:pPr>
      <w:r>
        <w:rPr>
          <w:rFonts w:ascii="Aptos" w:hAnsi="Aptos" w:eastAsia="Aptos"/>
          <w:b/>
          <w:color w:val="0F172A"/>
          <w:sz w:val="26"/>
        </w:rPr>
        <w:t>Known starter-code debugging opportunities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door4() prints "You are in Room 1" even though it is Room 4.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door6() exit message says "You are leaving Room 5".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door8() checks for "c?" instead of "c" for the cabinet choice.</w:t>
      </w:r>
    </w:p>
    <w:p>
      <w:pPr>
        <w:pStyle w:val="ListBullet"/>
        <w:spacing w:after="60"/>
      </w:pPr>
      <w:r>
        <w:rPr>
          <w:rFonts w:ascii="Aptos" w:hAnsi="Aptos"/>
          <w:color w:val="0F172A"/>
          <w:sz w:val="21"/>
        </w:rPr>
        <w:t>peter() does not give feedback if a question number outside 1-5 is entered.</w:t>
      </w:r>
    </w:p>
    <w:p>
      <w:r>
        <w:br w:type="page"/>
      </w:r>
    </w:p>
    <w:p>
      <w:pPr>
        <w:spacing w:before="0" w:after="40"/>
      </w:pPr>
      <w:r>
        <w:rPr>
          <w:rFonts w:ascii="Aptos Display" w:hAnsi="Aptos Display" w:eastAsia="Aptos Display"/>
          <w:b/>
          <w:color w:val="0F172A"/>
          <w:sz w:val="42"/>
        </w:rPr>
        <w:t>15. Reflection: what did you learn?</w:t>
      </w:r>
    </w:p>
    <w:p>
      <w:pPr>
        <w:spacing w:after="160"/>
      </w:pPr>
      <w:r>
        <w:rPr>
          <w:rFonts w:ascii="Aptos" w:hAnsi="Aptos" w:eastAsia="Aptos"/>
          <w:color w:val="475569"/>
          <w:sz w:val="21"/>
        </w:rPr>
        <w:t>Use programming vocabulary in your answers.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The part of my story I am most proud of is...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One function I changed was...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One bug I fixed or avoided was...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The test that gave me the most useful evidence was...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20"/>
      </w:pPr>
      <w:r>
        <w:rPr>
          <w:rFonts w:ascii="Aptos" w:hAnsi="Aptos" w:eastAsia="Aptos"/>
          <w:b/>
          <w:color w:val="0F172A"/>
          <w:sz w:val="21"/>
        </w:rPr>
        <w:t>Next time I would improve the program by...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81"/>
      </w:tblGrid>
      <w:tr>
        <w:tc>
          <w:tcPr>
            <w:tcW w:type="dxa" w:w="10181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100" w:type="dxa"/>
              <w:start w:w="130" w:type="dxa"/>
              <w:bottom w:w="100" w:type="dxa"/>
              <w:end w:w="130" w:type="dxa"/>
            </w:tcMar>
            <w:vAlign w:val="top"/>
            <w:shd w:fill="FEF3C7"/>
          </w:tcPr>
          <w:p>
            <w:r>
              <w:rPr>
                <w:rFonts w:ascii="Aptos" w:hAnsi="Aptos" w:eastAsia="Aptos"/>
                <w:b/>
                <w:color w:val="0F172A"/>
                <w:sz w:val="21"/>
              </w:rPr>
              <w:t xml:space="preserve">Exit ticket: </w:t>
            </w:r>
            <w:r>
              <w:rPr>
                <w:rFonts w:ascii="Aptos" w:hAnsi="Aptos" w:eastAsia="Aptos"/>
                <w:color w:val="0F172A"/>
                <w:sz w:val="21"/>
              </w:rPr>
              <w:t>In one sentence, explain how a function, loop, and if statement work together in this text adventure.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p>
      <w:pPr>
        <w:spacing w:after="80"/>
      </w:pPr>
      <w:r>
        <w:rPr>
          <w:color w:val="94A3B8"/>
          <w:sz w:val="18"/>
        </w:rPr>
        <w:t>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75569"/>
        <w:sz w:val="16"/>
      </w:rPr>
      <w:t>Build a playable interactive story. Read, adapt, test, improve.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475569"/>
        <w:sz w:val="16"/>
      </w:rPr>
      <w:t>Storymaker Python Challenge - Student Workbook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F172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F172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0F172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color w:val="0F172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