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F01F" w14:textId="77777777" w:rsidR="004C6ABD" w:rsidRDefault="00F35368" w:rsidP="00C22FC3">
      <w:pPr>
        <w:pStyle w:val="Heading1"/>
        <w:spacing w:before="0"/>
      </w:pPr>
      <w:r>
        <w:t>1.1 Systems architecture - Quiz A</w:t>
      </w:r>
    </w:p>
    <w:p w14:paraId="020B946E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1149F829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B58B1DC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5DC1F936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758285EC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246BC149" w14:textId="77777777">
        <w:trPr>
          <w:cantSplit/>
          <w:jc w:val="center"/>
        </w:trPr>
        <w:tc>
          <w:tcPr>
            <w:tcW w:w="5112" w:type="dxa"/>
          </w:tcPr>
          <w:p w14:paraId="04AC19F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Clock speed?</w:t>
            </w:r>
          </w:p>
          <w:p w14:paraId="596CF8CA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high-speed memory available close to the CPU</w:t>
            </w:r>
          </w:p>
          <w:p w14:paraId="449131F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CPU cycles completed per second</w:t>
            </w:r>
          </w:p>
          <w:p w14:paraId="1137206F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stored-program architecture where data and instructions share the same memory</w:t>
            </w:r>
          </w:p>
          <w:p w14:paraId="0AE4094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Control Unit interprets the instruction</w:t>
            </w:r>
          </w:p>
          <w:p w14:paraId="6944E9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3BF6F6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What happens during the execute stage?</w:t>
            </w:r>
          </w:p>
          <w:p w14:paraId="3221A553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keyboard is cleaned</w:t>
            </w:r>
          </w:p>
          <w:p w14:paraId="4FD03200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next instruction address is stored permanently</w:t>
            </w:r>
          </w:p>
          <w:p w14:paraId="011B037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program is deleted</w:t>
            </w:r>
          </w:p>
          <w:p w14:paraId="0460C16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instruction is carried out</w:t>
            </w:r>
          </w:p>
          <w:p w14:paraId="0EE93A3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D8DFE6" w14:textId="77777777">
        <w:trPr>
          <w:cantSplit/>
          <w:jc w:val="center"/>
        </w:trPr>
        <w:tc>
          <w:tcPr>
            <w:tcW w:w="5112" w:type="dxa"/>
          </w:tcPr>
          <w:p w14:paraId="54E2CB8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A student writes about Multi-core processor. Which statement would be correct?</w:t>
            </w:r>
          </w:p>
          <w:p w14:paraId="1BA75E21" w14:textId="77777777" w:rsidR="004C6ABD" w:rsidRDefault="00F35368">
            <w:pPr>
              <w:pStyle w:val="OptionLine"/>
            </w:pPr>
            <w:r>
              <w:rPr>
                <w:sz w:val="16"/>
              </w:rPr>
              <w:t>A. a CPU with more than one processing unit able to work on tasks at the same time</w:t>
            </w:r>
          </w:p>
          <w:p w14:paraId="7ED2C82A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designed to run many different types of software</w:t>
            </w:r>
          </w:p>
          <w:p w14:paraId="7755EB9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processor that fetches, decodes and executes instructions</w:t>
            </w:r>
          </w:p>
          <w:p w14:paraId="363BF545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component or limitation that restricts the overall speed of a system</w:t>
            </w:r>
          </w:p>
          <w:p w14:paraId="353D23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93FB4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the repeated process used by the CPU to process program instructions</w:t>
            </w:r>
          </w:p>
          <w:p w14:paraId="191B4097" w14:textId="77777777" w:rsidR="004C6ABD" w:rsidRDefault="00F35368">
            <w:pPr>
              <w:pStyle w:val="OptionLine"/>
            </w:pPr>
            <w:r>
              <w:rPr>
                <w:sz w:val="16"/>
              </w:rPr>
              <w:t>A. Performance bottleneck</w:t>
            </w:r>
          </w:p>
          <w:p w14:paraId="45898F03" w14:textId="77777777" w:rsidR="004C6ABD" w:rsidRDefault="00F35368">
            <w:pPr>
              <w:pStyle w:val="OptionLine"/>
            </w:pPr>
            <w:r>
              <w:rPr>
                <w:sz w:val="16"/>
              </w:rPr>
              <w:t>B. Real-time response</w:t>
            </w:r>
          </w:p>
          <w:p w14:paraId="49403BBC" w14:textId="77777777" w:rsidR="004C6ABD" w:rsidRDefault="00F35368">
            <w:pPr>
              <w:pStyle w:val="OptionLine"/>
            </w:pPr>
            <w:r>
              <w:rPr>
                <w:sz w:val="16"/>
              </w:rPr>
              <w:t>C. Fetch-decode-execute cycle</w:t>
            </w:r>
          </w:p>
          <w:p w14:paraId="40406660" w14:textId="77777777" w:rsidR="004C6ABD" w:rsidRDefault="00F35368">
            <w:pPr>
              <w:pStyle w:val="OptionLine"/>
            </w:pPr>
            <w:r>
              <w:rPr>
                <w:sz w:val="16"/>
              </w:rPr>
              <w:t>D. ALU</w:t>
            </w:r>
          </w:p>
          <w:p w14:paraId="01A44AD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46E726" w14:textId="77777777">
        <w:trPr>
          <w:cantSplit/>
          <w:jc w:val="center"/>
        </w:trPr>
        <w:tc>
          <w:tcPr>
            <w:tcW w:w="5112" w:type="dxa"/>
          </w:tcPr>
          <w:p w14:paraId="1912255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statement best describes Von Neumann architecture?</w:t>
            </w:r>
          </w:p>
          <w:p w14:paraId="682F5514" w14:textId="77777777" w:rsidR="004C6ABD" w:rsidRDefault="00F35368">
            <w:pPr>
              <w:pStyle w:val="OptionLine"/>
            </w:pPr>
            <w:r>
              <w:rPr>
                <w:sz w:val="16"/>
              </w:rPr>
              <w:t>A. Instructions and data are stored in the same memory</w:t>
            </w:r>
          </w:p>
          <w:p w14:paraId="7ADFD9FC" w14:textId="77777777" w:rsidR="004C6ABD" w:rsidRDefault="00F35368">
            <w:pPr>
              <w:pStyle w:val="OptionLine"/>
            </w:pPr>
            <w:r>
              <w:rPr>
                <w:sz w:val="16"/>
              </w:rPr>
              <w:t>B. Each program needs a separate physical CPU</w:t>
            </w:r>
          </w:p>
          <w:p w14:paraId="78BA887D" w14:textId="77777777" w:rsidR="004C6ABD" w:rsidRDefault="00F35368">
            <w:pPr>
              <w:pStyle w:val="OptionLine"/>
            </w:pPr>
            <w:r>
              <w:rPr>
                <w:sz w:val="16"/>
              </w:rPr>
              <w:t>C. It does not use a CPU</w:t>
            </w:r>
          </w:p>
          <w:p w14:paraId="27130BA3" w14:textId="77777777" w:rsidR="004C6ABD" w:rsidRDefault="00F35368">
            <w:pPr>
              <w:pStyle w:val="OptionLine"/>
            </w:pPr>
            <w:r>
              <w:rPr>
                <w:sz w:val="16"/>
              </w:rPr>
              <w:t>D. Only images are stored in memory</w:t>
            </w:r>
          </w:p>
          <w:p w14:paraId="20B2392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047EF0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Low power consumption. Which statement would be correct?</w:t>
            </w:r>
          </w:p>
          <w:p w14:paraId="12A8BEAD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stored in non-volatile memory that controls a device</w:t>
            </w:r>
          </w:p>
          <w:p w14:paraId="6EA7A712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where the system must respond quickly enough for its purpose</w:t>
            </w:r>
          </w:p>
          <w:p w14:paraId="30C14E88" w14:textId="77777777" w:rsidR="004C6ABD" w:rsidRDefault="00F35368">
            <w:pPr>
              <w:pStyle w:val="OptionLine"/>
            </w:pPr>
            <w:r>
              <w:rPr>
                <w:sz w:val="16"/>
              </w:rPr>
              <w:t>C. a CPU with more than one processing unit able to work on tasks at the same time</w:t>
            </w:r>
          </w:p>
          <w:p w14:paraId="02EE8DF4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common embedded-system characteristic where the device is designed to use little energy</w:t>
            </w:r>
          </w:p>
          <w:p w14:paraId="14C875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5216A55" w14:textId="77777777">
        <w:trPr>
          <w:cantSplit/>
          <w:jc w:val="center"/>
        </w:trPr>
        <w:tc>
          <w:tcPr>
            <w:tcW w:w="5112" w:type="dxa"/>
          </w:tcPr>
          <w:p w14:paraId="601E97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the CPU component that coordinates the actions of the processor and controls the fetch-decode-execute cycle</w:t>
            </w:r>
          </w:p>
          <w:p w14:paraId="10B6B032" w14:textId="77777777" w:rsidR="004C6ABD" w:rsidRDefault="00F35368">
            <w:pPr>
              <w:pStyle w:val="OptionLine"/>
            </w:pPr>
            <w:r>
              <w:rPr>
                <w:sz w:val="16"/>
              </w:rPr>
              <w:t>A. Address</w:t>
            </w:r>
          </w:p>
          <w:p w14:paraId="4B922CE1" w14:textId="77777777" w:rsidR="004C6ABD" w:rsidRDefault="00F35368">
            <w:pPr>
              <w:pStyle w:val="OptionLine"/>
            </w:pPr>
            <w:r>
              <w:rPr>
                <w:sz w:val="16"/>
              </w:rPr>
              <w:t>B. Von Neumann architecture</w:t>
            </w:r>
          </w:p>
          <w:p w14:paraId="41D08EDA" w14:textId="77777777" w:rsidR="004C6ABD" w:rsidRDefault="00F35368">
            <w:pPr>
              <w:pStyle w:val="OptionLine"/>
            </w:pPr>
            <w:r>
              <w:rPr>
                <w:sz w:val="16"/>
              </w:rPr>
              <w:t>C. General-purpose computer</w:t>
            </w:r>
          </w:p>
          <w:p w14:paraId="7905163C" w14:textId="77777777" w:rsidR="004C6ABD" w:rsidRDefault="00F35368">
            <w:pPr>
              <w:pStyle w:val="OptionLine"/>
            </w:pPr>
            <w:r>
              <w:rPr>
                <w:sz w:val="16"/>
              </w:rPr>
              <w:t>D. Control Unit</w:t>
            </w:r>
          </w:p>
          <w:p w14:paraId="533302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6E8F31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Cache?</w:t>
            </w:r>
          </w:p>
          <w:p w14:paraId="11C27D8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CPU component that performs arithmetic and logical operations</w:t>
            </w:r>
          </w:p>
          <w:p w14:paraId="6D56FC35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system built into another device to perform a specific function</w:t>
            </w:r>
          </w:p>
          <w:p w14:paraId="3D167EBB" w14:textId="77777777" w:rsidR="004C6ABD" w:rsidRDefault="00F35368">
            <w:pPr>
              <w:pStyle w:val="OptionLine"/>
            </w:pPr>
            <w:r>
              <w:rPr>
                <w:sz w:val="16"/>
              </w:rPr>
              <w:t>C. a small amount of very fast memory used to store frequently needed data and instructions</w:t>
            </w:r>
          </w:p>
          <w:p w14:paraId="2308A0F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stage where the instruction is carried out</w:t>
            </w:r>
          </w:p>
          <w:p w14:paraId="1D1476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AFC4721" w14:textId="77777777">
        <w:trPr>
          <w:cantSplit/>
          <w:jc w:val="center"/>
        </w:trPr>
        <w:tc>
          <w:tcPr>
            <w:tcW w:w="5112" w:type="dxa"/>
          </w:tcPr>
          <w:p w14:paraId="5DF91B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description correctly matches Clock cycle?</w:t>
            </w:r>
          </w:p>
          <w:p w14:paraId="38A077B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stage where the instruction is carried out</w:t>
            </w:r>
          </w:p>
          <w:p w14:paraId="7F1E1B4B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in memory used to find data or instructions</w:t>
            </w:r>
          </w:p>
          <w:p w14:paraId="410A0EB2" w14:textId="77777777" w:rsidR="004C6ABD" w:rsidRDefault="00F35368">
            <w:pPr>
              <w:pStyle w:val="OptionLine"/>
            </w:pPr>
            <w:r>
              <w:rPr>
                <w:sz w:val="16"/>
              </w:rPr>
              <w:t>C. a very small, very fast storage location inside the CPU</w:t>
            </w:r>
          </w:p>
          <w:p w14:paraId="39E2A5A5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tick of the CPU clock during which part of an instruction may be processed</w:t>
            </w:r>
          </w:p>
          <w:p w14:paraId="46F982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1A21D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CPU?</w:t>
            </w:r>
          </w:p>
          <w:p w14:paraId="1E904ADC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processor that fetches, decodes and executes instructions</w:t>
            </w:r>
          </w:p>
          <w:p w14:paraId="20949E2F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often used to store the result of calculations carried out by the ALU</w:t>
            </w:r>
          </w:p>
          <w:p w14:paraId="008536C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independent processing unit within a CPU</w:t>
            </w:r>
          </w:p>
          <w:p w14:paraId="11928779" w14:textId="77777777" w:rsidR="004C6ABD" w:rsidRDefault="00F35368">
            <w:pPr>
              <w:pStyle w:val="OptionLine"/>
            </w:pPr>
            <w:r>
              <w:rPr>
                <w:sz w:val="16"/>
              </w:rPr>
              <w:t>D. a stored-program architecture where data and instructions share the same memory</w:t>
            </w:r>
          </w:p>
          <w:p w14:paraId="3D63DC0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92CC6A" w14:textId="77777777">
        <w:trPr>
          <w:cantSplit/>
          <w:jc w:val="center"/>
        </w:trPr>
        <w:tc>
          <w:tcPr>
            <w:tcW w:w="5112" w:type="dxa"/>
          </w:tcPr>
          <w:p w14:paraId="7B418BA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term best matches this description: the stage where the instruction is carried out</w:t>
            </w:r>
          </w:p>
          <w:p w14:paraId="1C97C7F6" w14:textId="77777777" w:rsidR="004C6ABD" w:rsidRDefault="00F35368">
            <w:pPr>
              <w:pStyle w:val="OptionLine"/>
            </w:pPr>
            <w:r>
              <w:rPr>
                <w:sz w:val="16"/>
              </w:rPr>
              <w:t>A. Hertz</w:t>
            </w:r>
          </w:p>
          <w:p w14:paraId="05DEDBB2" w14:textId="77777777" w:rsidR="004C6ABD" w:rsidRDefault="00F35368">
            <w:pPr>
              <w:pStyle w:val="OptionLine"/>
            </w:pPr>
            <w:r>
              <w:rPr>
                <w:sz w:val="16"/>
              </w:rPr>
              <w:t>B. Execute stage</w:t>
            </w:r>
          </w:p>
          <w:p w14:paraId="519EFF66" w14:textId="77777777" w:rsidR="004C6ABD" w:rsidRDefault="00F35368">
            <w:pPr>
              <w:pStyle w:val="OptionLine"/>
            </w:pPr>
            <w:r>
              <w:rPr>
                <w:sz w:val="16"/>
              </w:rPr>
              <w:t>C. Firmware</w:t>
            </w:r>
          </w:p>
          <w:p w14:paraId="5BB8CDAF" w14:textId="77777777" w:rsidR="004C6ABD" w:rsidRDefault="00F35368">
            <w:pPr>
              <w:pStyle w:val="OptionLine"/>
            </w:pPr>
            <w:r>
              <w:rPr>
                <w:sz w:val="16"/>
              </w:rPr>
              <w:t>D. Embedded system</w:t>
            </w:r>
          </w:p>
          <w:p w14:paraId="5BB7A6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78034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CPU component would add two binary numbers?</w:t>
            </w:r>
          </w:p>
          <w:p w14:paraId="2A23962A" w14:textId="77777777" w:rsidR="004C6ABD" w:rsidRDefault="00F35368">
            <w:pPr>
              <w:pStyle w:val="OptionLine"/>
            </w:pPr>
            <w:r>
              <w:rPr>
                <w:sz w:val="16"/>
              </w:rPr>
              <w:t>A. ALU</w:t>
            </w:r>
          </w:p>
          <w:p w14:paraId="32448008" w14:textId="77777777" w:rsidR="004C6ABD" w:rsidRDefault="00F35368">
            <w:pPr>
              <w:pStyle w:val="OptionLine"/>
            </w:pPr>
            <w:r>
              <w:rPr>
                <w:sz w:val="16"/>
              </w:rPr>
              <w:t>B. Program Counter</w:t>
            </w:r>
          </w:p>
          <w:p w14:paraId="08F08448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</w:t>
            </w:r>
          </w:p>
          <w:p w14:paraId="0E0F7BAD" w14:textId="77777777" w:rsidR="004C6ABD" w:rsidRDefault="00F35368">
            <w:pPr>
              <w:pStyle w:val="OptionLine"/>
            </w:pPr>
            <w:r>
              <w:rPr>
                <w:sz w:val="16"/>
              </w:rPr>
              <w:t>D. Control Unit</w:t>
            </w:r>
          </w:p>
          <w:p w14:paraId="030854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C92A0E2" w14:textId="77777777">
        <w:trPr>
          <w:cantSplit/>
          <w:jc w:val="center"/>
        </w:trPr>
        <w:tc>
          <w:tcPr>
            <w:tcW w:w="5112" w:type="dxa"/>
          </w:tcPr>
          <w:p w14:paraId="27B8FE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Dedicated function. Which statement would be correct?</w:t>
            </w:r>
          </w:p>
          <w:p w14:paraId="7F19147A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processing where more than one task or part of a task is worked on at the same time</w:t>
            </w:r>
          </w:p>
          <w:p w14:paraId="00337D9E" w14:textId="77777777" w:rsidR="004C6ABD" w:rsidRDefault="00F35368">
            <w:pPr>
              <w:pStyle w:val="OptionLine"/>
            </w:pPr>
            <w:r>
              <w:rPr>
                <w:sz w:val="16"/>
              </w:rPr>
              <w:t>B. a limited task that an embedded system is designed to perform</w:t>
            </w:r>
          </w:p>
          <w:p w14:paraId="5266BC1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performs arithmetic and logical operations</w:t>
            </w:r>
          </w:p>
          <w:p w14:paraId="4A4A7FD8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in memory used to find data or instructions</w:t>
            </w:r>
          </w:p>
          <w:p w14:paraId="2717604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D46E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Why do embedded systems often have limited hardware resources?</w:t>
            </w:r>
          </w:p>
          <w:p w14:paraId="5EACDDA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They do not use instructions</w:t>
            </w:r>
          </w:p>
          <w:p w14:paraId="28C1698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They are designed for a specific task and often need to be cheap, small or low power</w:t>
            </w:r>
          </w:p>
          <w:p w14:paraId="1EFA298D" w14:textId="77777777" w:rsidR="004C6ABD" w:rsidRDefault="00F35368">
            <w:pPr>
              <w:pStyle w:val="OptionLine"/>
            </w:pPr>
            <w:r>
              <w:rPr>
                <w:sz w:val="16"/>
              </w:rPr>
              <w:t>C. They must run every type of desktop software</w:t>
            </w:r>
          </w:p>
          <w:p w14:paraId="7E18C0F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They are always used only in supercomputers</w:t>
            </w:r>
          </w:p>
          <w:p w14:paraId="16AFAD2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CB023FB" w14:textId="77777777">
        <w:trPr>
          <w:cantSplit/>
          <w:jc w:val="center"/>
        </w:trPr>
        <w:tc>
          <w:tcPr>
            <w:tcW w:w="5112" w:type="dxa"/>
          </w:tcPr>
          <w:p w14:paraId="5032F7A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Low power consumption?</w:t>
            </w:r>
          </w:p>
          <w:p w14:paraId="4E52F3A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unit used to measure clock speed as cycles per second</w:t>
            </w:r>
          </w:p>
          <w:p w14:paraId="5F5ABD96" w14:textId="77777777" w:rsidR="004C6ABD" w:rsidRDefault="00F35368">
            <w:pPr>
              <w:pStyle w:val="OptionLine"/>
            </w:pPr>
            <w:r>
              <w:rPr>
                <w:sz w:val="16"/>
              </w:rPr>
              <w:t>B. a very small, very fast storage location inside the CPU</w:t>
            </w:r>
          </w:p>
          <w:p w14:paraId="372814DC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common embedded-system characteristic where the device is designed to use little energy</w:t>
            </w:r>
          </w:p>
          <w:p w14:paraId="17B50EF2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component or limitation that restricts the overall speed of a system</w:t>
            </w:r>
          </w:p>
          <w:p w14:paraId="180B174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C88F5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student writes about Performance bottleneck. Which statement would be correct?</w:t>
            </w:r>
          </w:p>
          <w:p w14:paraId="2D4F7DF5" w14:textId="77777777" w:rsidR="004C6ABD" w:rsidRDefault="00F35368">
            <w:pPr>
              <w:pStyle w:val="OptionLine"/>
            </w:pPr>
            <w:r>
              <w:rPr>
                <w:sz w:val="16"/>
              </w:rPr>
              <w:t>A. a stored-program architecture where data and instructions share the same memory</w:t>
            </w:r>
          </w:p>
          <w:p w14:paraId="5D9FF964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CPU component that performs arithmetic and logical operations</w:t>
            </w:r>
          </w:p>
          <w:p w14:paraId="5D2F65EA" w14:textId="77777777" w:rsidR="004C6ABD" w:rsidRDefault="00F35368">
            <w:pPr>
              <w:pStyle w:val="OptionLine"/>
            </w:pPr>
            <w:r>
              <w:rPr>
                <w:sz w:val="16"/>
              </w:rPr>
              <w:t>C. a CPU with more than one processing unit able to work on tasks at the same time</w:t>
            </w:r>
          </w:p>
          <w:p w14:paraId="7E65B41F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component or limitation that restricts the overall speed of a system</w:t>
            </w:r>
          </w:p>
          <w:p w14:paraId="1EBBFB9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E25303" w14:textId="77777777">
        <w:trPr>
          <w:cantSplit/>
          <w:jc w:val="center"/>
        </w:trPr>
        <w:tc>
          <w:tcPr>
            <w:tcW w:w="5112" w:type="dxa"/>
          </w:tcPr>
          <w:p w14:paraId="7C6110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the stage where the Control Unit interprets the instruction</w:t>
            </w:r>
          </w:p>
          <w:p w14:paraId="32BA4132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Data Register</w:t>
            </w:r>
          </w:p>
          <w:p w14:paraId="2E63E711" w14:textId="77777777" w:rsidR="004C6ABD" w:rsidRDefault="00F35368">
            <w:pPr>
              <w:pStyle w:val="OptionLine"/>
            </w:pPr>
            <w:r>
              <w:rPr>
                <w:sz w:val="16"/>
              </w:rPr>
              <w:t>B. ALU</w:t>
            </w:r>
          </w:p>
          <w:p w14:paraId="49A45117" w14:textId="77777777" w:rsidR="004C6ABD" w:rsidRDefault="00F35368">
            <w:pPr>
              <w:pStyle w:val="OptionLine"/>
            </w:pPr>
            <w:r>
              <w:rPr>
                <w:sz w:val="16"/>
              </w:rPr>
              <w:t>C. Embedded system</w:t>
            </w:r>
          </w:p>
          <w:p w14:paraId="3FC7B7FF" w14:textId="77777777" w:rsidR="004C6ABD" w:rsidRDefault="00F35368">
            <w:pPr>
              <w:pStyle w:val="OptionLine"/>
            </w:pPr>
            <w:r>
              <w:rPr>
                <w:sz w:val="16"/>
              </w:rPr>
              <w:t>D. Decode stage</w:t>
            </w:r>
          </w:p>
          <w:p w14:paraId="6BEA86E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F4640E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register contains the address of the next instruction before it is fetched?</w:t>
            </w:r>
          </w:p>
          <w:p w14:paraId="6533E668" w14:textId="77777777" w:rsidR="004C6ABD" w:rsidRDefault="00F35368">
            <w:pPr>
              <w:pStyle w:val="OptionLine"/>
            </w:pPr>
            <w:r>
              <w:rPr>
                <w:sz w:val="16"/>
              </w:rPr>
              <w:t>A. Program Counter</w:t>
            </w:r>
          </w:p>
          <w:p w14:paraId="131B087D" w14:textId="77777777" w:rsidR="004C6ABD" w:rsidRDefault="00F35368">
            <w:pPr>
              <w:pStyle w:val="OptionLine"/>
            </w:pPr>
            <w:r>
              <w:rPr>
                <w:sz w:val="16"/>
              </w:rPr>
              <w:t>B. Accumulator</w:t>
            </w:r>
          </w:p>
          <w:p w14:paraId="0F215BAF" w14:textId="77777777" w:rsidR="004C6ABD" w:rsidRDefault="00F35368">
            <w:pPr>
              <w:pStyle w:val="OptionLine"/>
            </w:pPr>
            <w:r>
              <w:rPr>
                <w:sz w:val="16"/>
              </w:rPr>
              <w:t>C. MDR</w:t>
            </w:r>
          </w:p>
          <w:p w14:paraId="0DC70BDD" w14:textId="77777777" w:rsidR="004C6ABD" w:rsidRDefault="00F35368">
            <w:pPr>
              <w:pStyle w:val="OptionLine"/>
            </w:pPr>
            <w:r>
              <w:rPr>
                <w:sz w:val="16"/>
              </w:rPr>
              <w:t>D. ALU</w:t>
            </w:r>
          </w:p>
          <w:p w14:paraId="281ED5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405B21" w14:textId="77777777">
        <w:trPr>
          <w:cantSplit/>
          <w:jc w:val="center"/>
        </w:trPr>
        <w:tc>
          <w:tcPr>
            <w:tcW w:w="5112" w:type="dxa"/>
          </w:tcPr>
          <w:p w14:paraId="22976A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A student writes about Register. Which statement would be correct?</w:t>
            </w:r>
          </w:p>
          <w:p w14:paraId="25E2D32C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repeated process used by the CPU to process program instructions</w:t>
            </w:r>
          </w:p>
          <w:p w14:paraId="09CBFE4D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processing where more than one task or part of a task is worked on at the same time</w:t>
            </w:r>
          </w:p>
          <w:p w14:paraId="71E7961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unit used to measure clock speed as cycles per second</w:t>
            </w:r>
          </w:p>
          <w:p w14:paraId="5C76643F" w14:textId="77777777" w:rsidR="004C6ABD" w:rsidRDefault="00F35368">
            <w:pPr>
              <w:pStyle w:val="OptionLine"/>
            </w:pPr>
            <w:r>
              <w:rPr>
                <w:sz w:val="16"/>
              </w:rPr>
              <w:t>D. a very small, very fast storage location inside the CPU</w:t>
            </w:r>
          </w:p>
          <w:p w14:paraId="44F0A80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6A87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option is most closely associated with the processor that fetches, decodes and executes instructions</w:t>
            </w:r>
          </w:p>
          <w:p w14:paraId="14D1C95C" w14:textId="77777777" w:rsidR="004C6ABD" w:rsidRDefault="00F35368">
            <w:pPr>
              <w:pStyle w:val="OptionLine"/>
            </w:pPr>
            <w:r>
              <w:rPr>
                <w:sz w:val="16"/>
              </w:rPr>
              <w:t>A. CPU</w:t>
            </w:r>
          </w:p>
          <w:p w14:paraId="4F267E60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 stage</w:t>
            </w:r>
          </w:p>
          <w:p w14:paraId="12CB0C4F" w14:textId="77777777" w:rsidR="004C6ABD" w:rsidRDefault="00F35368">
            <w:pPr>
              <w:pStyle w:val="OptionLine"/>
            </w:pPr>
            <w:r>
              <w:rPr>
                <w:sz w:val="16"/>
              </w:rPr>
              <w:t>C. Clock cycle</w:t>
            </w:r>
          </w:p>
          <w:p w14:paraId="12A3E79A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Data Register</w:t>
            </w:r>
          </w:p>
          <w:p w14:paraId="34F8BB9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997B2A5" w14:textId="77777777">
        <w:trPr>
          <w:cantSplit/>
          <w:jc w:val="center"/>
        </w:trPr>
        <w:tc>
          <w:tcPr>
            <w:tcW w:w="5112" w:type="dxa"/>
          </w:tcPr>
          <w:p w14:paraId="50F4D65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A student writes about Decode stage. Which statement would be correct?</w:t>
            </w:r>
          </w:p>
          <w:p w14:paraId="5BCF5072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processor that fetches, decodes and executes instructions</w:t>
            </w:r>
          </w:p>
          <w:p w14:paraId="3B4E0FE3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computer system built into another device to perform a specific function</w:t>
            </w:r>
          </w:p>
          <w:p w14:paraId="3CC4559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Control Unit interprets the instruction</w:t>
            </w:r>
          </w:p>
          <w:p w14:paraId="5313C7A3" w14:textId="77777777" w:rsidR="004C6ABD" w:rsidRDefault="00F35368">
            <w:pPr>
              <w:pStyle w:val="OptionLine"/>
            </w:pPr>
            <w:r>
              <w:rPr>
                <w:sz w:val="16"/>
              </w:rPr>
              <w:t>D. values processed by a computer, such as numbers or characters</w:t>
            </w:r>
          </w:p>
          <w:p w14:paraId="38DE8CE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CCF9D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Embedded system?</w:t>
            </w:r>
          </w:p>
          <w:p w14:paraId="53E10569" w14:textId="77777777" w:rsidR="004C6ABD" w:rsidRDefault="00F35368">
            <w:pPr>
              <w:pStyle w:val="OptionLine"/>
            </w:pPr>
            <w:r>
              <w:rPr>
                <w:sz w:val="16"/>
              </w:rPr>
              <w:t>A. one tick of the CPU clock during which part of an instruction may be processed</w:t>
            </w:r>
          </w:p>
          <w:p w14:paraId="7A9967E1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quickly and effectively a computer system can complete tasks</w:t>
            </w:r>
          </w:p>
          <w:p w14:paraId="6A3321AA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system built into another device to perform a specific function</w:t>
            </w:r>
          </w:p>
          <w:p w14:paraId="469F6B92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component or limitation that restricts the overall speed of a system</w:t>
            </w:r>
          </w:p>
          <w:p w14:paraId="6CEEA0B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624FFBE" w14:textId="77777777">
        <w:trPr>
          <w:cantSplit/>
          <w:jc w:val="center"/>
        </w:trPr>
        <w:tc>
          <w:tcPr>
            <w:tcW w:w="5112" w:type="dxa"/>
          </w:tcPr>
          <w:p w14:paraId="6BAD1F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Accumulator?</w:t>
            </w:r>
          </w:p>
          <w:p w14:paraId="6BA4675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stored in non-volatile memory that controls a device</w:t>
            </w:r>
          </w:p>
          <w:p w14:paraId="1D1C6EDC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CPU component that coordinates the actions of the processor and controls the fetch-decode-execute cycle</w:t>
            </w:r>
          </w:p>
          <w:p w14:paraId="66D5BF11" w14:textId="77777777" w:rsidR="004C6ABD" w:rsidRDefault="00F35368">
            <w:pPr>
              <w:pStyle w:val="OptionLine"/>
            </w:pPr>
            <w:r>
              <w:rPr>
                <w:sz w:val="16"/>
              </w:rPr>
              <w:t>C. a small amount of very fast memory used to store frequently needed data and instructions</w:t>
            </w:r>
          </w:p>
          <w:p w14:paraId="310FE48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often used to store the result of calculations carried out by the ALU</w:t>
            </w:r>
          </w:p>
          <w:p w14:paraId="49BE60A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8F22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values processed by a computer, such as numbers or characters</w:t>
            </w:r>
          </w:p>
          <w:p w14:paraId="393A4318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</w:t>
            </w:r>
          </w:p>
          <w:p w14:paraId="0B2CC763" w14:textId="77777777" w:rsidR="004C6ABD" w:rsidRDefault="00F35368">
            <w:pPr>
              <w:pStyle w:val="OptionLine"/>
            </w:pPr>
            <w:r>
              <w:rPr>
                <w:sz w:val="16"/>
              </w:rPr>
              <w:t>B. Fetch stage</w:t>
            </w:r>
          </w:p>
          <w:p w14:paraId="4FE9E85F" w14:textId="77777777" w:rsidR="004C6ABD" w:rsidRDefault="00F35368">
            <w:pPr>
              <w:pStyle w:val="OptionLine"/>
            </w:pPr>
            <w:r>
              <w:rPr>
                <w:sz w:val="16"/>
              </w:rPr>
              <w:t>C. System performance</w:t>
            </w:r>
          </w:p>
          <w:p w14:paraId="5B846252" w14:textId="77777777" w:rsidR="004C6ABD" w:rsidRDefault="00F35368">
            <w:pPr>
              <w:pStyle w:val="OptionLine"/>
            </w:pPr>
            <w:r>
              <w:rPr>
                <w:sz w:val="16"/>
              </w:rPr>
              <w:t>D. Instruction</w:t>
            </w:r>
          </w:p>
          <w:p w14:paraId="00BCCD8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E98F62" w14:textId="77777777">
        <w:trPr>
          <w:cantSplit/>
          <w:jc w:val="center"/>
        </w:trPr>
        <w:tc>
          <w:tcPr>
            <w:tcW w:w="5112" w:type="dxa"/>
          </w:tcPr>
          <w:p w14:paraId="3473FE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Which description correctly matches Real-time response?</w:t>
            </w:r>
          </w:p>
          <w:p w14:paraId="60E82E32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processing where the system must respond quickly enough for its purpose</w:t>
            </w:r>
          </w:p>
          <w:p w14:paraId="46410C94" w14:textId="77777777" w:rsidR="004C6ABD" w:rsidRDefault="00F35368">
            <w:pPr>
              <w:pStyle w:val="OptionLine"/>
            </w:pPr>
            <w:r>
              <w:rPr>
                <w:sz w:val="16"/>
              </w:rPr>
              <w:t>B. a stored-program architecture where data and instructions share the same memory</w:t>
            </w:r>
          </w:p>
          <w:p w14:paraId="488C707E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quickly and effectively a computer system can complete tasks</w:t>
            </w:r>
          </w:p>
          <w:p w14:paraId="4EC46CB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unit used to measure clock speed as cycles per second</w:t>
            </w:r>
          </w:p>
          <w:p w14:paraId="608C55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C328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 common embedded-system characteristic where the device is designed to use little energy</w:t>
            </w:r>
          </w:p>
          <w:p w14:paraId="13F5B0B6" w14:textId="77777777" w:rsidR="004C6ABD" w:rsidRDefault="00F35368">
            <w:pPr>
              <w:pStyle w:val="OptionLine"/>
            </w:pPr>
            <w:r>
              <w:rPr>
                <w:sz w:val="16"/>
              </w:rPr>
              <w:t>A. Low power consumption</w:t>
            </w:r>
          </w:p>
          <w:p w14:paraId="5388F369" w14:textId="77777777" w:rsidR="004C6ABD" w:rsidRDefault="00F35368">
            <w:pPr>
              <w:pStyle w:val="OptionLine"/>
            </w:pPr>
            <w:r>
              <w:rPr>
                <w:sz w:val="16"/>
              </w:rPr>
              <w:t>B. General-purpose computer</w:t>
            </w:r>
          </w:p>
          <w:p w14:paraId="47EEE3F4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Address Register</w:t>
            </w:r>
          </w:p>
          <w:p w14:paraId="32ABD531" w14:textId="77777777" w:rsidR="004C6ABD" w:rsidRDefault="00F35368">
            <w:pPr>
              <w:pStyle w:val="OptionLine"/>
            </w:pPr>
            <w:r>
              <w:rPr>
                <w:sz w:val="16"/>
              </w:rPr>
              <w:t>D. Real-time response</w:t>
            </w:r>
          </w:p>
          <w:p w14:paraId="051E929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E65DE6" w14:textId="77777777">
        <w:trPr>
          <w:cantSplit/>
          <w:jc w:val="center"/>
        </w:trPr>
        <w:tc>
          <w:tcPr>
            <w:tcW w:w="5112" w:type="dxa"/>
          </w:tcPr>
          <w:p w14:paraId="1B2E59C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Execute stage?</w:t>
            </w:r>
          </w:p>
          <w:p w14:paraId="5C35E89A" w14:textId="77777777" w:rsidR="004C6ABD" w:rsidRDefault="00F35368">
            <w:pPr>
              <w:pStyle w:val="OptionLine"/>
            </w:pPr>
            <w:r>
              <w:rPr>
                <w:sz w:val="16"/>
              </w:rPr>
              <w:t>A. a component or limitation that restricts the overall speed of a system</w:t>
            </w:r>
          </w:p>
          <w:p w14:paraId="1B2936B9" w14:textId="77777777" w:rsidR="004C6ABD" w:rsidRDefault="00F35368">
            <w:pPr>
              <w:pStyle w:val="OptionLine"/>
            </w:pPr>
            <w:r>
              <w:rPr>
                <w:sz w:val="16"/>
              </w:rPr>
              <w:t>B. a very small, very fast storage location inside the CPU</w:t>
            </w:r>
          </w:p>
          <w:p w14:paraId="1725200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stage where the instruction is carried out</w:t>
            </w:r>
          </w:p>
          <w:p w14:paraId="064AE86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register that stores data being transferred to or from memory</w:t>
            </w:r>
          </w:p>
          <w:p w14:paraId="02C2061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87172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Clock speed. Which statement would be correct?</w:t>
            </w:r>
          </w:p>
          <w:p w14:paraId="634E34BC" w14:textId="77777777" w:rsidR="004C6ABD" w:rsidRDefault="00F35368">
            <w:pPr>
              <w:pStyle w:val="OptionLine"/>
            </w:pPr>
            <w:r>
              <w:rPr>
                <w:sz w:val="16"/>
              </w:rPr>
              <w:t>A. a limited task that an embedded system is designed to perform</w:t>
            </w:r>
          </w:p>
          <w:p w14:paraId="4A49F05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processor that fetches, decodes and executes instructions</w:t>
            </w:r>
          </w:p>
          <w:p w14:paraId="1196A7A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CPU component that coordinates the actions of the processor and controls the fetch-decode-execute cycle</w:t>
            </w:r>
          </w:p>
          <w:p w14:paraId="5BAA8E4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of CPU cycles completed per second</w:t>
            </w:r>
          </w:p>
          <w:p w14:paraId="3921271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15D7CD5" w14:textId="77777777">
        <w:trPr>
          <w:cantSplit/>
          <w:jc w:val="center"/>
        </w:trPr>
        <w:tc>
          <w:tcPr>
            <w:tcW w:w="5112" w:type="dxa"/>
          </w:tcPr>
          <w:p w14:paraId="6BAD1C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Core?</w:t>
            </w:r>
          </w:p>
          <w:p w14:paraId="6B30A27B" w14:textId="77777777" w:rsidR="004C6ABD" w:rsidRDefault="00F35368">
            <w:pPr>
              <w:pStyle w:val="OptionLine"/>
            </w:pPr>
            <w:r>
              <w:rPr>
                <w:sz w:val="16"/>
              </w:rPr>
              <w:t>A. a very small, very fast storage location inside the CPU</w:t>
            </w:r>
          </w:p>
          <w:p w14:paraId="43D63FE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that stores the address of the next instruction to be fetched</w:t>
            </w:r>
          </w:p>
          <w:p w14:paraId="0D5E0DBC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independent processing unit within a CPU</w:t>
            </w:r>
          </w:p>
          <w:p w14:paraId="6C419B18" w14:textId="77777777" w:rsidR="004C6ABD" w:rsidRDefault="00F35368">
            <w:pPr>
              <w:pStyle w:val="OptionLine"/>
            </w:pPr>
            <w:r>
              <w:rPr>
                <w:sz w:val="16"/>
              </w:rPr>
              <w:t>D. values processed by a computer, such as numbers or characters</w:t>
            </w:r>
          </w:p>
          <w:p w14:paraId="2BE7D19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76081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description correctly matches Register?</w:t>
            </w:r>
          </w:p>
          <w:p w14:paraId="4C427DA0" w14:textId="77777777" w:rsidR="004C6ABD" w:rsidRDefault="00F35368">
            <w:pPr>
              <w:pStyle w:val="OptionLine"/>
            </w:pPr>
            <w:r>
              <w:rPr>
                <w:sz w:val="16"/>
              </w:rPr>
              <w:t>A. a very small, very fast storage location inside the CPU</w:t>
            </w:r>
          </w:p>
          <w:p w14:paraId="2DDA30AD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that stores the address of a memory location being accessed</w:t>
            </w:r>
          </w:p>
          <w:p w14:paraId="268A369D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processing where the system must respond quickly enough for its purpose</w:t>
            </w:r>
          </w:p>
          <w:p w14:paraId="1F5DEFBE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tick of the CPU clock during which part of an instruction may be processed</w:t>
            </w:r>
          </w:p>
          <w:p w14:paraId="71C3032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ABABE92" w14:textId="77777777">
        <w:trPr>
          <w:cantSplit/>
          <w:jc w:val="center"/>
        </w:trPr>
        <w:tc>
          <w:tcPr>
            <w:tcW w:w="5112" w:type="dxa"/>
          </w:tcPr>
          <w:p w14:paraId="5A8AED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term best matches this description: a computer designed to run many different types of software</w:t>
            </w:r>
          </w:p>
          <w:p w14:paraId="1EB672E9" w14:textId="77777777" w:rsidR="004C6ABD" w:rsidRDefault="00F35368">
            <w:pPr>
              <w:pStyle w:val="OptionLine"/>
            </w:pPr>
            <w:r>
              <w:rPr>
                <w:sz w:val="16"/>
              </w:rPr>
              <w:t>A. General-purpose computer</w:t>
            </w:r>
          </w:p>
          <w:p w14:paraId="5863092B" w14:textId="77777777" w:rsidR="004C6ABD" w:rsidRDefault="00F35368">
            <w:pPr>
              <w:pStyle w:val="OptionLine"/>
            </w:pPr>
            <w:r>
              <w:rPr>
                <w:sz w:val="16"/>
              </w:rPr>
              <w:t>B. Multi-core processor</w:t>
            </w:r>
          </w:p>
          <w:p w14:paraId="6A639D1F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</w:t>
            </w:r>
          </w:p>
          <w:p w14:paraId="0A8F9AB0" w14:textId="77777777" w:rsidR="004C6ABD" w:rsidRDefault="00F35368">
            <w:pPr>
              <w:pStyle w:val="OptionLine"/>
            </w:pPr>
            <w:r>
              <w:rPr>
                <w:sz w:val="16"/>
              </w:rPr>
              <w:t>D. Embedded system</w:t>
            </w:r>
          </w:p>
          <w:p w14:paraId="422DFF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99E30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term best matches this description: a stored-program architecture where data and instructions share the same memory</w:t>
            </w:r>
          </w:p>
          <w:p w14:paraId="44AAE665" w14:textId="77777777" w:rsidR="004C6ABD" w:rsidRDefault="00F35368">
            <w:pPr>
              <w:pStyle w:val="OptionLine"/>
            </w:pPr>
            <w:r>
              <w:rPr>
                <w:sz w:val="16"/>
              </w:rPr>
              <w:t>A. Von Neumann architecture</w:t>
            </w:r>
          </w:p>
          <w:p w14:paraId="6B55856F" w14:textId="77777777" w:rsidR="004C6ABD" w:rsidRDefault="00F35368">
            <w:pPr>
              <w:pStyle w:val="OptionLine"/>
            </w:pPr>
            <w:r>
              <w:rPr>
                <w:sz w:val="16"/>
              </w:rPr>
              <w:t>B. Embedded system</w:t>
            </w:r>
          </w:p>
          <w:p w14:paraId="4AECDDDF" w14:textId="77777777" w:rsidR="004C6ABD" w:rsidRDefault="00F35368">
            <w:pPr>
              <w:pStyle w:val="OptionLine"/>
            </w:pPr>
            <w:r>
              <w:rPr>
                <w:sz w:val="16"/>
              </w:rPr>
              <w:t>C. Hertz</w:t>
            </w:r>
          </w:p>
          <w:p w14:paraId="7C08993D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performance</w:t>
            </w:r>
          </w:p>
          <w:p w14:paraId="70EBA2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1D0EB10" w14:textId="77777777">
        <w:trPr>
          <w:cantSplit/>
          <w:jc w:val="center"/>
        </w:trPr>
        <w:tc>
          <w:tcPr>
            <w:tcW w:w="5112" w:type="dxa"/>
          </w:tcPr>
          <w:p w14:paraId="092DAF8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register is most likely to contain data that has just been fetched from memory?</w:t>
            </w:r>
          </w:p>
          <w:p w14:paraId="38B2676A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Address Register</w:t>
            </w:r>
          </w:p>
          <w:p w14:paraId="2F3623E7" w14:textId="77777777" w:rsidR="004C6ABD" w:rsidRDefault="00F35368">
            <w:pPr>
              <w:pStyle w:val="OptionLine"/>
            </w:pPr>
            <w:r>
              <w:rPr>
                <w:sz w:val="16"/>
              </w:rPr>
              <w:t>B. Program Counter</w:t>
            </w:r>
          </w:p>
          <w:p w14:paraId="4B0C18F4" w14:textId="77777777" w:rsidR="004C6ABD" w:rsidRDefault="00F35368">
            <w:pPr>
              <w:pStyle w:val="OptionLine"/>
            </w:pPr>
            <w:r>
              <w:rPr>
                <w:sz w:val="16"/>
              </w:rPr>
              <w:t>C. Clock speed</w:t>
            </w:r>
          </w:p>
          <w:p w14:paraId="2A261FC9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Data Register</w:t>
            </w:r>
          </w:p>
          <w:p w14:paraId="139E1F0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4188A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Instruction?</w:t>
            </w:r>
          </w:p>
          <w:p w14:paraId="2C81B8B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register that stores the address of the next instruction to be fetched</w:t>
            </w:r>
          </w:p>
          <w:p w14:paraId="0797A8D6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in memory used to find data or instructions</w:t>
            </w:r>
          </w:p>
          <w:p w14:paraId="6034CC3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CPU cycles completed per second</w:t>
            </w:r>
          </w:p>
          <w:p w14:paraId="648C50B2" w14:textId="77777777" w:rsidR="004C6ABD" w:rsidRDefault="00F35368">
            <w:pPr>
              <w:pStyle w:val="OptionLine"/>
            </w:pPr>
            <w:r>
              <w:rPr>
                <w:sz w:val="16"/>
              </w:rPr>
              <w:t>D. a command in a program that the CPU can process</w:t>
            </w:r>
          </w:p>
          <w:p w14:paraId="7600A54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3652F3" w14:textId="77777777">
        <w:trPr>
          <w:cantSplit/>
          <w:jc w:val="center"/>
        </w:trPr>
        <w:tc>
          <w:tcPr>
            <w:tcW w:w="5112" w:type="dxa"/>
          </w:tcPr>
          <w:p w14:paraId="16D671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Control Unit. Which statement would be correct?</w:t>
            </w:r>
          </w:p>
          <w:p w14:paraId="3BD48BF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CPU component that coordinates the actions of the processor and controls the fetch-decode-execute cycle</w:t>
            </w:r>
          </w:p>
          <w:p w14:paraId="64093A9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register that stores the address of the next instruction to be fetched</w:t>
            </w:r>
          </w:p>
          <w:p w14:paraId="5119D334" w14:textId="77777777" w:rsidR="004C6ABD" w:rsidRDefault="00F35368">
            <w:pPr>
              <w:pStyle w:val="OptionLine"/>
            </w:pPr>
            <w:r>
              <w:rPr>
                <w:sz w:val="16"/>
              </w:rPr>
              <w:t>C. a limited task that an embedded system is designed to perform</w:t>
            </w:r>
          </w:p>
          <w:p w14:paraId="66C840A3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stored in non-volatile memory that controls a device</w:t>
            </w:r>
          </w:p>
          <w:p w14:paraId="2B64A9B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FD0D9E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Clock cycle. Which statement would be correct?</w:t>
            </w:r>
          </w:p>
          <w:p w14:paraId="1A43703F" w14:textId="77777777" w:rsidR="004C6ABD" w:rsidRDefault="00F35368">
            <w:pPr>
              <w:pStyle w:val="OptionLine"/>
            </w:pPr>
            <w:r>
              <w:rPr>
                <w:sz w:val="16"/>
              </w:rPr>
              <w:t>A. a small amount of very fast memory used to store frequently needed data and instructions</w:t>
            </w:r>
          </w:p>
          <w:p w14:paraId="2835DCC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unit used to measure clock speed as cycles per second</w:t>
            </w:r>
          </w:p>
          <w:p w14:paraId="3562B6F9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component or limitation that restricts the overall speed of a system</w:t>
            </w:r>
          </w:p>
          <w:p w14:paraId="271246A6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tick of the CPU clock during which part of an instruction may be processed</w:t>
            </w:r>
          </w:p>
          <w:p w14:paraId="032D202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FE2464C" w14:textId="77777777">
        <w:trPr>
          <w:cantSplit/>
          <w:jc w:val="center"/>
        </w:trPr>
        <w:tc>
          <w:tcPr>
            <w:tcW w:w="5112" w:type="dxa"/>
          </w:tcPr>
          <w:p w14:paraId="401920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a limited task that an embedded system is designed to perform</w:t>
            </w:r>
          </w:p>
          <w:p w14:paraId="1F057DB5" w14:textId="77777777" w:rsidR="004C6ABD" w:rsidRDefault="00F35368">
            <w:pPr>
              <w:pStyle w:val="OptionLine"/>
            </w:pPr>
            <w:r>
              <w:rPr>
                <w:sz w:val="16"/>
              </w:rPr>
              <w:t>A. Dedicated function</w:t>
            </w:r>
          </w:p>
          <w:p w14:paraId="30B44B97" w14:textId="77777777" w:rsidR="004C6ABD" w:rsidRDefault="00F35368">
            <w:pPr>
              <w:pStyle w:val="OptionLine"/>
            </w:pPr>
            <w:r>
              <w:rPr>
                <w:sz w:val="16"/>
              </w:rPr>
              <w:t>B. Address</w:t>
            </w:r>
          </w:p>
          <w:p w14:paraId="0FC4BA99" w14:textId="77777777" w:rsidR="004C6ABD" w:rsidRDefault="00F35368">
            <w:pPr>
              <w:pStyle w:val="OptionLine"/>
            </w:pPr>
            <w:r>
              <w:rPr>
                <w:sz w:val="16"/>
              </w:rPr>
              <w:t>C. Clock cycle</w:t>
            </w:r>
          </w:p>
          <w:p w14:paraId="093731CA" w14:textId="77777777" w:rsidR="004C6ABD" w:rsidRDefault="00F35368">
            <w:pPr>
              <w:pStyle w:val="OptionLine"/>
            </w:pPr>
            <w:r>
              <w:rPr>
                <w:sz w:val="16"/>
              </w:rPr>
              <w:t>D. Firmware</w:t>
            </w:r>
          </w:p>
          <w:p w14:paraId="257DBA5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61AE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component or limitation that restricts the overall speed of a system</w:t>
            </w:r>
          </w:p>
          <w:p w14:paraId="35709F72" w14:textId="77777777" w:rsidR="004C6ABD" w:rsidRDefault="00F35368">
            <w:pPr>
              <w:pStyle w:val="OptionLine"/>
            </w:pPr>
            <w:r>
              <w:rPr>
                <w:sz w:val="16"/>
              </w:rPr>
              <w:t>A. Performance bottleneck</w:t>
            </w:r>
          </w:p>
          <w:p w14:paraId="3CA1B9AC" w14:textId="77777777" w:rsidR="004C6ABD" w:rsidRDefault="00F35368">
            <w:pPr>
              <w:pStyle w:val="OptionLine"/>
            </w:pPr>
            <w:r>
              <w:rPr>
                <w:sz w:val="16"/>
              </w:rPr>
              <w:t>B. Instruction</w:t>
            </w:r>
          </w:p>
          <w:p w14:paraId="235CCC7C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 size</w:t>
            </w:r>
          </w:p>
          <w:p w14:paraId="3A1D7216" w14:textId="77777777" w:rsidR="004C6ABD" w:rsidRDefault="00F35368">
            <w:pPr>
              <w:pStyle w:val="OptionLine"/>
            </w:pPr>
            <w:r>
              <w:rPr>
                <w:sz w:val="16"/>
              </w:rPr>
              <w:t>D. CPU</w:t>
            </w:r>
          </w:p>
          <w:p w14:paraId="16AE82F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854D0A4" w14:textId="77777777">
        <w:trPr>
          <w:cantSplit/>
          <w:jc w:val="center"/>
        </w:trPr>
        <w:tc>
          <w:tcPr>
            <w:tcW w:w="5112" w:type="dxa"/>
          </w:tcPr>
          <w:p w14:paraId="66AF96E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Which term best matches this description: software stored in non-volatile memory that controls a device</w:t>
            </w:r>
          </w:p>
          <w:p w14:paraId="793D8FE2" w14:textId="77777777" w:rsidR="004C6ABD" w:rsidRDefault="00F35368">
            <w:pPr>
              <w:pStyle w:val="OptionLine"/>
            </w:pPr>
            <w:r>
              <w:rPr>
                <w:sz w:val="16"/>
              </w:rPr>
              <w:t>A. Core</w:t>
            </w:r>
          </w:p>
          <w:p w14:paraId="49C5BB20" w14:textId="77777777" w:rsidR="004C6ABD" w:rsidRDefault="00F35368">
            <w:pPr>
              <w:pStyle w:val="OptionLine"/>
            </w:pPr>
            <w:r>
              <w:rPr>
                <w:sz w:val="16"/>
              </w:rPr>
              <w:t>B. Firmware</w:t>
            </w:r>
          </w:p>
          <w:p w14:paraId="41A8955D" w14:textId="77777777" w:rsidR="004C6ABD" w:rsidRDefault="00F35368">
            <w:pPr>
              <w:pStyle w:val="OptionLine"/>
            </w:pPr>
            <w:r>
              <w:rPr>
                <w:sz w:val="16"/>
              </w:rPr>
              <w:t>C. Control Unit</w:t>
            </w:r>
          </w:p>
          <w:p w14:paraId="7B76E959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performance</w:t>
            </w:r>
          </w:p>
          <w:p w14:paraId="1BE2EFF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C1DDC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improvement is most likely to reduce repeated trips to slower main memory?</w:t>
            </w:r>
          </w:p>
          <w:p w14:paraId="509E5D26" w14:textId="77777777" w:rsidR="004C6ABD" w:rsidRDefault="00F35368">
            <w:pPr>
              <w:pStyle w:val="OptionLine"/>
            </w:pPr>
            <w:r>
              <w:rPr>
                <w:sz w:val="16"/>
              </w:rPr>
              <w:t>A. Increasing cache size</w:t>
            </w:r>
          </w:p>
          <w:p w14:paraId="666857F0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a smaller monitor</w:t>
            </w:r>
          </w:p>
          <w:p w14:paraId="4C0289EC" w14:textId="77777777" w:rsidR="004C6ABD" w:rsidRDefault="00F35368">
            <w:pPr>
              <w:pStyle w:val="OptionLine"/>
            </w:pPr>
            <w:r>
              <w:rPr>
                <w:sz w:val="16"/>
              </w:rPr>
              <w:t>C. Removing the ALU</w:t>
            </w:r>
          </w:p>
          <w:p w14:paraId="1872069E" w14:textId="77777777" w:rsidR="004C6ABD" w:rsidRDefault="00F35368">
            <w:pPr>
              <w:pStyle w:val="OptionLine"/>
            </w:pPr>
            <w:r>
              <w:rPr>
                <w:sz w:val="16"/>
              </w:rPr>
              <w:t>D. Reducing RAM</w:t>
            </w:r>
          </w:p>
          <w:p w14:paraId="697493B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