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81512" w14:textId="77777777" w:rsidR="004C6ABD" w:rsidRDefault="00F35368">
      <w:pPr>
        <w:pStyle w:val="Heading1"/>
      </w:pPr>
      <w:r>
        <w:lastRenderedPageBreak/>
        <w:t>1.1 Systems architecture - Quiz C</w:t>
      </w:r>
    </w:p>
    <w:p w14:paraId="549D4355" w14:textId="77777777" w:rsidR="004C6ABD" w:rsidRDefault="00F35368">
      <w:r>
        <w:rPr>
          <w:b/>
        </w:rPr>
        <w:t xml:space="preserve">Time: </w:t>
      </w:r>
      <w:r>
        <w:t xml:space="preserve">40 minutes    </w:t>
      </w:r>
      <w:r>
        <w:rPr>
          <w:b/>
        </w:rPr>
        <w:t xml:space="preserve">Marks: </w:t>
      </w:r>
      <w:r>
        <w:t xml:space="preserve">40    </w:t>
      </w:r>
      <w:r>
        <w:rPr>
          <w:b/>
        </w:rPr>
        <w:t xml:space="preserve">Instructions: </w:t>
      </w:r>
      <w:r>
        <w:t>Circle one answer for each question. Each question is worth 1 mark.</w:t>
      </w:r>
    </w:p>
    <w:p w14:paraId="302CEE05" w14:textId="77777777" w:rsidR="004C6ABD" w:rsidRDefault="00F35368">
      <w:pPr>
        <w:spacing w:after="120"/>
      </w:pPr>
      <w:r>
        <w:t>Name: ________________________________   Class: __________   Date: __________   Score: ______ / 40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112"/>
        <w:gridCol w:w="5112"/>
      </w:tblGrid>
      <w:tr w:rsidR="004C6ABD" w14:paraId="7C9EE100" w14:textId="77777777">
        <w:trPr>
          <w:tblHeader/>
          <w:jc w:val="center"/>
        </w:trPr>
        <w:tc>
          <w:tcPr>
            <w:tcW w:w="5112" w:type="dxa"/>
            <w:shd w:val="clear" w:color="auto" w:fill="D9EAF7"/>
          </w:tcPr>
          <w:p w14:paraId="46B3FD00" w14:textId="77777777" w:rsidR="004C6ABD" w:rsidRDefault="00F35368">
            <w:r>
              <w:rPr>
                <w:b/>
              </w:rPr>
              <w:t>Questions 1-20</w:t>
            </w:r>
          </w:p>
        </w:tc>
        <w:tc>
          <w:tcPr>
            <w:tcW w:w="5112" w:type="dxa"/>
            <w:shd w:val="clear" w:color="auto" w:fill="D9EAF7"/>
          </w:tcPr>
          <w:p w14:paraId="01FDB1E9" w14:textId="77777777" w:rsidR="004C6ABD" w:rsidRDefault="00F35368">
            <w:r>
              <w:rPr>
                <w:b/>
              </w:rPr>
              <w:t>Questions 21-40</w:t>
            </w:r>
          </w:p>
        </w:tc>
      </w:tr>
      <w:tr w:rsidR="004C6ABD" w14:paraId="0831478E" w14:textId="77777777">
        <w:trPr>
          <w:cantSplit/>
          <w:jc w:val="center"/>
        </w:trPr>
        <w:tc>
          <w:tcPr>
            <w:tcW w:w="5112" w:type="dxa"/>
          </w:tcPr>
          <w:p w14:paraId="762AC76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1. Which term best matches this description: the unit used to measure clock speed as cycles per second</w:t>
            </w:r>
          </w:p>
          <w:p w14:paraId="62304AFA" w14:textId="77777777" w:rsidR="004C6ABD" w:rsidRDefault="00F35368">
            <w:pPr>
              <w:pStyle w:val="OptionLine"/>
            </w:pPr>
            <w:r>
              <w:rPr>
                <w:sz w:val="16"/>
              </w:rPr>
              <w:t>A. Hertz</w:t>
            </w:r>
          </w:p>
          <w:p w14:paraId="71B93834" w14:textId="77777777" w:rsidR="004C6ABD" w:rsidRDefault="00F35368">
            <w:pPr>
              <w:pStyle w:val="OptionLine"/>
            </w:pPr>
            <w:r>
              <w:rPr>
                <w:sz w:val="16"/>
              </w:rPr>
              <w:t>B. Fetch stage</w:t>
            </w:r>
          </w:p>
          <w:p w14:paraId="69AE057E" w14:textId="77777777" w:rsidR="004C6ABD" w:rsidRDefault="00F35368">
            <w:pPr>
              <w:pStyle w:val="OptionLine"/>
            </w:pPr>
            <w:r>
              <w:rPr>
                <w:sz w:val="16"/>
              </w:rPr>
              <w:t>C. Multi-core processor</w:t>
            </w:r>
          </w:p>
          <w:p w14:paraId="5415B479" w14:textId="77777777" w:rsidR="004C6ABD" w:rsidRDefault="00F35368">
            <w:pPr>
              <w:pStyle w:val="OptionLine"/>
            </w:pPr>
            <w:r>
              <w:rPr>
                <w:sz w:val="16"/>
              </w:rPr>
              <w:t>D. Dedicated function</w:t>
            </w:r>
          </w:p>
          <w:p w14:paraId="5FB96FE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806EAF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21. A student writes about Accumulator. Which statement would be correct?</w:t>
            </w:r>
          </w:p>
          <w:p w14:paraId="6C714E89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register that stores data being transferred to or from memory</w:t>
            </w:r>
          </w:p>
          <w:p w14:paraId="51DED62E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register often used to store the result of calculations carried out by the ALU</w:t>
            </w:r>
          </w:p>
          <w:p w14:paraId="6CCB78A7" w14:textId="77777777" w:rsidR="004C6ABD" w:rsidRDefault="00F35368">
            <w:pPr>
              <w:pStyle w:val="OptionLine"/>
            </w:pPr>
            <w:r>
              <w:rPr>
                <w:sz w:val="16"/>
              </w:rPr>
              <w:t>C. processing where the system must respond quickly enough for its purpose</w:t>
            </w:r>
          </w:p>
          <w:p w14:paraId="54E0859E" w14:textId="77777777" w:rsidR="004C6ABD" w:rsidRDefault="00F35368">
            <w:pPr>
              <w:pStyle w:val="OptionLine"/>
            </w:pPr>
            <w:r>
              <w:rPr>
                <w:sz w:val="16"/>
              </w:rPr>
              <w:t>D. a common embedded-system characteristic where the device is designed to use little energy</w:t>
            </w:r>
          </w:p>
          <w:p w14:paraId="4472EE6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15B8964" w14:textId="77777777">
        <w:trPr>
          <w:cantSplit/>
          <w:jc w:val="center"/>
        </w:trPr>
        <w:tc>
          <w:tcPr>
            <w:tcW w:w="5112" w:type="dxa"/>
          </w:tcPr>
          <w:p w14:paraId="6592CD6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2. Which term best matches this description: the register often used to store the result of calculations carried out by the ALU</w:t>
            </w:r>
          </w:p>
          <w:p w14:paraId="4BDED8CF" w14:textId="77777777" w:rsidR="004C6ABD" w:rsidRDefault="00F35368">
            <w:pPr>
              <w:pStyle w:val="OptionLine"/>
            </w:pPr>
            <w:r>
              <w:rPr>
                <w:sz w:val="16"/>
              </w:rPr>
              <w:t>A. Cache</w:t>
            </w:r>
          </w:p>
          <w:p w14:paraId="3F3068B9" w14:textId="77777777" w:rsidR="004C6ABD" w:rsidRDefault="00F35368">
            <w:pPr>
              <w:pStyle w:val="OptionLine"/>
            </w:pPr>
            <w:r>
              <w:rPr>
                <w:sz w:val="16"/>
              </w:rPr>
              <w:t>B. Low power consumption</w:t>
            </w:r>
          </w:p>
          <w:p w14:paraId="3F2E4DC9" w14:textId="77777777" w:rsidR="004C6ABD" w:rsidRDefault="00F35368">
            <w:pPr>
              <w:pStyle w:val="OptionLine"/>
            </w:pPr>
            <w:r>
              <w:rPr>
                <w:sz w:val="16"/>
              </w:rPr>
              <w:t>C. Accumulator</w:t>
            </w:r>
          </w:p>
          <w:p w14:paraId="6E6AE3EB" w14:textId="77777777" w:rsidR="004C6ABD" w:rsidRDefault="00F35368">
            <w:pPr>
              <w:pStyle w:val="OptionLine"/>
            </w:pPr>
            <w:r>
              <w:rPr>
                <w:sz w:val="16"/>
              </w:rPr>
              <w:t>D. CPU</w:t>
            </w:r>
          </w:p>
          <w:p w14:paraId="15B6AEA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C56EEF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22. Which description correctly matches Data?</w:t>
            </w:r>
          </w:p>
          <w:p w14:paraId="4E198F2F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amount of high-speed memory available close to the CPU</w:t>
            </w:r>
          </w:p>
          <w:p w14:paraId="4596CCAD" w14:textId="77777777" w:rsidR="004C6ABD" w:rsidRDefault="00F35368">
            <w:pPr>
              <w:pStyle w:val="OptionLine"/>
            </w:pPr>
            <w:r>
              <w:rPr>
                <w:sz w:val="16"/>
              </w:rPr>
              <w:t>B. values processed by a computer, such as numbers or characters</w:t>
            </w:r>
          </w:p>
          <w:p w14:paraId="4536D114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register often used to store the result of calculations carried out by the ALU</w:t>
            </w:r>
          </w:p>
          <w:p w14:paraId="62FFCA00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stage where the Control Unit interprets the instruction</w:t>
            </w:r>
          </w:p>
          <w:p w14:paraId="09F544C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596D580" w14:textId="77777777">
        <w:trPr>
          <w:cantSplit/>
          <w:jc w:val="center"/>
        </w:trPr>
        <w:tc>
          <w:tcPr>
            <w:tcW w:w="5112" w:type="dxa"/>
          </w:tcPr>
          <w:p w14:paraId="4FB27CA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3. Which is an example of an embedded system?</w:t>
            </w:r>
          </w:p>
          <w:p w14:paraId="0D65A6EF" w14:textId="77777777" w:rsidR="004C6ABD" w:rsidRDefault="00F35368">
            <w:pPr>
              <w:pStyle w:val="OptionLine"/>
            </w:pPr>
            <w:r>
              <w:rPr>
                <w:sz w:val="16"/>
              </w:rPr>
              <w:t>A. A cloud storage account</w:t>
            </w:r>
          </w:p>
          <w:p w14:paraId="0FC1C724" w14:textId="77777777" w:rsidR="004C6ABD" w:rsidRDefault="00F35368">
            <w:pPr>
              <w:pStyle w:val="OptionLine"/>
            </w:pPr>
            <w:r>
              <w:rPr>
                <w:sz w:val="16"/>
              </w:rPr>
              <w:t>B. A desktop PC used for gaming</w:t>
            </w:r>
          </w:p>
          <w:p w14:paraId="180158EB" w14:textId="77777777" w:rsidR="004C6ABD" w:rsidRDefault="00F35368">
            <w:pPr>
              <w:pStyle w:val="OptionLine"/>
            </w:pPr>
            <w:r>
              <w:rPr>
                <w:sz w:val="16"/>
              </w:rPr>
              <w:t>C. Car engine management system</w:t>
            </w:r>
          </w:p>
          <w:p w14:paraId="06BCE2A0" w14:textId="77777777" w:rsidR="004C6ABD" w:rsidRDefault="00F35368">
            <w:pPr>
              <w:pStyle w:val="OptionLine"/>
            </w:pPr>
            <w:r>
              <w:rPr>
                <w:sz w:val="16"/>
              </w:rPr>
              <w:t>D. A laptop running office software</w:t>
            </w:r>
          </w:p>
          <w:p w14:paraId="174ED0E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5B0A09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23. Which part of the CPU manages the movement of instructions and data during processing?</w:t>
            </w:r>
          </w:p>
          <w:p w14:paraId="240D413B" w14:textId="77777777" w:rsidR="004C6ABD" w:rsidRDefault="00F35368">
            <w:pPr>
              <w:pStyle w:val="OptionLine"/>
            </w:pPr>
            <w:r>
              <w:rPr>
                <w:sz w:val="16"/>
              </w:rPr>
              <w:t>A. ALU</w:t>
            </w:r>
          </w:p>
          <w:p w14:paraId="2B8C4AC1" w14:textId="77777777" w:rsidR="004C6ABD" w:rsidRDefault="00F35368">
            <w:pPr>
              <w:pStyle w:val="OptionLine"/>
            </w:pPr>
            <w:r>
              <w:rPr>
                <w:sz w:val="16"/>
              </w:rPr>
              <w:t>B. Control Unit</w:t>
            </w:r>
          </w:p>
          <w:p w14:paraId="401C8B2E" w14:textId="77777777" w:rsidR="004C6ABD" w:rsidRDefault="00F35368">
            <w:pPr>
              <w:pStyle w:val="OptionLine"/>
            </w:pPr>
            <w:r>
              <w:rPr>
                <w:sz w:val="16"/>
              </w:rPr>
              <w:t>C. Web browser</w:t>
            </w:r>
          </w:p>
          <w:p w14:paraId="22143EFA" w14:textId="77777777" w:rsidR="004C6ABD" w:rsidRDefault="00F35368">
            <w:pPr>
              <w:pStyle w:val="OptionLine"/>
            </w:pPr>
            <w:r>
              <w:rPr>
                <w:sz w:val="16"/>
              </w:rPr>
              <w:t>D. Accumulator</w:t>
            </w:r>
          </w:p>
          <w:p w14:paraId="7DC0B96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3E475BD" w14:textId="77777777">
        <w:trPr>
          <w:cantSplit/>
          <w:jc w:val="center"/>
        </w:trPr>
        <w:tc>
          <w:tcPr>
            <w:tcW w:w="5112" w:type="dxa"/>
          </w:tcPr>
          <w:p w14:paraId="66898B3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4. Increasing which CPU characteristic most directly increases the number of cycles per second?</w:t>
            </w:r>
          </w:p>
          <w:p w14:paraId="45AE45D2" w14:textId="77777777" w:rsidR="004C6ABD" w:rsidRDefault="00F35368">
            <w:pPr>
              <w:pStyle w:val="OptionLine"/>
            </w:pPr>
            <w:r>
              <w:rPr>
                <w:sz w:val="16"/>
              </w:rPr>
              <w:t>A. Cache size</w:t>
            </w:r>
          </w:p>
          <w:p w14:paraId="49B973C3" w14:textId="77777777" w:rsidR="004C6ABD" w:rsidRDefault="00F35368">
            <w:pPr>
              <w:pStyle w:val="OptionLine"/>
            </w:pPr>
            <w:r>
              <w:rPr>
                <w:sz w:val="16"/>
              </w:rPr>
              <w:t>B. Number of cores</w:t>
            </w:r>
          </w:p>
          <w:p w14:paraId="6A9ADDF3" w14:textId="77777777" w:rsidR="004C6ABD" w:rsidRDefault="00F35368">
            <w:pPr>
              <w:pStyle w:val="OptionLine"/>
            </w:pPr>
            <w:r>
              <w:rPr>
                <w:sz w:val="16"/>
              </w:rPr>
              <w:t>C. Screen resolution</w:t>
            </w:r>
          </w:p>
          <w:p w14:paraId="52419283" w14:textId="77777777" w:rsidR="004C6ABD" w:rsidRDefault="00F35368">
            <w:pPr>
              <w:pStyle w:val="OptionLine"/>
            </w:pPr>
            <w:r>
              <w:rPr>
                <w:sz w:val="16"/>
              </w:rPr>
              <w:t>D. Clock speed</w:t>
            </w:r>
          </w:p>
          <w:p w14:paraId="389E804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3AB478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24. A student writes about CPU. Which statement would be correct?</w:t>
            </w:r>
          </w:p>
          <w:p w14:paraId="4CE4FBC9" w14:textId="77777777" w:rsidR="004C6ABD" w:rsidRDefault="00F35368">
            <w:pPr>
              <w:pStyle w:val="OptionLine"/>
            </w:pPr>
            <w:r>
              <w:rPr>
                <w:sz w:val="16"/>
              </w:rPr>
              <w:t>A. a CPU with more than one processing unit able to work on tasks at the same time</w:t>
            </w:r>
          </w:p>
          <w:p w14:paraId="079C28C3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processor that fetches, decodes and executes instructions</w:t>
            </w:r>
          </w:p>
          <w:p w14:paraId="0CD4730C" w14:textId="77777777" w:rsidR="004C6ABD" w:rsidRDefault="00F35368">
            <w:pPr>
              <w:pStyle w:val="OptionLine"/>
            </w:pPr>
            <w:r>
              <w:rPr>
                <w:sz w:val="16"/>
              </w:rPr>
              <w:t>C. a stored-program architecture where data and instructions share the same memory</w:t>
            </w:r>
          </w:p>
          <w:p w14:paraId="4D4E3B4C" w14:textId="77777777" w:rsidR="004C6ABD" w:rsidRDefault="00F35368">
            <w:pPr>
              <w:pStyle w:val="OptionLine"/>
            </w:pPr>
            <w:r>
              <w:rPr>
                <w:sz w:val="16"/>
              </w:rPr>
              <w:t>D. a computer system built into another device to perform a specific function</w:t>
            </w:r>
          </w:p>
          <w:p w14:paraId="4D45A55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7E5FD65" w14:textId="77777777">
        <w:trPr>
          <w:cantSplit/>
          <w:jc w:val="center"/>
        </w:trPr>
        <w:tc>
          <w:tcPr>
            <w:tcW w:w="5112" w:type="dxa"/>
          </w:tcPr>
          <w:p w14:paraId="6E858E8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5. A student writes about Real-time response. Which statement would be correct?</w:t>
            </w:r>
          </w:p>
          <w:p w14:paraId="14BAAE96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register that stores the address of a memory location being accessed</w:t>
            </w:r>
          </w:p>
          <w:p w14:paraId="58C8719B" w14:textId="77777777" w:rsidR="004C6ABD" w:rsidRDefault="00F35368">
            <w:pPr>
              <w:pStyle w:val="OptionLine"/>
            </w:pPr>
            <w:r>
              <w:rPr>
                <w:sz w:val="16"/>
              </w:rPr>
              <w:t>B. processing where the system must respond quickly enough for its purpose</w:t>
            </w:r>
          </w:p>
          <w:p w14:paraId="1CBB1B3B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CPU component that coordinates the actions of the processor and controls the fetch-decode-execute cycle</w:t>
            </w:r>
          </w:p>
          <w:p w14:paraId="51106AB1" w14:textId="77777777" w:rsidR="004C6ABD" w:rsidRDefault="00F35368">
            <w:pPr>
              <w:pStyle w:val="OptionLine"/>
            </w:pPr>
            <w:r>
              <w:rPr>
                <w:sz w:val="16"/>
              </w:rPr>
              <w:t>D. a location in memory used to find data or instructions</w:t>
            </w:r>
          </w:p>
          <w:p w14:paraId="7DD9F45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D7FD15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25. Which term best matches this description: the number of CPU cycles completed per second</w:t>
            </w:r>
          </w:p>
          <w:p w14:paraId="1B8E32A6" w14:textId="77777777" w:rsidR="004C6ABD" w:rsidRDefault="00F35368">
            <w:pPr>
              <w:pStyle w:val="OptionLine"/>
            </w:pPr>
            <w:r>
              <w:rPr>
                <w:sz w:val="16"/>
              </w:rPr>
              <w:t>A. Clock speed</w:t>
            </w:r>
          </w:p>
          <w:p w14:paraId="3939C772" w14:textId="77777777" w:rsidR="004C6ABD" w:rsidRDefault="00F35368">
            <w:pPr>
              <w:pStyle w:val="OptionLine"/>
            </w:pPr>
            <w:r>
              <w:rPr>
                <w:sz w:val="16"/>
              </w:rPr>
              <w:t>B. Accumulator</w:t>
            </w:r>
          </w:p>
          <w:p w14:paraId="78A542A4" w14:textId="77777777" w:rsidR="004C6ABD" w:rsidRDefault="00F35368">
            <w:pPr>
              <w:pStyle w:val="OptionLine"/>
            </w:pPr>
            <w:r>
              <w:rPr>
                <w:sz w:val="16"/>
              </w:rPr>
              <w:t>C. General-purpose computer</w:t>
            </w:r>
          </w:p>
          <w:p w14:paraId="76FA92CC" w14:textId="77777777" w:rsidR="004C6ABD" w:rsidRDefault="00F35368">
            <w:pPr>
              <w:pStyle w:val="OptionLine"/>
            </w:pPr>
            <w:r>
              <w:rPr>
                <w:sz w:val="16"/>
              </w:rPr>
              <w:t>D. Core</w:t>
            </w:r>
          </w:p>
          <w:p w14:paraId="05DE9AD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6AD6F61" w14:textId="77777777">
        <w:trPr>
          <w:cantSplit/>
          <w:jc w:val="center"/>
        </w:trPr>
        <w:tc>
          <w:tcPr>
            <w:tcW w:w="5112" w:type="dxa"/>
          </w:tcPr>
          <w:p w14:paraId="5D36F1B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6. A student writes about Von Neumann architecture. Which statement would be correct?</w:t>
            </w:r>
          </w:p>
          <w:p w14:paraId="1FE4EF00" w14:textId="77777777" w:rsidR="004C6ABD" w:rsidRDefault="00F35368">
            <w:pPr>
              <w:pStyle w:val="OptionLine"/>
            </w:pPr>
            <w:r>
              <w:rPr>
                <w:sz w:val="16"/>
              </w:rPr>
              <w:t>A. a CPU with more than one processing unit able to work on tasks at the same time</w:t>
            </w:r>
          </w:p>
          <w:p w14:paraId="2CB198D6" w14:textId="77777777" w:rsidR="004C6ABD" w:rsidRDefault="00F35368">
            <w:pPr>
              <w:pStyle w:val="OptionLine"/>
            </w:pPr>
            <w:r>
              <w:rPr>
                <w:sz w:val="16"/>
              </w:rPr>
              <w:t>B. a stored-program architecture where data and instructions share the same memory</w:t>
            </w:r>
          </w:p>
          <w:p w14:paraId="3441084F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register often used to store the result of calculations carried out by the ALU</w:t>
            </w:r>
          </w:p>
          <w:p w14:paraId="3DE88BE0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stage where the next instruction is copied from memory into the CPU</w:t>
            </w:r>
          </w:p>
          <w:p w14:paraId="1D4AEDA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E8C4BB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26. Which term best matches this description: an independent processing unit within a CPU</w:t>
            </w:r>
          </w:p>
          <w:p w14:paraId="47411407" w14:textId="77777777" w:rsidR="004C6ABD" w:rsidRDefault="00F35368">
            <w:pPr>
              <w:pStyle w:val="OptionLine"/>
            </w:pPr>
            <w:r>
              <w:rPr>
                <w:sz w:val="16"/>
              </w:rPr>
              <w:t>A. System performance</w:t>
            </w:r>
          </w:p>
          <w:p w14:paraId="26AA3001" w14:textId="77777777" w:rsidR="004C6ABD" w:rsidRDefault="00F35368">
            <w:pPr>
              <w:pStyle w:val="OptionLine"/>
            </w:pPr>
            <w:r>
              <w:rPr>
                <w:sz w:val="16"/>
              </w:rPr>
              <w:t>B. Instruction</w:t>
            </w:r>
          </w:p>
          <w:p w14:paraId="6A005992" w14:textId="77777777" w:rsidR="004C6ABD" w:rsidRDefault="00F35368">
            <w:pPr>
              <w:pStyle w:val="OptionLine"/>
            </w:pPr>
            <w:r>
              <w:rPr>
                <w:sz w:val="16"/>
              </w:rPr>
              <w:t>C. Core</w:t>
            </w:r>
          </w:p>
          <w:p w14:paraId="2A79339F" w14:textId="77777777" w:rsidR="004C6ABD" w:rsidRDefault="00F35368">
            <w:pPr>
              <w:pStyle w:val="OptionLine"/>
            </w:pPr>
            <w:r>
              <w:rPr>
                <w:sz w:val="16"/>
              </w:rPr>
              <w:t>D. Hertz</w:t>
            </w:r>
          </w:p>
          <w:p w14:paraId="06BE1EB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431BA51" w14:textId="77777777">
        <w:trPr>
          <w:cantSplit/>
          <w:jc w:val="center"/>
        </w:trPr>
        <w:tc>
          <w:tcPr>
            <w:tcW w:w="5112" w:type="dxa"/>
          </w:tcPr>
          <w:p w14:paraId="0696C3B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7. Which CPU feature is described as a tiny storage location inside the processor?</w:t>
            </w:r>
          </w:p>
          <w:p w14:paraId="60DF1766" w14:textId="77777777" w:rsidR="004C6ABD" w:rsidRDefault="00F35368">
            <w:pPr>
              <w:pStyle w:val="OptionLine"/>
            </w:pPr>
            <w:r>
              <w:rPr>
                <w:sz w:val="16"/>
              </w:rPr>
              <w:t>A. Router</w:t>
            </w:r>
          </w:p>
          <w:p w14:paraId="69918EAD" w14:textId="77777777" w:rsidR="004C6ABD" w:rsidRDefault="00F35368">
            <w:pPr>
              <w:pStyle w:val="OptionLine"/>
            </w:pPr>
            <w:r>
              <w:rPr>
                <w:sz w:val="16"/>
              </w:rPr>
              <w:t>B. Register</w:t>
            </w:r>
          </w:p>
          <w:p w14:paraId="101B6EE6" w14:textId="77777777" w:rsidR="004C6ABD" w:rsidRDefault="00F35368">
            <w:pPr>
              <w:pStyle w:val="OptionLine"/>
            </w:pPr>
            <w:r>
              <w:rPr>
                <w:sz w:val="16"/>
              </w:rPr>
              <w:t>C. Optical disk</w:t>
            </w:r>
          </w:p>
          <w:p w14:paraId="077A1E30" w14:textId="77777777" w:rsidR="004C6ABD" w:rsidRDefault="00F35368">
            <w:pPr>
              <w:pStyle w:val="OptionLine"/>
            </w:pPr>
            <w:r>
              <w:rPr>
                <w:sz w:val="16"/>
              </w:rPr>
              <w:t>D. Secondary storage</w:t>
            </w:r>
          </w:p>
          <w:p w14:paraId="72E4C67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D9FAC4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27. Which term best matches this description: how quickly and effectively a computer system can complete tasks</w:t>
            </w:r>
          </w:p>
          <w:p w14:paraId="01A23921" w14:textId="77777777" w:rsidR="004C6ABD" w:rsidRDefault="00F35368">
            <w:pPr>
              <w:pStyle w:val="OptionLine"/>
            </w:pPr>
            <w:r>
              <w:rPr>
                <w:sz w:val="16"/>
              </w:rPr>
              <w:t>A. System performance</w:t>
            </w:r>
          </w:p>
          <w:p w14:paraId="47766614" w14:textId="77777777" w:rsidR="004C6ABD" w:rsidRDefault="00F35368">
            <w:pPr>
              <w:pStyle w:val="OptionLine"/>
            </w:pPr>
            <w:r>
              <w:rPr>
                <w:sz w:val="16"/>
              </w:rPr>
              <w:t>B. Clock cycle</w:t>
            </w:r>
          </w:p>
          <w:p w14:paraId="2436E4DC" w14:textId="77777777" w:rsidR="004C6ABD" w:rsidRDefault="00F35368">
            <w:pPr>
              <w:pStyle w:val="OptionLine"/>
            </w:pPr>
            <w:r>
              <w:rPr>
                <w:sz w:val="16"/>
              </w:rPr>
              <w:t>C. Real-time response</w:t>
            </w:r>
          </w:p>
          <w:p w14:paraId="68F697D2" w14:textId="77777777" w:rsidR="004C6ABD" w:rsidRDefault="00F35368">
            <w:pPr>
              <w:pStyle w:val="OptionLine"/>
            </w:pPr>
            <w:r>
              <w:rPr>
                <w:sz w:val="16"/>
              </w:rPr>
              <w:t>D. Multi-core processor</w:t>
            </w:r>
          </w:p>
          <w:p w14:paraId="572B539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A5CE46A" w14:textId="77777777">
        <w:trPr>
          <w:cantSplit/>
          <w:jc w:val="center"/>
        </w:trPr>
        <w:tc>
          <w:tcPr>
            <w:tcW w:w="5112" w:type="dxa"/>
          </w:tcPr>
          <w:p w14:paraId="72C58AB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8. A student writes about Cache. Which statement would be correct?</w:t>
            </w:r>
          </w:p>
          <w:p w14:paraId="1F669D44" w14:textId="77777777" w:rsidR="004C6ABD" w:rsidRDefault="00F35368">
            <w:pPr>
              <w:pStyle w:val="OptionLine"/>
            </w:pPr>
            <w:r>
              <w:rPr>
                <w:sz w:val="16"/>
              </w:rPr>
              <w:t>A. a small amount of very fast memory used to store frequently needed data and instructions</w:t>
            </w:r>
          </w:p>
          <w:p w14:paraId="3EAC0202" w14:textId="77777777" w:rsidR="004C6ABD" w:rsidRDefault="00F35368">
            <w:pPr>
              <w:pStyle w:val="OptionLine"/>
            </w:pPr>
            <w:r>
              <w:rPr>
                <w:sz w:val="16"/>
              </w:rPr>
              <w:t>B. a very small, very fast storage location inside the CPU</w:t>
            </w:r>
          </w:p>
          <w:p w14:paraId="67D5EB6E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amount of high-speed memory available close to the CPU</w:t>
            </w:r>
          </w:p>
          <w:p w14:paraId="14B5B999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processor that fetches, decodes and executes instructions</w:t>
            </w:r>
          </w:p>
          <w:p w14:paraId="1A9DE5D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68853D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28. Which term best matches this description: the register that stores the address of the next instruction to be fetched</w:t>
            </w:r>
          </w:p>
          <w:p w14:paraId="2704F895" w14:textId="77777777" w:rsidR="004C6ABD" w:rsidRDefault="00F35368">
            <w:pPr>
              <w:pStyle w:val="OptionLine"/>
            </w:pPr>
            <w:r>
              <w:rPr>
                <w:sz w:val="16"/>
              </w:rPr>
              <w:t>A. Multi-core processor</w:t>
            </w:r>
          </w:p>
          <w:p w14:paraId="04C13CAE" w14:textId="77777777" w:rsidR="004C6ABD" w:rsidRDefault="00F35368">
            <w:pPr>
              <w:pStyle w:val="OptionLine"/>
            </w:pPr>
            <w:r>
              <w:rPr>
                <w:sz w:val="16"/>
              </w:rPr>
              <w:t>B. Address</w:t>
            </w:r>
          </w:p>
          <w:p w14:paraId="04419CCE" w14:textId="77777777" w:rsidR="004C6ABD" w:rsidRDefault="00F35368">
            <w:pPr>
              <w:pStyle w:val="OptionLine"/>
            </w:pPr>
            <w:r>
              <w:rPr>
                <w:sz w:val="16"/>
              </w:rPr>
              <w:t>C. Instruction</w:t>
            </w:r>
          </w:p>
          <w:p w14:paraId="64294A26" w14:textId="77777777" w:rsidR="004C6ABD" w:rsidRDefault="00F35368">
            <w:pPr>
              <w:pStyle w:val="OptionLine"/>
            </w:pPr>
            <w:r>
              <w:rPr>
                <w:sz w:val="16"/>
              </w:rPr>
              <w:t>D. Program Counter</w:t>
            </w:r>
          </w:p>
          <w:p w14:paraId="1F0E804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D99DC36" w14:textId="77777777">
        <w:trPr>
          <w:cantSplit/>
          <w:jc w:val="center"/>
        </w:trPr>
        <w:tc>
          <w:tcPr>
            <w:tcW w:w="5112" w:type="dxa"/>
          </w:tcPr>
          <w:p w14:paraId="28B3733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9. Which description correctly matches Parallel processing?</w:t>
            </w:r>
          </w:p>
          <w:p w14:paraId="07574A51" w14:textId="77777777" w:rsidR="004C6ABD" w:rsidRDefault="00F35368">
            <w:pPr>
              <w:pStyle w:val="OptionLine"/>
            </w:pPr>
            <w:r>
              <w:rPr>
                <w:sz w:val="16"/>
              </w:rPr>
              <w:t>A. one tick of the CPU clock during which part of an instruction may be processed</w:t>
            </w:r>
          </w:p>
          <w:p w14:paraId="3ACAB049" w14:textId="77777777" w:rsidR="004C6ABD" w:rsidRDefault="00F35368">
            <w:pPr>
              <w:pStyle w:val="OptionLine"/>
            </w:pPr>
            <w:r>
              <w:rPr>
                <w:sz w:val="16"/>
              </w:rPr>
              <w:t>B. a common embedded-system characteristic where the device is designed to use little energy</w:t>
            </w:r>
          </w:p>
          <w:p w14:paraId="0CD9B677" w14:textId="77777777" w:rsidR="004C6ABD" w:rsidRDefault="00F35368">
            <w:pPr>
              <w:pStyle w:val="OptionLine"/>
            </w:pPr>
            <w:r>
              <w:rPr>
                <w:sz w:val="16"/>
              </w:rPr>
              <w:t>C. processing where more than one task or part of a task is worked on at the same time</w:t>
            </w:r>
          </w:p>
          <w:p w14:paraId="1739B3D2" w14:textId="77777777" w:rsidR="004C6ABD" w:rsidRDefault="00F35368">
            <w:pPr>
              <w:pStyle w:val="OptionLine"/>
            </w:pPr>
            <w:r>
              <w:rPr>
                <w:sz w:val="16"/>
              </w:rPr>
              <w:t>D. how quickly and effectively a computer system can complete tasks</w:t>
            </w:r>
          </w:p>
          <w:p w14:paraId="1BB448C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E5974D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29. Which improvement can help performance when software is written to use several tasks at once?</w:t>
            </w:r>
          </w:p>
          <w:p w14:paraId="78E4B89E" w14:textId="77777777" w:rsidR="004C6ABD" w:rsidRDefault="00F35368">
            <w:pPr>
              <w:pStyle w:val="OptionLine"/>
            </w:pPr>
            <w:r>
              <w:rPr>
                <w:sz w:val="16"/>
              </w:rPr>
              <w:t>A. Deleting the operating system</w:t>
            </w:r>
          </w:p>
          <w:p w14:paraId="798B751D" w14:textId="77777777" w:rsidR="004C6ABD" w:rsidRDefault="00F35368">
            <w:pPr>
              <w:pStyle w:val="OptionLine"/>
            </w:pPr>
            <w:r>
              <w:rPr>
                <w:sz w:val="16"/>
              </w:rPr>
              <w:t>B. Using fewer registers</w:t>
            </w:r>
          </w:p>
          <w:p w14:paraId="7618D324" w14:textId="77777777" w:rsidR="004C6ABD" w:rsidRDefault="00F35368">
            <w:pPr>
              <w:pStyle w:val="OptionLine"/>
            </w:pPr>
            <w:r>
              <w:rPr>
                <w:sz w:val="16"/>
              </w:rPr>
              <w:t>C. Reducing clock speed</w:t>
            </w:r>
          </w:p>
          <w:p w14:paraId="316904CA" w14:textId="77777777" w:rsidR="004C6ABD" w:rsidRDefault="00F35368">
            <w:pPr>
              <w:pStyle w:val="OptionLine"/>
            </w:pPr>
            <w:r>
              <w:rPr>
                <w:sz w:val="16"/>
              </w:rPr>
              <w:t>D. Increasing the number of cores</w:t>
            </w:r>
          </w:p>
          <w:p w14:paraId="24E984D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59210C0E" w14:textId="77777777">
        <w:trPr>
          <w:cantSplit/>
          <w:jc w:val="center"/>
        </w:trPr>
        <w:tc>
          <w:tcPr>
            <w:tcW w:w="5112" w:type="dxa"/>
          </w:tcPr>
          <w:p w14:paraId="02A1CEA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10. Which option is most closely associated with a small amount of very fast memory used to store frequently needed data and instructions</w:t>
            </w:r>
          </w:p>
          <w:p w14:paraId="14807CC9" w14:textId="77777777" w:rsidR="004C6ABD" w:rsidRDefault="00F35368">
            <w:pPr>
              <w:pStyle w:val="OptionLine"/>
            </w:pPr>
            <w:r>
              <w:rPr>
                <w:sz w:val="16"/>
              </w:rPr>
              <w:t>A. Cache</w:t>
            </w:r>
          </w:p>
          <w:p w14:paraId="203FE864" w14:textId="77777777" w:rsidR="004C6ABD" w:rsidRDefault="00F35368">
            <w:pPr>
              <w:pStyle w:val="OptionLine"/>
            </w:pPr>
            <w:r>
              <w:rPr>
                <w:sz w:val="16"/>
              </w:rPr>
              <w:t>B. Fetch stage</w:t>
            </w:r>
          </w:p>
          <w:p w14:paraId="4EC305BD" w14:textId="77777777" w:rsidR="004C6ABD" w:rsidRDefault="00F35368">
            <w:pPr>
              <w:pStyle w:val="OptionLine"/>
            </w:pPr>
            <w:r>
              <w:rPr>
                <w:sz w:val="16"/>
              </w:rPr>
              <w:t>C. Memory Address Register</w:t>
            </w:r>
          </w:p>
          <w:p w14:paraId="2AC01374" w14:textId="77777777" w:rsidR="004C6ABD" w:rsidRDefault="00F35368">
            <w:pPr>
              <w:pStyle w:val="OptionLine"/>
            </w:pPr>
            <w:r>
              <w:rPr>
                <w:sz w:val="16"/>
              </w:rPr>
              <w:t>D. Data</w:t>
            </w:r>
          </w:p>
          <w:p w14:paraId="25B7234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DD1485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30. A student writes about General-purpose computer. Which statement would be correct?</w:t>
            </w:r>
          </w:p>
          <w:p w14:paraId="60D0FA82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register that stores data being transferred to or from memory</w:t>
            </w:r>
          </w:p>
          <w:p w14:paraId="4C274363" w14:textId="77777777" w:rsidR="004C6ABD" w:rsidRDefault="00F35368">
            <w:pPr>
              <w:pStyle w:val="OptionLine"/>
            </w:pPr>
            <w:r>
              <w:rPr>
                <w:sz w:val="16"/>
              </w:rPr>
              <w:t>B. values processed by a computer, such as numbers or characters</w:t>
            </w:r>
          </w:p>
          <w:p w14:paraId="195117F7" w14:textId="77777777" w:rsidR="004C6ABD" w:rsidRDefault="00F35368">
            <w:pPr>
              <w:pStyle w:val="OptionLine"/>
            </w:pPr>
            <w:r>
              <w:rPr>
                <w:sz w:val="16"/>
              </w:rPr>
              <w:t>C. a computer designed to run many different types of software</w:t>
            </w:r>
          </w:p>
          <w:p w14:paraId="571120E4" w14:textId="77777777" w:rsidR="004C6ABD" w:rsidRDefault="00F35368">
            <w:pPr>
              <w:pStyle w:val="OptionLine"/>
            </w:pPr>
            <w:r>
              <w:rPr>
                <w:sz w:val="16"/>
              </w:rPr>
              <w:t>D. processing where more than one task or part of a task is worked on at the same time</w:t>
            </w:r>
          </w:p>
          <w:p w14:paraId="4727B39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628E7BC" w14:textId="77777777">
        <w:trPr>
          <w:cantSplit/>
          <w:jc w:val="center"/>
        </w:trPr>
        <w:tc>
          <w:tcPr>
            <w:tcW w:w="5112" w:type="dxa"/>
          </w:tcPr>
          <w:p w14:paraId="63D8666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11. A student writes about Memory Data Register. Which statement would be correct?</w:t>
            </w:r>
          </w:p>
          <w:p w14:paraId="7FDC6349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register that stores data being transferred to or from memory</w:t>
            </w:r>
          </w:p>
          <w:p w14:paraId="44D9F5BC" w14:textId="77777777" w:rsidR="004C6ABD" w:rsidRDefault="00F35368">
            <w:pPr>
              <w:pStyle w:val="OptionLine"/>
            </w:pPr>
            <w:r>
              <w:rPr>
                <w:sz w:val="16"/>
              </w:rPr>
              <w:t>B. values processed by a computer, such as numbers or characters</w:t>
            </w:r>
          </w:p>
          <w:p w14:paraId="78B4FDD7" w14:textId="77777777" w:rsidR="004C6ABD" w:rsidRDefault="00F35368">
            <w:pPr>
              <w:pStyle w:val="OptionLine"/>
            </w:pPr>
            <w:r>
              <w:rPr>
                <w:sz w:val="16"/>
              </w:rPr>
              <w:t>C. a computer system built into another device to perform a specific function</w:t>
            </w:r>
          </w:p>
          <w:p w14:paraId="527B2B6C" w14:textId="77777777" w:rsidR="004C6ABD" w:rsidRDefault="00F35368">
            <w:pPr>
              <w:pStyle w:val="OptionLine"/>
            </w:pPr>
            <w:r>
              <w:rPr>
                <w:sz w:val="16"/>
              </w:rPr>
              <w:t>D. a location in memory used to find data or instructions</w:t>
            </w:r>
          </w:p>
          <w:p w14:paraId="5A3DB41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C319DE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31. If the PC stores 1010 0011, what type of value is it storing?</w:t>
            </w:r>
          </w:p>
          <w:p w14:paraId="6682B94C" w14:textId="77777777" w:rsidR="004C6ABD" w:rsidRDefault="00F35368">
            <w:pPr>
              <w:pStyle w:val="OptionLine"/>
            </w:pPr>
            <w:r>
              <w:rPr>
                <w:sz w:val="16"/>
              </w:rPr>
              <w:t>A. A web page</w:t>
            </w:r>
          </w:p>
          <w:p w14:paraId="400B7C6A" w14:textId="77777777" w:rsidR="004C6ABD" w:rsidRDefault="00F35368">
            <w:pPr>
              <w:pStyle w:val="OptionLine"/>
            </w:pPr>
            <w:r>
              <w:rPr>
                <w:sz w:val="16"/>
              </w:rPr>
              <w:t>B. An email protocol</w:t>
            </w:r>
          </w:p>
          <w:p w14:paraId="13B0C640" w14:textId="77777777" w:rsidR="004C6ABD" w:rsidRDefault="00F35368">
            <w:pPr>
              <w:pStyle w:val="OptionLine"/>
            </w:pPr>
            <w:r>
              <w:rPr>
                <w:sz w:val="16"/>
              </w:rPr>
              <w:t>C. A sound sample</w:t>
            </w:r>
          </w:p>
          <w:p w14:paraId="7FB2539F" w14:textId="77777777" w:rsidR="004C6ABD" w:rsidRDefault="00F35368">
            <w:pPr>
              <w:pStyle w:val="OptionLine"/>
            </w:pPr>
            <w:r>
              <w:rPr>
                <w:sz w:val="16"/>
              </w:rPr>
              <w:t>D. A memory address</w:t>
            </w:r>
          </w:p>
          <w:p w14:paraId="773EFAD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B662BEA" w14:textId="77777777">
        <w:trPr>
          <w:cantSplit/>
          <w:jc w:val="center"/>
        </w:trPr>
        <w:tc>
          <w:tcPr>
            <w:tcW w:w="5112" w:type="dxa"/>
          </w:tcPr>
          <w:p w14:paraId="2A4EFFF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12. Which term best matches this description: the CPU component that performs arithmetic and logical operations</w:t>
            </w:r>
          </w:p>
          <w:p w14:paraId="33BEC3C8" w14:textId="77777777" w:rsidR="004C6ABD" w:rsidRDefault="00F35368">
            <w:pPr>
              <w:pStyle w:val="OptionLine"/>
            </w:pPr>
            <w:r>
              <w:rPr>
                <w:sz w:val="16"/>
              </w:rPr>
              <w:t>A. Low power consumption</w:t>
            </w:r>
          </w:p>
          <w:p w14:paraId="38699EB5" w14:textId="77777777" w:rsidR="004C6ABD" w:rsidRDefault="00F35368">
            <w:pPr>
              <w:pStyle w:val="OptionLine"/>
            </w:pPr>
            <w:r>
              <w:rPr>
                <w:sz w:val="16"/>
              </w:rPr>
              <w:t>B. Hertz</w:t>
            </w:r>
          </w:p>
          <w:p w14:paraId="46FA516E" w14:textId="77777777" w:rsidR="004C6ABD" w:rsidRDefault="00F35368">
            <w:pPr>
              <w:pStyle w:val="OptionLine"/>
            </w:pPr>
            <w:r>
              <w:rPr>
                <w:sz w:val="16"/>
              </w:rPr>
              <w:t>C. Dedicated function</w:t>
            </w:r>
          </w:p>
          <w:p w14:paraId="0C12D456" w14:textId="77777777" w:rsidR="004C6ABD" w:rsidRDefault="00F35368">
            <w:pPr>
              <w:pStyle w:val="OptionLine"/>
            </w:pPr>
            <w:r>
              <w:rPr>
                <w:sz w:val="16"/>
              </w:rPr>
              <w:t>D. ALU</w:t>
            </w:r>
          </w:p>
          <w:p w14:paraId="4968A5E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EB0A33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32. A student writes about Parallel processing. Which statement would be correct?</w:t>
            </w:r>
          </w:p>
          <w:p w14:paraId="6973810D" w14:textId="77777777" w:rsidR="004C6ABD" w:rsidRDefault="00F35368">
            <w:pPr>
              <w:pStyle w:val="OptionLine"/>
            </w:pPr>
            <w:r>
              <w:rPr>
                <w:sz w:val="16"/>
              </w:rPr>
              <w:t>A. processing where more than one task or part of a task is worked on at the same time</w:t>
            </w:r>
          </w:p>
          <w:p w14:paraId="0F2AAF69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unit used to measure clock speed as cycles per second</w:t>
            </w:r>
          </w:p>
          <w:p w14:paraId="739800E5" w14:textId="77777777" w:rsidR="004C6ABD" w:rsidRDefault="00F35368">
            <w:pPr>
              <w:pStyle w:val="OptionLine"/>
            </w:pPr>
            <w:r>
              <w:rPr>
                <w:sz w:val="16"/>
              </w:rPr>
              <w:t>C. how quickly and effectively a computer system can complete tasks</w:t>
            </w:r>
          </w:p>
          <w:p w14:paraId="29674269" w14:textId="77777777" w:rsidR="004C6ABD" w:rsidRDefault="00F35368">
            <w:pPr>
              <w:pStyle w:val="OptionLine"/>
            </w:pPr>
            <w:r>
              <w:rPr>
                <w:sz w:val="16"/>
              </w:rPr>
              <w:t>D. a computer system built into another device to perform a specific function</w:t>
            </w:r>
          </w:p>
          <w:p w14:paraId="796B7B4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09C3E07" w14:textId="77777777">
        <w:trPr>
          <w:cantSplit/>
          <w:jc w:val="center"/>
        </w:trPr>
        <w:tc>
          <w:tcPr>
            <w:tcW w:w="5112" w:type="dxa"/>
          </w:tcPr>
          <w:p w14:paraId="09AF7C1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13. Which description correctly matches Fetch-decode-execute cycle?</w:t>
            </w:r>
          </w:p>
          <w:p w14:paraId="2C37334D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stage where the next instruction is copied from memory into the CPU</w:t>
            </w:r>
          </w:p>
          <w:p w14:paraId="5CB7E15F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unit used to measure clock speed as cycles per second</w:t>
            </w:r>
          </w:p>
          <w:p w14:paraId="154DCF88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register that stores the address of the next instruction to be fetched</w:t>
            </w:r>
          </w:p>
          <w:p w14:paraId="651F5BF6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repeated process used by the CPU to process program instructions</w:t>
            </w:r>
          </w:p>
          <w:p w14:paraId="7F17D81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0CAB20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33. What happens during the decode stage of the fetch-decode-execute cycle?</w:t>
            </w:r>
          </w:p>
          <w:p w14:paraId="0B1C296F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hard drive is formatted</w:t>
            </w:r>
          </w:p>
          <w:p w14:paraId="526E42F7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monitor displays the result</w:t>
            </w:r>
          </w:p>
          <w:p w14:paraId="6B0BEE0C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Control Unit interprets the instruction</w:t>
            </w:r>
          </w:p>
          <w:p w14:paraId="43B826EA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ALU stores the next address</w:t>
            </w:r>
          </w:p>
          <w:p w14:paraId="0AB9AFD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2C103FE" w14:textId="77777777">
        <w:trPr>
          <w:cantSplit/>
          <w:jc w:val="center"/>
        </w:trPr>
        <w:tc>
          <w:tcPr>
            <w:tcW w:w="5112" w:type="dxa"/>
          </w:tcPr>
          <w:p w14:paraId="5504415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14. Which description correctly matches Cache size?</w:t>
            </w:r>
          </w:p>
          <w:p w14:paraId="1F4CC782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amount of high-speed memory available close to the CPU</w:t>
            </w:r>
          </w:p>
          <w:p w14:paraId="5F8E9294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CPU component that coordinates the actions of the processor and controls the fetch-decode-execute cycle</w:t>
            </w:r>
          </w:p>
          <w:p w14:paraId="7B9A151F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register often used to store the result of calculations carried out by the ALU</w:t>
            </w:r>
          </w:p>
          <w:p w14:paraId="612952E7" w14:textId="77777777" w:rsidR="004C6ABD" w:rsidRDefault="00F35368">
            <w:pPr>
              <w:pStyle w:val="OptionLine"/>
            </w:pPr>
            <w:r>
              <w:rPr>
                <w:sz w:val="16"/>
              </w:rPr>
              <w:t>D. a small amount of very fast memory used to store frequently needed data and instructions</w:t>
            </w:r>
          </w:p>
          <w:p w14:paraId="095E3F8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FB7450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34. Which description correctly matches Performance bottleneck?</w:t>
            </w:r>
          </w:p>
          <w:p w14:paraId="34DFFF7A" w14:textId="77777777" w:rsidR="004C6ABD" w:rsidRDefault="00F35368">
            <w:pPr>
              <w:pStyle w:val="OptionLine"/>
            </w:pPr>
            <w:r>
              <w:rPr>
                <w:sz w:val="16"/>
              </w:rPr>
              <w:t>A. a component or limitation that restricts the overall speed of a system</w:t>
            </w:r>
          </w:p>
          <w:p w14:paraId="1058AE62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CPU component that coordinates the actions of the processor and controls the fetch-decode-execute cycle</w:t>
            </w:r>
          </w:p>
          <w:p w14:paraId="3526AEE2" w14:textId="77777777" w:rsidR="004C6ABD" w:rsidRDefault="00F35368">
            <w:pPr>
              <w:pStyle w:val="OptionLine"/>
            </w:pPr>
            <w:r>
              <w:rPr>
                <w:sz w:val="16"/>
              </w:rPr>
              <w:t>C. one tick of the CPU clock during which part of an instruction may be processed</w:t>
            </w:r>
          </w:p>
          <w:p w14:paraId="280FE04E" w14:textId="77777777" w:rsidR="004C6ABD" w:rsidRDefault="00F35368">
            <w:pPr>
              <w:pStyle w:val="OptionLine"/>
            </w:pPr>
            <w:r>
              <w:rPr>
                <w:sz w:val="16"/>
              </w:rPr>
              <w:t>D. a computer system built into another device to perform a specific function</w:t>
            </w:r>
          </w:p>
          <w:p w14:paraId="041CDFC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41B42FC" w14:textId="77777777">
        <w:trPr>
          <w:cantSplit/>
          <w:jc w:val="center"/>
        </w:trPr>
        <w:tc>
          <w:tcPr>
            <w:tcW w:w="5112" w:type="dxa"/>
          </w:tcPr>
          <w:p w14:paraId="21C3246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15. A student writes about Fetch stage. Which statement would be correct?</w:t>
            </w:r>
          </w:p>
          <w:p w14:paraId="56586A4B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stage where the next instruction is copied from memory into the CPU</w:t>
            </w:r>
          </w:p>
          <w:p w14:paraId="18F2A826" w14:textId="77777777" w:rsidR="004C6ABD" w:rsidRDefault="00F35368">
            <w:pPr>
              <w:pStyle w:val="OptionLine"/>
            </w:pPr>
            <w:r>
              <w:rPr>
                <w:sz w:val="16"/>
              </w:rPr>
              <w:t>B. values processed by a computer, such as numbers or characters</w:t>
            </w:r>
          </w:p>
          <w:p w14:paraId="302978AC" w14:textId="77777777" w:rsidR="004C6ABD" w:rsidRDefault="00F35368">
            <w:pPr>
              <w:pStyle w:val="OptionLine"/>
            </w:pPr>
            <w:r>
              <w:rPr>
                <w:sz w:val="16"/>
              </w:rPr>
              <w:t>C. a stored-program architecture where data and instructions share the same memory</w:t>
            </w:r>
          </w:p>
          <w:p w14:paraId="4207212C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stage where the Control Unit interprets the instruction</w:t>
            </w:r>
          </w:p>
          <w:p w14:paraId="269061C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C043CD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35. Which register contains the address of the memory location currently being read from?</w:t>
            </w:r>
          </w:p>
          <w:p w14:paraId="199E5E92" w14:textId="77777777" w:rsidR="004C6ABD" w:rsidRDefault="00F35368">
            <w:pPr>
              <w:pStyle w:val="OptionLine"/>
            </w:pPr>
            <w:r>
              <w:rPr>
                <w:sz w:val="16"/>
              </w:rPr>
              <w:t>A. Control Unit</w:t>
            </w:r>
          </w:p>
          <w:p w14:paraId="6B9EBA70" w14:textId="77777777" w:rsidR="004C6ABD" w:rsidRDefault="00F35368">
            <w:pPr>
              <w:pStyle w:val="OptionLine"/>
            </w:pPr>
            <w:r>
              <w:rPr>
                <w:sz w:val="16"/>
              </w:rPr>
              <w:t>B. Accumulator</w:t>
            </w:r>
          </w:p>
          <w:p w14:paraId="43634BC1" w14:textId="77777777" w:rsidR="004C6ABD" w:rsidRDefault="00F35368">
            <w:pPr>
              <w:pStyle w:val="OptionLine"/>
            </w:pPr>
            <w:r>
              <w:rPr>
                <w:sz w:val="16"/>
              </w:rPr>
              <w:t>C. Memory Address Register</w:t>
            </w:r>
          </w:p>
          <w:p w14:paraId="535E08B3" w14:textId="77777777" w:rsidR="004C6ABD" w:rsidRDefault="00F35368">
            <w:pPr>
              <w:pStyle w:val="OptionLine"/>
            </w:pPr>
            <w:r>
              <w:rPr>
                <w:sz w:val="16"/>
              </w:rPr>
              <w:t>D. Memory Data Register</w:t>
            </w:r>
          </w:p>
          <w:p w14:paraId="59808FD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764BAA7F" w14:textId="77777777">
        <w:trPr>
          <w:cantSplit/>
          <w:jc w:val="center"/>
        </w:trPr>
        <w:tc>
          <w:tcPr>
            <w:tcW w:w="5112" w:type="dxa"/>
          </w:tcPr>
          <w:p w14:paraId="14E59E8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16. A student writes about Fetch-decode-execute cycle. Which statement would be correct?</w:t>
            </w:r>
          </w:p>
          <w:p w14:paraId="47FE965A" w14:textId="77777777" w:rsidR="004C6ABD" w:rsidRDefault="00F35368">
            <w:pPr>
              <w:pStyle w:val="OptionLine"/>
            </w:pPr>
            <w:r>
              <w:rPr>
                <w:sz w:val="16"/>
              </w:rPr>
              <w:t>A. a stored-program architecture where data and instructions share the same memory</w:t>
            </w:r>
          </w:p>
          <w:p w14:paraId="0CDACC39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repeated process used by the CPU to process program instructions</w:t>
            </w:r>
          </w:p>
          <w:p w14:paraId="40D94BCC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CPU component that coordinates the actions of the processor and controls the fetch-decode-execute cycle</w:t>
            </w:r>
          </w:p>
          <w:p w14:paraId="6B3DA793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number of CPU cycles completed per second</w:t>
            </w:r>
          </w:p>
          <w:p w14:paraId="3752A3C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8618FA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36. A student writes about Address. Which statement would be correct?</w:t>
            </w:r>
          </w:p>
          <w:p w14:paraId="51D13117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stage where the next instruction is copied from memory into the CPU</w:t>
            </w:r>
          </w:p>
          <w:p w14:paraId="6155325E" w14:textId="77777777" w:rsidR="004C6ABD" w:rsidRDefault="00F35368">
            <w:pPr>
              <w:pStyle w:val="OptionLine"/>
            </w:pPr>
            <w:r>
              <w:rPr>
                <w:sz w:val="16"/>
              </w:rPr>
              <w:t>B. a location in memory used to find data or instructions</w:t>
            </w:r>
          </w:p>
          <w:p w14:paraId="1C7A3963" w14:textId="77777777" w:rsidR="004C6ABD" w:rsidRDefault="00F35368">
            <w:pPr>
              <w:pStyle w:val="OptionLine"/>
            </w:pPr>
            <w:r>
              <w:rPr>
                <w:sz w:val="16"/>
              </w:rPr>
              <w:t>C. a computer system built into another device to perform a specific function</w:t>
            </w:r>
          </w:p>
          <w:p w14:paraId="17F83A66" w14:textId="77777777" w:rsidR="004C6ABD" w:rsidRDefault="00F35368">
            <w:pPr>
              <w:pStyle w:val="OptionLine"/>
            </w:pPr>
            <w:r>
              <w:rPr>
                <w:sz w:val="16"/>
              </w:rPr>
              <w:t>D. a component or limitation that restricts the overall speed of a system</w:t>
            </w:r>
          </w:p>
          <w:p w14:paraId="28E50DB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8C99A70" w14:textId="77777777">
        <w:trPr>
          <w:cantSplit/>
          <w:jc w:val="center"/>
        </w:trPr>
        <w:tc>
          <w:tcPr>
            <w:tcW w:w="5112" w:type="dxa"/>
          </w:tcPr>
          <w:p w14:paraId="4FD8D0D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17. A student writes about Data. Which statement would be correct?</w:t>
            </w:r>
          </w:p>
          <w:p w14:paraId="4BD1522D" w14:textId="77777777" w:rsidR="004C6ABD" w:rsidRDefault="00F35368">
            <w:pPr>
              <w:pStyle w:val="OptionLine"/>
            </w:pPr>
            <w:r>
              <w:rPr>
                <w:sz w:val="16"/>
              </w:rPr>
              <w:t>A. a CPU with more than one processing unit able to work on tasks at the same time</w:t>
            </w:r>
          </w:p>
          <w:p w14:paraId="384A626A" w14:textId="77777777" w:rsidR="004C6ABD" w:rsidRDefault="00F35368">
            <w:pPr>
              <w:pStyle w:val="OptionLine"/>
            </w:pPr>
            <w:r>
              <w:rPr>
                <w:sz w:val="16"/>
              </w:rPr>
              <w:t>B. values processed by a computer, such as numbers or characters</w:t>
            </w:r>
          </w:p>
          <w:p w14:paraId="18AE3CB9" w14:textId="77777777" w:rsidR="004C6ABD" w:rsidRDefault="00F35368">
            <w:pPr>
              <w:pStyle w:val="OptionLine"/>
            </w:pPr>
            <w:r>
              <w:rPr>
                <w:sz w:val="16"/>
              </w:rPr>
              <w:t>C. processing where the system must respond quickly enough for its purpose</w:t>
            </w:r>
          </w:p>
          <w:p w14:paraId="6F5C523B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CPU component that performs arithmetic and logical operations</w:t>
            </w:r>
          </w:p>
          <w:p w14:paraId="43CB972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4724E1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37. Which description correctly matches Multi-core processor?</w:t>
            </w:r>
          </w:p>
          <w:p w14:paraId="6029C408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processor that fetches, decodes and executes instructions</w:t>
            </w:r>
          </w:p>
          <w:p w14:paraId="3D524970" w14:textId="77777777" w:rsidR="004C6ABD" w:rsidRDefault="00F35368">
            <w:pPr>
              <w:pStyle w:val="OptionLine"/>
            </w:pPr>
            <w:r>
              <w:rPr>
                <w:sz w:val="16"/>
              </w:rPr>
              <w:t>B. a CPU with more than one processing unit able to work on tasks at the same time</w:t>
            </w:r>
          </w:p>
          <w:p w14:paraId="18D8220F" w14:textId="77777777" w:rsidR="004C6ABD" w:rsidRDefault="00F35368">
            <w:pPr>
              <w:pStyle w:val="OptionLine"/>
            </w:pPr>
            <w:r>
              <w:rPr>
                <w:sz w:val="16"/>
              </w:rPr>
              <w:t>C. a component or limitation that restricts the overall speed of a system</w:t>
            </w:r>
          </w:p>
          <w:p w14:paraId="369F6128" w14:textId="77777777" w:rsidR="004C6ABD" w:rsidRDefault="00F35368">
            <w:pPr>
              <w:pStyle w:val="OptionLine"/>
            </w:pPr>
            <w:r>
              <w:rPr>
                <w:sz w:val="16"/>
              </w:rPr>
              <w:t>D. processing where more than one task or part of a task is worked on at the same time</w:t>
            </w:r>
          </w:p>
          <w:p w14:paraId="1B5F0ED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2F20A08" w14:textId="77777777">
        <w:trPr>
          <w:cantSplit/>
          <w:jc w:val="center"/>
        </w:trPr>
        <w:tc>
          <w:tcPr>
            <w:tcW w:w="5112" w:type="dxa"/>
          </w:tcPr>
          <w:p w14:paraId="59367AF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18. Which description correctly matches General-purpose computer?</w:t>
            </w:r>
          </w:p>
          <w:p w14:paraId="1A189CD1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CPU component that performs arithmetic and logical operations</w:t>
            </w:r>
          </w:p>
          <w:p w14:paraId="3D44C927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register that stores the address of a memory location being accessed</w:t>
            </w:r>
          </w:p>
          <w:p w14:paraId="12E5C519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repeated process used by the CPU to process program instructions</w:t>
            </w:r>
          </w:p>
          <w:p w14:paraId="13C70117" w14:textId="77777777" w:rsidR="004C6ABD" w:rsidRDefault="00F35368">
            <w:pPr>
              <w:pStyle w:val="OptionLine"/>
            </w:pPr>
            <w:r>
              <w:rPr>
                <w:sz w:val="16"/>
              </w:rPr>
              <w:t>D. a computer designed to run many different types of software</w:t>
            </w:r>
          </w:p>
          <w:p w14:paraId="54817AE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65444C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38. Which term best matches this description: the amount of high-speed memory available close to the CPU</w:t>
            </w:r>
          </w:p>
          <w:p w14:paraId="69DEAEB3" w14:textId="77777777" w:rsidR="004C6ABD" w:rsidRDefault="00F35368">
            <w:pPr>
              <w:pStyle w:val="OptionLine"/>
            </w:pPr>
            <w:r>
              <w:rPr>
                <w:sz w:val="16"/>
              </w:rPr>
              <w:t>A. Instruction</w:t>
            </w:r>
          </w:p>
          <w:p w14:paraId="1EE0FC45" w14:textId="77777777" w:rsidR="004C6ABD" w:rsidRDefault="00F35368">
            <w:pPr>
              <w:pStyle w:val="OptionLine"/>
            </w:pPr>
            <w:r>
              <w:rPr>
                <w:sz w:val="16"/>
              </w:rPr>
              <w:t>B. Cache size</w:t>
            </w:r>
          </w:p>
          <w:p w14:paraId="383AA47B" w14:textId="77777777" w:rsidR="004C6ABD" w:rsidRDefault="00F35368">
            <w:pPr>
              <w:pStyle w:val="OptionLine"/>
            </w:pPr>
            <w:r>
              <w:rPr>
                <w:sz w:val="16"/>
              </w:rPr>
              <w:t>C. Data</w:t>
            </w:r>
          </w:p>
          <w:p w14:paraId="3CC4CC1D" w14:textId="77777777" w:rsidR="004C6ABD" w:rsidRDefault="00F35368">
            <w:pPr>
              <w:pStyle w:val="OptionLine"/>
            </w:pPr>
            <w:r>
              <w:rPr>
                <w:sz w:val="16"/>
              </w:rPr>
              <w:t>D. Execute stage</w:t>
            </w:r>
          </w:p>
          <w:p w14:paraId="64D74EA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DD47B8E" w14:textId="77777777">
        <w:trPr>
          <w:cantSplit/>
          <w:jc w:val="center"/>
        </w:trPr>
        <w:tc>
          <w:tcPr>
            <w:tcW w:w="5112" w:type="dxa"/>
          </w:tcPr>
          <w:p w14:paraId="0A779DD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19. Which option is most closely associated with the CPU component that coordinates the actions of the processor and controls the fetch-decode-execute cycle</w:t>
            </w:r>
          </w:p>
          <w:p w14:paraId="29EE044A" w14:textId="77777777" w:rsidR="004C6ABD" w:rsidRDefault="00F35368">
            <w:pPr>
              <w:pStyle w:val="OptionLine"/>
            </w:pPr>
            <w:r>
              <w:rPr>
                <w:sz w:val="16"/>
              </w:rPr>
              <w:t>A. Execute stage</w:t>
            </w:r>
          </w:p>
          <w:p w14:paraId="2B27488D" w14:textId="77777777" w:rsidR="004C6ABD" w:rsidRDefault="00F35368">
            <w:pPr>
              <w:pStyle w:val="OptionLine"/>
            </w:pPr>
            <w:r>
              <w:rPr>
                <w:sz w:val="16"/>
              </w:rPr>
              <w:t>B. System performance</w:t>
            </w:r>
          </w:p>
          <w:p w14:paraId="1D170F82" w14:textId="77777777" w:rsidR="004C6ABD" w:rsidRDefault="00F35368">
            <w:pPr>
              <w:pStyle w:val="OptionLine"/>
            </w:pPr>
            <w:r>
              <w:rPr>
                <w:sz w:val="16"/>
              </w:rPr>
              <w:t>C. Control Unit</w:t>
            </w:r>
          </w:p>
          <w:p w14:paraId="18BAB03E" w14:textId="77777777" w:rsidR="004C6ABD" w:rsidRDefault="00F35368">
            <w:pPr>
              <w:pStyle w:val="OptionLine"/>
            </w:pPr>
            <w:r>
              <w:rPr>
                <w:sz w:val="16"/>
              </w:rPr>
              <w:t>D. Dedicated function</w:t>
            </w:r>
          </w:p>
          <w:p w14:paraId="4D07EEF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467A5F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39. A student writes about Execute stage. Which statement would be correct?</w:t>
            </w:r>
          </w:p>
          <w:p w14:paraId="5757CB74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stage where the instruction is carried out</w:t>
            </w:r>
          </w:p>
          <w:p w14:paraId="5E24F43C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amount of high-speed memory available close to the CPU</w:t>
            </w:r>
          </w:p>
          <w:p w14:paraId="4ABA8C7F" w14:textId="77777777" w:rsidR="004C6ABD" w:rsidRDefault="00F35368">
            <w:pPr>
              <w:pStyle w:val="OptionLine"/>
            </w:pPr>
            <w:r>
              <w:rPr>
                <w:sz w:val="16"/>
              </w:rPr>
              <w:t>C. a component or limitation that restricts the overall speed of a system</w:t>
            </w:r>
          </w:p>
          <w:p w14:paraId="71ACB0C9" w14:textId="77777777" w:rsidR="004C6ABD" w:rsidRDefault="00F35368">
            <w:pPr>
              <w:pStyle w:val="OptionLine"/>
            </w:pPr>
            <w:r>
              <w:rPr>
                <w:sz w:val="16"/>
              </w:rPr>
              <w:t>D. a common embedded-system characteristic where the device is designed to use little energy</w:t>
            </w:r>
          </w:p>
          <w:p w14:paraId="0907084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5BC1F5D5" w14:textId="77777777">
        <w:trPr>
          <w:cantSplit/>
          <w:jc w:val="center"/>
        </w:trPr>
        <w:tc>
          <w:tcPr>
            <w:tcW w:w="5112" w:type="dxa"/>
          </w:tcPr>
          <w:p w14:paraId="0B94DD8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20. A washing-machine controller runs one specialised program. Which phrase best describes it?</w:t>
            </w:r>
          </w:p>
          <w:p w14:paraId="6903C0C9" w14:textId="77777777" w:rsidR="004C6ABD" w:rsidRDefault="00F35368">
            <w:pPr>
              <w:pStyle w:val="OptionLine"/>
            </w:pPr>
            <w:r>
              <w:rPr>
                <w:sz w:val="16"/>
              </w:rPr>
              <w:t>A. Thin client</w:t>
            </w:r>
          </w:p>
          <w:p w14:paraId="5007CE10" w14:textId="77777777" w:rsidR="004C6ABD" w:rsidRDefault="00F35368">
            <w:pPr>
              <w:pStyle w:val="OptionLine"/>
            </w:pPr>
            <w:r>
              <w:rPr>
                <w:sz w:val="16"/>
              </w:rPr>
              <w:t>B. Cloud server</w:t>
            </w:r>
          </w:p>
          <w:p w14:paraId="56791CFE" w14:textId="77777777" w:rsidR="004C6ABD" w:rsidRDefault="00F35368">
            <w:pPr>
              <w:pStyle w:val="OptionLine"/>
            </w:pPr>
            <w:r>
              <w:rPr>
                <w:sz w:val="16"/>
              </w:rPr>
              <w:t>C. General-purpose computer</w:t>
            </w:r>
          </w:p>
          <w:p w14:paraId="7F5A2CAA" w14:textId="77777777" w:rsidR="004C6ABD" w:rsidRDefault="00F35368">
            <w:pPr>
              <w:pStyle w:val="OptionLine"/>
            </w:pPr>
            <w:r>
              <w:rPr>
                <w:sz w:val="16"/>
              </w:rPr>
              <w:t>D. Embedded system</w:t>
            </w:r>
          </w:p>
          <w:p w14:paraId="4170614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F50D3D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40. Which term best matches this description: the register that stores data being transferred to or from memory</w:t>
            </w:r>
          </w:p>
          <w:p w14:paraId="2ADA7F12" w14:textId="77777777" w:rsidR="004C6ABD" w:rsidRDefault="00F35368">
            <w:pPr>
              <w:pStyle w:val="OptionLine"/>
            </w:pPr>
            <w:r>
              <w:rPr>
                <w:sz w:val="16"/>
              </w:rPr>
              <w:t>A. Memory Data Register</w:t>
            </w:r>
          </w:p>
          <w:p w14:paraId="1B49AB56" w14:textId="77777777" w:rsidR="004C6ABD" w:rsidRDefault="00F35368">
            <w:pPr>
              <w:pStyle w:val="OptionLine"/>
            </w:pPr>
            <w:r>
              <w:rPr>
                <w:sz w:val="16"/>
              </w:rPr>
              <w:t>B. Performance bottleneck</w:t>
            </w:r>
          </w:p>
          <w:p w14:paraId="743EB4E4" w14:textId="77777777" w:rsidR="004C6ABD" w:rsidRDefault="00F35368">
            <w:pPr>
              <w:pStyle w:val="OptionLine"/>
            </w:pPr>
            <w:r>
              <w:rPr>
                <w:sz w:val="16"/>
              </w:rPr>
              <w:t>C. Cache</w:t>
            </w:r>
          </w:p>
          <w:p w14:paraId="24AE86F1" w14:textId="77777777" w:rsidR="004C6ABD" w:rsidRDefault="00F35368">
            <w:pPr>
              <w:pStyle w:val="OptionLine"/>
            </w:pPr>
            <w:r>
              <w:rPr>
                <w:sz w:val="16"/>
              </w:rPr>
              <w:t>D. Data</w:t>
            </w:r>
          </w:p>
          <w:p w14:paraId="567B859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</w:tbl>
    <w:sectPr w:rsidR="00F35368" w:rsidSect="00034616">
      <w:footerReference w:type="default" r:id="rId8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4700B" w14:textId="77777777" w:rsidR="00F35368" w:rsidRDefault="00F35368">
      <w:pPr>
        <w:spacing w:after="0" w:line="240" w:lineRule="auto"/>
      </w:pPr>
      <w:r>
        <w:separator/>
      </w:r>
    </w:p>
  </w:endnote>
  <w:endnote w:type="continuationSeparator" w:id="0">
    <w:p w14:paraId="40FE9904" w14:textId="77777777" w:rsidR="00F35368" w:rsidRDefault="00F35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04382" w14:textId="77777777" w:rsidR="004C6ABD" w:rsidRDefault="00F35368">
    <w:pPr>
      <w:pStyle w:val="Footer"/>
      <w:jc w:val="center"/>
    </w:pPr>
    <w:r>
      <w:rPr>
        <w:sz w:val="16"/>
      </w:rPr>
      <w:t>OCR J277 GCSE Computer Science MCQ Exam-Preparation Pack - Unofficial revision resource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41682" w14:textId="77777777" w:rsidR="00F35368" w:rsidRDefault="00F35368">
      <w:pPr>
        <w:spacing w:after="0" w:line="240" w:lineRule="auto"/>
      </w:pPr>
      <w:r>
        <w:separator/>
      </w:r>
    </w:p>
  </w:footnote>
  <w:footnote w:type="continuationSeparator" w:id="0">
    <w:p w14:paraId="1EBD150E" w14:textId="77777777" w:rsidR="00F35368" w:rsidRDefault="00F35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2997722">
    <w:abstractNumId w:val="8"/>
  </w:num>
  <w:num w:numId="2" w16cid:durableId="1215657904">
    <w:abstractNumId w:val="6"/>
  </w:num>
  <w:num w:numId="3" w16cid:durableId="716046562">
    <w:abstractNumId w:val="5"/>
  </w:num>
  <w:num w:numId="4" w16cid:durableId="2089619016">
    <w:abstractNumId w:val="4"/>
  </w:num>
  <w:num w:numId="5" w16cid:durableId="20059235">
    <w:abstractNumId w:val="7"/>
  </w:num>
  <w:num w:numId="6" w16cid:durableId="1050812661">
    <w:abstractNumId w:val="3"/>
  </w:num>
  <w:num w:numId="7" w16cid:durableId="567568791">
    <w:abstractNumId w:val="2"/>
  </w:num>
  <w:num w:numId="8" w16cid:durableId="1392535892">
    <w:abstractNumId w:val="1"/>
  </w:num>
  <w:num w:numId="9" w16cid:durableId="1823810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C6ABD"/>
    <w:rsid w:val="00630CBF"/>
    <w:rsid w:val="00AA1D8D"/>
    <w:rsid w:val="00B47730"/>
    <w:rsid w:val="00C22FC3"/>
    <w:rsid w:val="00CB0664"/>
    <w:rsid w:val="00F3536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1A98B4"/>
  <w14:defaultImageDpi w14:val="300"/>
  <w15:docId w15:val="{F287C896-E8EC-4786-BFE6-0009F71D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QuestionStem">
    <w:name w:val="QuestionStem"/>
    <w:basedOn w:val="Normal"/>
    <w:pPr>
      <w:keepLines/>
      <w:spacing w:before="40" w:after="20"/>
    </w:pPr>
  </w:style>
  <w:style w:type="paragraph" w:customStyle="1" w:styleId="OptionLine">
    <w:name w:val="OptionLine"/>
    <w:basedOn w:val="Normal"/>
    <w:pPr>
      <w:spacing w:after="0"/>
      <w:ind w:left="216"/>
    </w:pPr>
    <w:rPr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114</Pages>
  <Words>50203</Words>
  <Characters>286163</Characters>
  <Application>Microsoft Office Word</Application>
  <DocSecurity>0</DocSecurity>
  <Lines>2384</Lines>
  <Paragraphs>671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335695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Edmund Ryan</cp:lastModifiedBy>
  <cp:revision>2</cp:revision>
  <dcterms:created xsi:type="dcterms:W3CDTF">2013-12-23T23:15:00Z</dcterms:created>
  <dcterms:modified xsi:type="dcterms:W3CDTF">2026-06-09T09:37:00Z</dcterms:modified>
  <cp:category/>
</cp:coreProperties>
</file>