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C095" w14:textId="77777777" w:rsidR="004C6ABD" w:rsidRDefault="00F35368">
      <w:pPr>
        <w:pStyle w:val="Heading1"/>
      </w:pPr>
      <w:r>
        <w:lastRenderedPageBreak/>
        <w:t>1.2 Memory and storage - Quiz A</w:t>
      </w:r>
    </w:p>
    <w:p w14:paraId="3EECDCE2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1FE2B241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67418E09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56DD2D85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7E283336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74B2AA47" w14:textId="77777777">
        <w:trPr>
          <w:cantSplit/>
          <w:jc w:val="center"/>
        </w:trPr>
        <w:tc>
          <w:tcPr>
            <w:tcW w:w="5112" w:type="dxa"/>
          </w:tcPr>
          <w:p w14:paraId="58F2CD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additional data stored about a file, such as image height and width</w:t>
            </w:r>
          </w:p>
          <w:p w14:paraId="75AF821E" w14:textId="77777777" w:rsidR="004C6ABD" w:rsidRDefault="00F35368">
            <w:pPr>
              <w:pStyle w:val="OptionLine"/>
            </w:pPr>
            <w:r>
              <w:rPr>
                <w:sz w:val="16"/>
              </w:rPr>
              <w:t>A. Lossless compression</w:t>
            </w:r>
          </w:p>
          <w:p w14:paraId="691FA22C" w14:textId="77777777" w:rsidR="004C6ABD" w:rsidRDefault="00F35368">
            <w:pPr>
              <w:pStyle w:val="OptionLine"/>
            </w:pPr>
            <w:r>
              <w:rPr>
                <w:sz w:val="16"/>
              </w:rPr>
              <w:t>B. Overflow error</w:t>
            </w:r>
          </w:p>
          <w:p w14:paraId="7D9D53C3" w14:textId="77777777" w:rsidR="004C6ABD" w:rsidRDefault="00F35368">
            <w:pPr>
              <w:pStyle w:val="OptionLine"/>
            </w:pPr>
            <w:r>
              <w:rPr>
                <w:sz w:val="16"/>
              </w:rPr>
              <w:t>C. Metadata</w:t>
            </w:r>
          </w:p>
          <w:p w14:paraId="17A3619E" w14:textId="77777777" w:rsidR="004C6ABD" w:rsidRDefault="00F35368">
            <w:pPr>
              <w:pStyle w:val="OptionLine"/>
            </w:pPr>
            <w:r>
              <w:rPr>
                <w:sz w:val="16"/>
              </w:rPr>
              <w:t>D. Character set</w:t>
            </w:r>
          </w:p>
          <w:p w14:paraId="71E4B4F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FEC43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Compression. Which statement would be correct?</w:t>
            </w:r>
          </w:p>
          <w:p w14:paraId="61BA4839" w14:textId="77777777" w:rsidR="004C6ABD" w:rsidRDefault="00F35368">
            <w:pPr>
              <w:pStyle w:val="OptionLine"/>
            </w:pPr>
            <w:r>
              <w:rPr>
                <w:sz w:val="16"/>
              </w:rPr>
              <w:t>A. part of secondary storage used as extra memory when RAM is full</w:t>
            </w:r>
          </w:p>
          <w:p w14:paraId="42718F3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 of reducing file size</w:t>
            </w:r>
          </w:p>
          <w:p w14:paraId="199123E1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kilobytes in OCR decimal storage units</w:t>
            </w:r>
          </w:p>
          <w:p w14:paraId="701A26DB" w14:textId="77777777" w:rsidR="004C6ABD" w:rsidRDefault="00F35368">
            <w:pPr>
              <w:pStyle w:val="OptionLine"/>
            </w:pPr>
            <w:r>
              <w:rPr>
                <w:sz w:val="16"/>
              </w:rPr>
              <w:t>D. non-volatile storage used to keep files and programs long term</w:t>
            </w:r>
          </w:p>
          <w:p w14:paraId="3651A1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11A8A29" w14:textId="77777777">
        <w:trPr>
          <w:cantSplit/>
          <w:jc w:val="center"/>
        </w:trPr>
        <w:tc>
          <w:tcPr>
            <w:tcW w:w="5112" w:type="dxa"/>
          </w:tcPr>
          <w:p w14:paraId="053B4B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term best matches this description: memory directly accessible by the CPU, usually including RAM and ROM</w:t>
            </w:r>
          </w:p>
          <w:p w14:paraId="4EC287A1" w14:textId="77777777" w:rsidR="004C6ABD" w:rsidRDefault="00F35368">
            <w:pPr>
              <w:pStyle w:val="OptionLine"/>
            </w:pPr>
            <w:r>
              <w:rPr>
                <w:sz w:val="16"/>
              </w:rPr>
              <w:t>A. Bit depth</w:t>
            </w:r>
          </w:p>
          <w:p w14:paraId="17D9F9DE" w14:textId="77777777" w:rsidR="004C6ABD" w:rsidRDefault="00F35368">
            <w:pPr>
              <w:pStyle w:val="OptionLine"/>
            </w:pPr>
            <w:r>
              <w:rPr>
                <w:sz w:val="16"/>
              </w:rPr>
              <w:t>B. Reliability</w:t>
            </w:r>
          </w:p>
          <w:p w14:paraId="20536CFA" w14:textId="77777777" w:rsidR="004C6ABD" w:rsidRDefault="00F35368">
            <w:pPr>
              <w:pStyle w:val="OptionLine"/>
            </w:pPr>
            <w:r>
              <w:rPr>
                <w:sz w:val="16"/>
              </w:rPr>
              <w:t>C. Primary storage</w:t>
            </w:r>
          </w:p>
          <w:p w14:paraId="3B88768E" w14:textId="77777777" w:rsidR="004C6ABD" w:rsidRDefault="00F35368">
            <w:pPr>
              <w:pStyle w:val="OptionLine"/>
            </w:pPr>
            <w:r>
              <w:rPr>
                <w:sz w:val="16"/>
              </w:rPr>
              <w:t>D. Solid-state drive</w:t>
            </w:r>
          </w:p>
          <w:p w14:paraId="7D39073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D6BC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What is the result of 00001111 + 00000001?</w:t>
            </w:r>
          </w:p>
          <w:p w14:paraId="3C16973C" w14:textId="77777777" w:rsidR="004C6ABD" w:rsidRDefault="00F35368">
            <w:pPr>
              <w:pStyle w:val="OptionLine"/>
            </w:pPr>
            <w:r>
              <w:rPr>
                <w:sz w:val="16"/>
              </w:rPr>
              <w:t>A. 00010000</w:t>
            </w:r>
          </w:p>
          <w:p w14:paraId="49B4B58F" w14:textId="77777777" w:rsidR="004C6ABD" w:rsidRDefault="00F35368">
            <w:pPr>
              <w:pStyle w:val="OptionLine"/>
            </w:pPr>
            <w:r>
              <w:rPr>
                <w:sz w:val="16"/>
              </w:rPr>
              <w:t>B. 11110000</w:t>
            </w:r>
          </w:p>
          <w:p w14:paraId="34A603D8" w14:textId="77777777" w:rsidR="004C6ABD" w:rsidRDefault="00F35368">
            <w:pPr>
              <w:pStyle w:val="OptionLine"/>
            </w:pPr>
            <w:r>
              <w:rPr>
                <w:sz w:val="16"/>
              </w:rPr>
              <w:t>C. 00001110</w:t>
            </w:r>
          </w:p>
          <w:p w14:paraId="5FEE4797" w14:textId="77777777" w:rsidR="004C6ABD" w:rsidRDefault="00F35368">
            <w:pPr>
              <w:pStyle w:val="OptionLine"/>
            </w:pPr>
            <w:r>
              <w:rPr>
                <w:sz w:val="16"/>
              </w:rPr>
              <w:t>D. 00011111</w:t>
            </w:r>
          </w:p>
          <w:p w14:paraId="533D48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912DD26" w14:textId="77777777">
        <w:trPr>
          <w:cantSplit/>
          <w:jc w:val="center"/>
        </w:trPr>
        <w:tc>
          <w:tcPr>
            <w:tcW w:w="5112" w:type="dxa"/>
          </w:tcPr>
          <w:p w14:paraId="22333B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Capacity. Which statement would be correct?</w:t>
            </w:r>
          </w:p>
          <w:p w14:paraId="2275304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length of an audio file in seconds</w:t>
            </w:r>
          </w:p>
          <w:p w14:paraId="04C959A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smallest unit of data, either 0 or 1</w:t>
            </w:r>
          </w:p>
          <w:p w14:paraId="3B8110F1" w14:textId="77777777" w:rsidR="004C6ABD" w:rsidRDefault="00F35368">
            <w:pPr>
              <w:pStyle w:val="OptionLine"/>
            </w:pPr>
            <w:r>
              <w:rPr>
                <w:sz w:val="16"/>
              </w:rPr>
              <w:t>C. a character set using a limited set of characters commonly stored in 7 or 8 bits</w:t>
            </w:r>
          </w:p>
          <w:p w14:paraId="6173CD0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maximum amount of data that a storage device can hold</w:t>
            </w:r>
          </w:p>
          <w:p w14:paraId="328CAF4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2DF4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text file stores 1,000 characters using 8 bits per character. What is its size in bytes?</w:t>
            </w:r>
          </w:p>
          <w:p w14:paraId="2FFDBFC3" w14:textId="77777777" w:rsidR="004C6ABD" w:rsidRDefault="00F35368">
            <w:pPr>
              <w:pStyle w:val="OptionLine"/>
            </w:pPr>
            <w:r>
              <w:rPr>
                <w:sz w:val="16"/>
              </w:rPr>
              <w:t>A. 125 bytes</w:t>
            </w:r>
          </w:p>
          <w:p w14:paraId="34B26C04" w14:textId="77777777" w:rsidR="004C6ABD" w:rsidRDefault="00F35368">
            <w:pPr>
              <w:pStyle w:val="OptionLine"/>
            </w:pPr>
            <w:r>
              <w:rPr>
                <w:sz w:val="16"/>
              </w:rPr>
              <w:t>B. 8,000 bytes</w:t>
            </w:r>
          </w:p>
          <w:p w14:paraId="3BE69691" w14:textId="77777777" w:rsidR="004C6ABD" w:rsidRDefault="00F35368">
            <w:pPr>
              <w:pStyle w:val="OptionLine"/>
            </w:pPr>
            <w:r>
              <w:rPr>
                <w:sz w:val="16"/>
              </w:rPr>
              <w:t>C. 80 bytes</w:t>
            </w:r>
          </w:p>
          <w:p w14:paraId="182B0C99" w14:textId="77777777" w:rsidR="004C6ABD" w:rsidRDefault="00F35368">
            <w:pPr>
              <w:pStyle w:val="OptionLine"/>
            </w:pPr>
            <w:r>
              <w:rPr>
                <w:sz w:val="16"/>
              </w:rPr>
              <w:t>D. 1,000 bytes</w:t>
            </w:r>
          </w:p>
          <w:p w14:paraId="468F0D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32641E" w14:textId="77777777">
        <w:trPr>
          <w:cantSplit/>
          <w:jc w:val="center"/>
        </w:trPr>
        <w:tc>
          <w:tcPr>
            <w:tcW w:w="5112" w:type="dxa"/>
          </w:tcPr>
          <w:p w14:paraId="63BAF82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100 by 100 pixel image uses 8 bits per pixel. What is the file size in bytes, ignoring metadata?</w:t>
            </w:r>
          </w:p>
          <w:p w14:paraId="16CF1264" w14:textId="77777777" w:rsidR="004C6ABD" w:rsidRDefault="00F35368">
            <w:pPr>
              <w:pStyle w:val="OptionLine"/>
            </w:pPr>
            <w:r>
              <w:rPr>
                <w:sz w:val="16"/>
              </w:rPr>
              <w:t>A. 1,000 bytes</w:t>
            </w:r>
          </w:p>
          <w:p w14:paraId="21014379" w14:textId="77777777" w:rsidR="004C6ABD" w:rsidRDefault="00F35368">
            <w:pPr>
              <w:pStyle w:val="OptionLine"/>
            </w:pPr>
            <w:r>
              <w:rPr>
                <w:sz w:val="16"/>
              </w:rPr>
              <w:t>B. 800 bytes</w:t>
            </w:r>
          </w:p>
          <w:p w14:paraId="488634D3" w14:textId="77777777" w:rsidR="004C6ABD" w:rsidRDefault="00F35368">
            <w:pPr>
              <w:pStyle w:val="OptionLine"/>
            </w:pPr>
            <w:r>
              <w:rPr>
                <w:sz w:val="16"/>
              </w:rPr>
              <w:t>C. 80,000 bytes</w:t>
            </w:r>
          </w:p>
          <w:p w14:paraId="5FA56183" w14:textId="77777777" w:rsidR="004C6ABD" w:rsidRDefault="00F35368">
            <w:pPr>
              <w:pStyle w:val="OptionLine"/>
            </w:pPr>
            <w:r>
              <w:rPr>
                <w:sz w:val="16"/>
              </w:rPr>
              <w:t>D. 10,000 bytes</w:t>
            </w:r>
          </w:p>
          <w:p w14:paraId="669AB6C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62E87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Lossless compression?</w:t>
            </w:r>
          </w:p>
          <w:p w14:paraId="657D77A5" w14:textId="77777777" w:rsidR="004C6ABD" w:rsidRDefault="00F35368">
            <w:pPr>
              <w:pStyle w:val="OptionLine"/>
            </w:pPr>
            <w:r>
              <w:rPr>
                <w:sz w:val="16"/>
              </w:rPr>
              <w:t>A. moving bits left, usually multiplying an unsigned binary number by 2 for each shift</w:t>
            </w:r>
          </w:p>
          <w:p w14:paraId="1963E14A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with no moving parts that uses flash memory</w:t>
            </w:r>
          </w:p>
          <w:p w14:paraId="27C6A063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that reduces file size without losing original data</w:t>
            </w:r>
          </w:p>
          <w:p w14:paraId="0A03BAE7" w14:textId="77777777" w:rsidR="004C6ABD" w:rsidRDefault="00F35368">
            <w:pPr>
              <w:pStyle w:val="OptionLine"/>
            </w:pPr>
            <w:r>
              <w:rPr>
                <w:sz w:val="16"/>
              </w:rPr>
              <w:t>D. non-volatile storage used to keep files and programs long term</w:t>
            </w:r>
          </w:p>
          <w:p w14:paraId="4C25E79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04CB741" w14:textId="77777777">
        <w:trPr>
          <w:cantSplit/>
          <w:jc w:val="center"/>
        </w:trPr>
        <w:tc>
          <w:tcPr>
            <w:tcW w:w="5112" w:type="dxa"/>
          </w:tcPr>
          <w:p w14:paraId="5937D2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unit is equal to 8 bits?</w:t>
            </w:r>
          </w:p>
          <w:p w14:paraId="4D821FED" w14:textId="77777777" w:rsidR="004C6ABD" w:rsidRDefault="00F35368">
            <w:pPr>
              <w:pStyle w:val="OptionLine"/>
            </w:pPr>
            <w:r>
              <w:rPr>
                <w:sz w:val="16"/>
              </w:rPr>
              <w:t>A. Nibble</w:t>
            </w:r>
          </w:p>
          <w:p w14:paraId="140FB3D2" w14:textId="77777777" w:rsidR="004C6ABD" w:rsidRDefault="00F35368">
            <w:pPr>
              <w:pStyle w:val="OptionLine"/>
            </w:pPr>
            <w:r>
              <w:rPr>
                <w:sz w:val="16"/>
              </w:rPr>
              <w:t>B. Gigabyte</w:t>
            </w:r>
          </w:p>
          <w:p w14:paraId="39724845" w14:textId="77777777" w:rsidR="004C6ABD" w:rsidRDefault="00F35368">
            <w:pPr>
              <w:pStyle w:val="OptionLine"/>
            </w:pPr>
            <w:r>
              <w:rPr>
                <w:sz w:val="16"/>
              </w:rPr>
              <w:t>C. Byte</w:t>
            </w:r>
          </w:p>
          <w:p w14:paraId="704B55C1" w14:textId="77777777" w:rsidR="004C6ABD" w:rsidRDefault="00F35368">
            <w:pPr>
              <w:pStyle w:val="OptionLine"/>
            </w:pPr>
            <w:r>
              <w:rPr>
                <w:sz w:val="16"/>
              </w:rPr>
              <w:t>D. Kilobyte</w:t>
            </w:r>
          </w:p>
          <w:p w14:paraId="1525D36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72B43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Image resolution?</w:t>
            </w:r>
          </w:p>
          <w:p w14:paraId="01CE0F9F" w14:textId="77777777" w:rsidR="004C6ABD" w:rsidRDefault="00F35368">
            <w:pPr>
              <w:pStyle w:val="OptionLine"/>
            </w:pPr>
            <w:r>
              <w:rPr>
                <w:sz w:val="16"/>
              </w:rPr>
              <w:t>A. a fast storage device using flash memory and no moving parts</w:t>
            </w:r>
          </w:p>
          <w:p w14:paraId="5939E69B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that uses lasers to read and write data on discs</w:t>
            </w:r>
          </w:p>
          <w:p w14:paraId="1D50A9B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pixels in an image, often width by height</w:t>
            </w:r>
          </w:p>
          <w:p w14:paraId="3A8BC76B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small dot of colour in a bitmap image</w:t>
            </w:r>
          </w:p>
          <w:p w14:paraId="1F6E29F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DE8B7B0" w14:textId="77777777">
        <w:trPr>
          <w:cantSplit/>
          <w:jc w:val="center"/>
        </w:trPr>
        <w:tc>
          <w:tcPr>
            <w:tcW w:w="5112" w:type="dxa"/>
          </w:tcPr>
          <w:p w14:paraId="7A1F203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Gigabyte?</w:t>
            </w:r>
          </w:p>
          <w:p w14:paraId="1724A605" w14:textId="77777777" w:rsidR="004C6ABD" w:rsidRDefault="00F35368">
            <w:pPr>
              <w:pStyle w:val="OptionLine"/>
            </w:pPr>
            <w:r>
              <w:rPr>
                <w:sz w:val="16"/>
              </w:rPr>
              <w:t>A. 1,000 megabytes in OCR decimal storage units</w:t>
            </w:r>
          </w:p>
          <w:p w14:paraId="7401C9F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bits used to store the colour of each pixel</w:t>
            </w:r>
          </w:p>
          <w:p w14:paraId="03AE9CEC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that reduces file size without losing original data</w:t>
            </w:r>
          </w:p>
          <w:p w14:paraId="5CC6AB3A" w14:textId="77777777" w:rsidR="004C6ABD" w:rsidRDefault="00F35368">
            <w:pPr>
              <w:pStyle w:val="OptionLine"/>
            </w:pPr>
            <w:r>
              <w:rPr>
                <w:sz w:val="16"/>
              </w:rPr>
              <w:t>D. moving bits left, usually multiplying an unsigned binary number by 2 for each shift</w:t>
            </w:r>
          </w:p>
          <w:p w14:paraId="4CA3B1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ED6B48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Volatile memory?</w:t>
            </w:r>
          </w:p>
          <w:p w14:paraId="4DD7ECFE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a storage device is to carry and use in different places</w:t>
            </w:r>
          </w:p>
          <w:p w14:paraId="6FAB9939" w14:textId="77777777" w:rsidR="004C6ABD" w:rsidRDefault="00F35368">
            <w:pPr>
              <w:pStyle w:val="OptionLine"/>
            </w:pPr>
            <w:r>
              <w:rPr>
                <w:sz w:val="16"/>
              </w:rPr>
              <w:t>B. memory that loses its contents when power is switched off</w:t>
            </w:r>
          </w:p>
          <w:p w14:paraId="25220E74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provided on remote servers accessed over a network</w:t>
            </w:r>
          </w:p>
          <w:p w14:paraId="26913D9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bit with the highest place value in a binary number</w:t>
            </w:r>
          </w:p>
          <w:p w14:paraId="2CF4FF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A59D26E" w14:textId="77777777">
        <w:trPr>
          <w:cantSplit/>
          <w:jc w:val="center"/>
        </w:trPr>
        <w:tc>
          <w:tcPr>
            <w:tcW w:w="5112" w:type="dxa"/>
          </w:tcPr>
          <w:p w14:paraId="73DBB6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description correctly matches Reliability?</w:t>
            </w:r>
          </w:p>
          <w:p w14:paraId="4EEF6540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likely a device is to store and retrieve data without failure</w:t>
            </w:r>
          </w:p>
          <w:p w14:paraId="510C17E6" w14:textId="77777777" w:rsidR="004C6ABD" w:rsidRDefault="00F35368">
            <w:pPr>
              <w:pStyle w:val="OptionLine"/>
            </w:pPr>
            <w:r>
              <w:rPr>
                <w:sz w:val="16"/>
              </w:rPr>
              <w:t>B. memory directly accessible by the CPU, usually including RAM and ROM</w:t>
            </w:r>
          </w:p>
          <w:p w14:paraId="57FDAF9D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smallest unit of data, either 0 or 1</w:t>
            </w:r>
          </w:p>
          <w:p w14:paraId="3A470AC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list of characters a computer can represent using binary codes</w:t>
            </w:r>
          </w:p>
          <w:p w14:paraId="5276427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DE0FA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Unicode?</w:t>
            </w:r>
          </w:p>
          <w:p w14:paraId="5AEEDD05" w14:textId="77777777" w:rsidR="004C6ABD" w:rsidRDefault="00F35368">
            <w:pPr>
              <w:pStyle w:val="OptionLine"/>
            </w:pPr>
            <w:r>
              <w:rPr>
                <w:sz w:val="16"/>
              </w:rPr>
              <w:t>A. a character set designed to represent characters from many languages</w:t>
            </w:r>
          </w:p>
          <w:p w14:paraId="18A1F77D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bits available to store each audio sample</w:t>
            </w:r>
          </w:p>
          <w:p w14:paraId="18A034C1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bits used to store the colour of each pixel</w:t>
            </w:r>
          </w:p>
          <w:p w14:paraId="5514886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bit with the highest place value in a binary number</w:t>
            </w:r>
          </w:p>
          <w:p w14:paraId="0FC1014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E38C6B" w14:textId="77777777">
        <w:trPr>
          <w:cantSplit/>
          <w:jc w:val="center"/>
        </w:trPr>
        <w:tc>
          <w:tcPr>
            <w:tcW w:w="5112" w:type="dxa"/>
          </w:tcPr>
          <w:p w14:paraId="62EAD28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Which term best matches this description: non-volatile storage used to keep files and programs long term</w:t>
            </w:r>
          </w:p>
          <w:p w14:paraId="659B5597" w14:textId="77777777" w:rsidR="004C6ABD" w:rsidRDefault="00F35368">
            <w:pPr>
              <w:pStyle w:val="OptionLine"/>
            </w:pPr>
            <w:r>
              <w:rPr>
                <w:sz w:val="16"/>
              </w:rPr>
              <w:t>A. Denary</w:t>
            </w:r>
          </w:p>
          <w:p w14:paraId="132F65D0" w14:textId="77777777" w:rsidR="004C6ABD" w:rsidRDefault="00F35368">
            <w:pPr>
              <w:pStyle w:val="OptionLine"/>
            </w:pPr>
            <w:r>
              <w:rPr>
                <w:sz w:val="16"/>
              </w:rPr>
              <w:t>B. Secondary storage</w:t>
            </w:r>
          </w:p>
          <w:p w14:paraId="1C619BE1" w14:textId="77777777" w:rsidR="004C6ABD" w:rsidRDefault="00F35368">
            <w:pPr>
              <w:pStyle w:val="OptionLine"/>
            </w:pPr>
            <w:r>
              <w:rPr>
                <w:sz w:val="16"/>
              </w:rPr>
              <w:t>C. Least significant bit</w:t>
            </w:r>
          </w:p>
          <w:p w14:paraId="67A5CCDE" w14:textId="77777777" w:rsidR="004C6ABD" w:rsidRDefault="00F35368">
            <w:pPr>
              <w:pStyle w:val="OptionLine"/>
            </w:pPr>
            <w:r>
              <w:rPr>
                <w:sz w:val="16"/>
              </w:rPr>
              <w:t>D. Portability</w:t>
            </w:r>
          </w:p>
          <w:p w14:paraId="5EB1617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F45B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storage that uses magnetic patterns to store data</w:t>
            </w:r>
          </w:p>
          <w:p w14:paraId="1A73D92A" w14:textId="77777777" w:rsidR="004C6ABD" w:rsidRDefault="00F35368">
            <w:pPr>
              <w:pStyle w:val="OptionLine"/>
            </w:pPr>
            <w:r>
              <w:rPr>
                <w:sz w:val="16"/>
              </w:rPr>
              <w:t>A. Byte</w:t>
            </w:r>
          </w:p>
          <w:p w14:paraId="695EF17A" w14:textId="77777777" w:rsidR="004C6ABD" w:rsidRDefault="00F35368">
            <w:pPr>
              <w:pStyle w:val="OptionLine"/>
            </w:pPr>
            <w:r>
              <w:rPr>
                <w:sz w:val="16"/>
              </w:rPr>
              <w:t>B. Unicode</w:t>
            </w:r>
          </w:p>
          <w:p w14:paraId="7A62D1A0" w14:textId="77777777" w:rsidR="004C6ABD" w:rsidRDefault="00F35368">
            <w:pPr>
              <w:pStyle w:val="OptionLine"/>
            </w:pPr>
            <w:r>
              <w:rPr>
                <w:sz w:val="16"/>
              </w:rPr>
              <w:t>C. Bit depth</w:t>
            </w:r>
          </w:p>
          <w:p w14:paraId="3C10CE14" w14:textId="77777777" w:rsidR="004C6ABD" w:rsidRDefault="00F35368">
            <w:pPr>
              <w:pStyle w:val="OptionLine"/>
            </w:pPr>
            <w:r>
              <w:rPr>
                <w:sz w:val="16"/>
              </w:rPr>
              <w:t>D. Magnetic storage</w:t>
            </w:r>
          </w:p>
          <w:p w14:paraId="6BBE9E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5BD5636" w14:textId="77777777">
        <w:trPr>
          <w:cantSplit/>
          <w:jc w:val="center"/>
        </w:trPr>
        <w:tc>
          <w:tcPr>
            <w:tcW w:w="5112" w:type="dxa"/>
          </w:tcPr>
          <w:p w14:paraId="568E9FD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storage type has no moving parts and is usually fast and durable?</w:t>
            </w:r>
          </w:p>
          <w:p w14:paraId="3896D312" w14:textId="77777777" w:rsidR="004C6ABD" w:rsidRDefault="00F35368">
            <w:pPr>
              <w:pStyle w:val="OptionLine"/>
            </w:pPr>
            <w:r>
              <w:rPr>
                <w:sz w:val="16"/>
              </w:rPr>
              <w:t>A. Solid-state storage</w:t>
            </w:r>
          </w:p>
          <w:p w14:paraId="0D2C3CD3" w14:textId="77777777" w:rsidR="004C6ABD" w:rsidRDefault="00F35368">
            <w:pPr>
              <w:pStyle w:val="OptionLine"/>
            </w:pPr>
            <w:r>
              <w:rPr>
                <w:sz w:val="16"/>
              </w:rPr>
              <w:t>B. Mechanical keyboard</w:t>
            </w:r>
          </w:p>
          <w:p w14:paraId="7526119D" w14:textId="77777777" w:rsidR="004C6ABD" w:rsidRDefault="00F35368">
            <w:pPr>
              <w:pStyle w:val="OptionLine"/>
            </w:pPr>
            <w:r>
              <w:rPr>
                <w:sz w:val="16"/>
              </w:rPr>
              <w:t>C. Optical disc</w:t>
            </w:r>
          </w:p>
          <w:p w14:paraId="507E9F42" w14:textId="77777777" w:rsidR="004C6ABD" w:rsidRDefault="00F35368">
            <w:pPr>
              <w:pStyle w:val="OptionLine"/>
            </w:pPr>
            <w:r>
              <w:rPr>
                <w:sz w:val="16"/>
              </w:rPr>
              <w:t>D. Magnetic tape</w:t>
            </w:r>
          </w:p>
          <w:p w14:paraId="24B07E1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1E3284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a fast storage device using flash memory and no moving parts</w:t>
            </w:r>
          </w:p>
          <w:p w14:paraId="228C19E9" w14:textId="77777777" w:rsidR="004C6ABD" w:rsidRDefault="00F35368">
            <w:pPr>
              <w:pStyle w:val="OptionLine"/>
            </w:pPr>
            <w:r>
              <w:rPr>
                <w:sz w:val="16"/>
              </w:rPr>
              <w:t>A. Byte</w:t>
            </w:r>
          </w:p>
          <w:p w14:paraId="73CAC061" w14:textId="77777777" w:rsidR="004C6ABD" w:rsidRDefault="00F35368">
            <w:pPr>
              <w:pStyle w:val="OptionLine"/>
            </w:pPr>
            <w:r>
              <w:rPr>
                <w:sz w:val="16"/>
              </w:rPr>
              <w:t>B. Bit</w:t>
            </w:r>
          </w:p>
          <w:p w14:paraId="4443470B" w14:textId="77777777" w:rsidR="004C6ABD" w:rsidRDefault="00F35368">
            <w:pPr>
              <w:pStyle w:val="OptionLine"/>
            </w:pPr>
            <w:r>
              <w:rPr>
                <w:sz w:val="16"/>
              </w:rPr>
              <w:t>C. Solid-state storage</w:t>
            </w:r>
          </w:p>
          <w:p w14:paraId="640949EF" w14:textId="77777777" w:rsidR="004C6ABD" w:rsidRDefault="00F35368">
            <w:pPr>
              <w:pStyle w:val="OptionLine"/>
            </w:pPr>
            <w:r>
              <w:rPr>
                <w:sz w:val="16"/>
              </w:rPr>
              <w:t>D. Solid-state drive</w:t>
            </w:r>
          </w:p>
          <w:p w14:paraId="536646F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B2C7AC" w14:textId="77777777">
        <w:trPr>
          <w:cantSplit/>
          <w:jc w:val="center"/>
        </w:trPr>
        <w:tc>
          <w:tcPr>
            <w:tcW w:w="5112" w:type="dxa"/>
          </w:tcPr>
          <w:p w14:paraId="1BA11F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Denary?</w:t>
            </w:r>
          </w:p>
          <w:p w14:paraId="0F3C68FC" w14:textId="77777777" w:rsidR="004C6ABD" w:rsidRDefault="00F35368">
            <w:pPr>
              <w:pStyle w:val="OptionLine"/>
            </w:pPr>
            <w:r>
              <w:rPr>
                <w:sz w:val="16"/>
              </w:rPr>
              <w:t>A. a character set designed to represent characters from many languages</w:t>
            </w:r>
          </w:p>
          <w:p w14:paraId="1B94423F" w14:textId="77777777" w:rsidR="004C6ABD" w:rsidRDefault="00F35368">
            <w:pPr>
              <w:pStyle w:val="OptionLine"/>
            </w:pPr>
            <w:r>
              <w:rPr>
                <w:sz w:val="16"/>
              </w:rPr>
              <w:t>B. a base-10 number system using the digits 0 to 9</w:t>
            </w:r>
          </w:p>
          <w:p w14:paraId="21BE354B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megabytes in OCR decimal storage units</w:t>
            </w:r>
          </w:p>
          <w:p w14:paraId="190F3FE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number of bits used to store the colour of each pixel</w:t>
            </w:r>
          </w:p>
          <w:p w14:paraId="79129F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7B59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Binary. Which statement would be correct?</w:t>
            </w:r>
          </w:p>
          <w:p w14:paraId="4923F2B0" w14:textId="77777777" w:rsidR="004C6ABD" w:rsidRDefault="00F35368">
            <w:pPr>
              <w:pStyle w:val="OptionLine"/>
            </w:pPr>
            <w:r>
              <w:rPr>
                <w:sz w:val="16"/>
              </w:rPr>
              <w:t>A. moving bits left, usually multiplying an unsigned binary number by 2 for each shift</w:t>
            </w:r>
          </w:p>
          <w:p w14:paraId="03221638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that uses magnetic patterns to store data</w:t>
            </w:r>
          </w:p>
          <w:p w14:paraId="4DBB125F" w14:textId="77777777" w:rsidR="004C6ABD" w:rsidRDefault="00F35368">
            <w:pPr>
              <w:pStyle w:val="OptionLine"/>
            </w:pPr>
            <w:r>
              <w:rPr>
                <w:sz w:val="16"/>
              </w:rPr>
              <w:t>C. a base-2 number system using the digits 0 and 1</w:t>
            </w:r>
          </w:p>
          <w:p w14:paraId="1CBCB0EA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that uses lasers to read and write data on discs</w:t>
            </w:r>
          </w:p>
          <w:p w14:paraId="0DDBC8C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0FEFA3F" w14:textId="77777777">
        <w:trPr>
          <w:cantSplit/>
          <w:jc w:val="center"/>
        </w:trPr>
        <w:tc>
          <w:tcPr>
            <w:tcW w:w="5112" w:type="dxa"/>
          </w:tcPr>
          <w:p w14:paraId="3CA2E69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Why is Unicode more suitable than ASCII for a global messaging app?</w:t>
            </w:r>
          </w:p>
          <w:p w14:paraId="507588F9" w14:textId="77777777" w:rsidR="004C6ABD" w:rsidRDefault="00F35368">
            <w:pPr>
              <w:pStyle w:val="OptionLine"/>
            </w:pPr>
            <w:r>
              <w:rPr>
                <w:sz w:val="16"/>
              </w:rPr>
              <w:t>A. It removes the need for binary</w:t>
            </w:r>
          </w:p>
          <w:p w14:paraId="481488EE" w14:textId="77777777" w:rsidR="004C6ABD" w:rsidRDefault="00F35368">
            <w:pPr>
              <w:pStyle w:val="OptionLine"/>
            </w:pPr>
            <w:r>
              <w:rPr>
                <w:sz w:val="16"/>
              </w:rPr>
              <w:t>B. It is a type of secondary storage</w:t>
            </w:r>
          </w:p>
          <w:p w14:paraId="56D5EF72" w14:textId="77777777" w:rsidR="004C6ABD" w:rsidRDefault="00F35368">
            <w:pPr>
              <w:pStyle w:val="OptionLine"/>
            </w:pPr>
            <w:r>
              <w:rPr>
                <w:sz w:val="16"/>
              </w:rPr>
              <w:t>C. It can represent characters from many languages</w:t>
            </w:r>
          </w:p>
          <w:p w14:paraId="684FD236" w14:textId="77777777" w:rsidR="004C6ABD" w:rsidRDefault="00F35368">
            <w:pPr>
              <w:pStyle w:val="OptionLine"/>
            </w:pPr>
            <w:r>
              <w:rPr>
                <w:sz w:val="16"/>
              </w:rPr>
              <w:t>D. It always produces smaller files than ASCII</w:t>
            </w:r>
          </w:p>
          <w:p w14:paraId="59404D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F329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how well a device can withstand damage or wear</w:t>
            </w:r>
          </w:p>
          <w:p w14:paraId="15908A10" w14:textId="77777777" w:rsidR="004C6ABD" w:rsidRDefault="00F35368">
            <w:pPr>
              <w:pStyle w:val="OptionLine"/>
            </w:pPr>
            <w:r>
              <w:rPr>
                <w:sz w:val="16"/>
              </w:rPr>
              <w:t>A. Megabyte</w:t>
            </w:r>
          </w:p>
          <w:p w14:paraId="650D3E5C" w14:textId="77777777" w:rsidR="004C6ABD" w:rsidRDefault="00F35368">
            <w:pPr>
              <w:pStyle w:val="OptionLine"/>
            </w:pPr>
            <w:r>
              <w:rPr>
                <w:sz w:val="16"/>
              </w:rPr>
              <w:t>B. Duration</w:t>
            </w:r>
          </w:p>
          <w:p w14:paraId="481E3241" w14:textId="77777777" w:rsidR="004C6ABD" w:rsidRDefault="00F35368">
            <w:pPr>
              <w:pStyle w:val="OptionLine"/>
            </w:pPr>
            <w:r>
              <w:rPr>
                <w:sz w:val="16"/>
              </w:rPr>
              <w:t>C. Durability</w:t>
            </w:r>
          </w:p>
          <w:p w14:paraId="497AB17E" w14:textId="77777777" w:rsidR="004C6ABD" w:rsidRDefault="00F35368">
            <w:pPr>
              <w:pStyle w:val="OptionLine"/>
            </w:pPr>
            <w:r>
              <w:rPr>
                <w:sz w:val="16"/>
              </w:rPr>
              <w:t>D. Magnetic storage</w:t>
            </w:r>
          </w:p>
          <w:p w14:paraId="02F80C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26179E" w14:textId="77777777">
        <w:trPr>
          <w:cantSplit/>
          <w:jc w:val="center"/>
        </w:trPr>
        <w:tc>
          <w:tcPr>
            <w:tcW w:w="5112" w:type="dxa"/>
          </w:tcPr>
          <w:p w14:paraId="50D2E7A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the length of an audio file in seconds</w:t>
            </w:r>
          </w:p>
          <w:p w14:paraId="460ECFCD" w14:textId="77777777" w:rsidR="004C6ABD" w:rsidRDefault="00F35368">
            <w:pPr>
              <w:pStyle w:val="OptionLine"/>
            </w:pPr>
            <w:r>
              <w:rPr>
                <w:sz w:val="16"/>
              </w:rPr>
              <w:t>A. Duration</w:t>
            </w:r>
          </w:p>
          <w:p w14:paraId="4146D127" w14:textId="77777777" w:rsidR="004C6ABD" w:rsidRDefault="00F35368">
            <w:pPr>
              <w:pStyle w:val="OptionLine"/>
            </w:pPr>
            <w:r>
              <w:rPr>
                <w:sz w:val="16"/>
              </w:rPr>
              <w:t>B. Denary</w:t>
            </w:r>
          </w:p>
          <w:p w14:paraId="54D28B4D" w14:textId="77777777" w:rsidR="004C6ABD" w:rsidRDefault="00F35368">
            <w:pPr>
              <w:pStyle w:val="OptionLine"/>
            </w:pPr>
            <w:r>
              <w:rPr>
                <w:sz w:val="16"/>
              </w:rPr>
              <w:t>C. Solid-state drive</w:t>
            </w:r>
          </w:p>
          <w:p w14:paraId="2C36E36A" w14:textId="77777777" w:rsidR="004C6ABD" w:rsidRDefault="00F35368">
            <w:pPr>
              <w:pStyle w:val="OptionLine"/>
            </w:pPr>
            <w:r>
              <w:rPr>
                <w:sz w:val="16"/>
              </w:rPr>
              <w:t>D. Capacity</w:t>
            </w:r>
          </w:p>
          <w:p w14:paraId="50BF16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DC3815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ASCII. Which statement would be correct?</w:t>
            </w:r>
          </w:p>
          <w:p w14:paraId="6044AB48" w14:textId="77777777" w:rsidR="004C6ABD" w:rsidRDefault="00F35368">
            <w:pPr>
              <w:pStyle w:val="OptionLine"/>
            </w:pPr>
            <w:r>
              <w:rPr>
                <w:sz w:val="16"/>
              </w:rPr>
              <w:t>A. storage that uses lasers to read and write data on discs</w:t>
            </w:r>
          </w:p>
          <w:p w14:paraId="456BE576" w14:textId="77777777" w:rsidR="004C6ABD" w:rsidRDefault="00F35368">
            <w:pPr>
              <w:pStyle w:val="OptionLine"/>
            </w:pPr>
            <w:r>
              <w:rPr>
                <w:sz w:val="16"/>
              </w:rPr>
              <w:t>B. a magnetic storage device with spinning platters</w:t>
            </w:r>
          </w:p>
          <w:p w14:paraId="574EC6D1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when a binary result is too large for the available number of bits</w:t>
            </w:r>
          </w:p>
          <w:p w14:paraId="042E2FCC" w14:textId="77777777" w:rsidR="004C6ABD" w:rsidRDefault="00F35368">
            <w:pPr>
              <w:pStyle w:val="OptionLine"/>
            </w:pPr>
            <w:r>
              <w:rPr>
                <w:sz w:val="16"/>
              </w:rPr>
              <w:t>D. a character set using a limited set of characters commonly stored in 7 or 8 bits</w:t>
            </w:r>
          </w:p>
          <w:p w14:paraId="7AEC5FD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5B8DB5" w14:textId="77777777">
        <w:trPr>
          <w:cantSplit/>
          <w:jc w:val="center"/>
        </w:trPr>
        <w:tc>
          <w:tcPr>
            <w:tcW w:w="5112" w:type="dxa"/>
          </w:tcPr>
          <w:p w14:paraId="2564F81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unit is equal to 4 bits?</w:t>
            </w:r>
          </w:p>
          <w:p w14:paraId="2D8F6A12" w14:textId="77777777" w:rsidR="004C6ABD" w:rsidRDefault="00F35368">
            <w:pPr>
              <w:pStyle w:val="OptionLine"/>
            </w:pPr>
            <w:r>
              <w:rPr>
                <w:sz w:val="16"/>
              </w:rPr>
              <w:t>A. Kilobyte</w:t>
            </w:r>
          </w:p>
          <w:p w14:paraId="71E4FFD7" w14:textId="77777777" w:rsidR="004C6ABD" w:rsidRDefault="00F35368">
            <w:pPr>
              <w:pStyle w:val="OptionLine"/>
            </w:pPr>
            <w:r>
              <w:rPr>
                <w:sz w:val="16"/>
              </w:rPr>
              <w:t>B. Nibble</w:t>
            </w:r>
          </w:p>
          <w:p w14:paraId="7937C9FF" w14:textId="77777777" w:rsidR="004C6ABD" w:rsidRDefault="00F35368">
            <w:pPr>
              <w:pStyle w:val="OptionLine"/>
            </w:pPr>
            <w:r>
              <w:rPr>
                <w:sz w:val="16"/>
              </w:rPr>
              <w:t>C. Megabyte</w:t>
            </w:r>
          </w:p>
          <w:p w14:paraId="6C4D353E" w14:textId="77777777" w:rsidR="004C6ABD" w:rsidRDefault="00F35368">
            <w:pPr>
              <w:pStyle w:val="OptionLine"/>
            </w:pPr>
            <w:r>
              <w:rPr>
                <w:sz w:val="16"/>
              </w:rPr>
              <w:t>D. Byte</w:t>
            </w:r>
          </w:p>
          <w:p w14:paraId="6900843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3DDBD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a character set using a limited set of characters commonly stored in 7 or 8 bits</w:t>
            </w:r>
          </w:p>
          <w:p w14:paraId="7CB216B7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</w:t>
            </w:r>
          </w:p>
          <w:p w14:paraId="571E5BD9" w14:textId="77777777" w:rsidR="004C6ABD" w:rsidRDefault="00F35368">
            <w:pPr>
              <w:pStyle w:val="OptionLine"/>
            </w:pPr>
            <w:r>
              <w:rPr>
                <w:sz w:val="16"/>
              </w:rPr>
              <w:t>B. ASCII</w:t>
            </w:r>
          </w:p>
          <w:p w14:paraId="42B666ED" w14:textId="77777777" w:rsidR="004C6ABD" w:rsidRDefault="00F35368">
            <w:pPr>
              <w:pStyle w:val="OptionLine"/>
            </w:pPr>
            <w:r>
              <w:rPr>
                <w:sz w:val="16"/>
              </w:rPr>
              <w:t>C. Sample rate</w:t>
            </w:r>
          </w:p>
          <w:p w14:paraId="6A977CCB" w14:textId="77777777" w:rsidR="004C6ABD" w:rsidRDefault="00F35368">
            <w:pPr>
              <w:pStyle w:val="OptionLine"/>
            </w:pPr>
            <w:r>
              <w:rPr>
                <w:sz w:val="16"/>
              </w:rPr>
              <w:t>D. Kilobyte</w:t>
            </w:r>
          </w:p>
          <w:p w14:paraId="509B6AC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108CB57" w14:textId="77777777">
        <w:trPr>
          <w:cantSplit/>
          <w:jc w:val="center"/>
        </w:trPr>
        <w:tc>
          <w:tcPr>
            <w:tcW w:w="5112" w:type="dxa"/>
          </w:tcPr>
          <w:p w14:paraId="545854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What is the hexadecimal value of denary 255?</w:t>
            </w:r>
          </w:p>
          <w:p w14:paraId="5BBE47BC" w14:textId="77777777" w:rsidR="004C6ABD" w:rsidRDefault="00F35368">
            <w:pPr>
              <w:pStyle w:val="OptionLine"/>
            </w:pPr>
            <w:r>
              <w:rPr>
                <w:sz w:val="16"/>
              </w:rPr>
              <w:t>A. 0F</w:t>
            </w:r>
          </w:p>
          <w:p w14:paraId="2DD2D003" w14:textId="77777777" w:rsidR="004C6ABD" w:rsidRDefault="00F35368">
            <w:pPr>
              <w:pStyle w:val="OptionLine"/>
            </w:pPr>
            <w:r>
              <w:rPr>
                <w:sz w:val="16"/>
              </w:rPr>
              <w:t>B. FF</w:t>
            </w:r>
          </w:p>
          <w:p w14:paraId="0B82DF55" w14:textId="77777777" w:rsidR="004C6ABD" w:rsidRDefault="00F35368">
            <w:pPr>
              <w:pStyle w:val="OptionLine"/>
            </w:pPr>
            <w:r>
              <w:rPr>
                <w:sz w:val="16"/>
              </w:rPr>
              <w:t>C. F0</w:t>
            </w:r>
          </w:p>
          <w:p w14:paraId="36BE63FF" w14:textId="77777777" w:rsidR="004C6ABD" w:rsidRDefault="00F35368">
            <w:pPr>
              <w:pStyle w:val="OptionLine"/>
            </w:pPr>
            <w:r>
              <w:rPr>
                <w:sz w:val="16"/>
              </w:rPr>
              <w:t>D. 100</w:t>
            </w:r>
          </w:p>
          <w:p w14:paraId="410EF63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0982B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Sample rate. Which statement would be correct?</w:t>
            </w:r>
          </w:p>
          <w:p w14:paraId="65E95AC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number of audio samples recorded per second</w:t>
            </w:r>
          </w:p>
          <w:p w14:paraId="444DA26C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compression that reduces file size by permanently removing some data</w:t>
            </w:r>
          </w:p>
          <w:p w14:paraId="715CE04C" w14:textId="77777777" w:rsidR="004C6ABD" w:rsidRDefault="00F35368">
            <w:pPr>
              <w:pStyle w:val="OptionLine"/>
            </w:pPr>
            <w:r>
              <w:rPr>
                <w:sz w:val="16"/>
              </w:rPr>
              <w:t>C. a base-16 number system using the digits 0 to 9 and A to F</w:t>
            </w:r>
          </w:p>
          <w:p w14:paraId="1315C65D" w14:textId="77777777" w:rsidR="004C6ABD" w:rsidRDefault="00F35368">
            <w:pPr>
              <w:pStyle w:val="OptionLine"/>
            </w:pPr>
            <w:r>
              <w:rPr>
                <w:sz w:val="16"/>
              </w:rPr>
              <w:t>D. a base-2 number system using the digits 0 and 1</w:t>
            </w:r>
          </w:p>
          <w:p w14:paraId="45678FE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6E5E975" w14:textId="77777777">
        <w:trPr>
          <w:cantSplit/>
          <w:jc w:val="center"/>
        </w:trPr>
        <w:tc>
          <w:tcPr>
            <w:tcW w:w="5112" w:type="dxa"/>
          </w:tcPr>
          <w:p w14:paraId="396D9F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15. Which term best matches this description: the list of characters a computer can represent using binary codes</w:t>
            </w:r>
          </w:p>
          <w:p w14:paraId="3D8AC642" w14:textId="77777777" w:rsidR="004C6ABD" w:rsidRDefault="00F35368">
            <w:pPr>
              <w:pStyle w:val="OptionLine"/>
            </w:pPr>
            <w:r>
              <w:rPr>
                <w:sz w:val="16"/>
              </w:rPr>
              <w:t>A. Dictionary encoding</w:t>
            </w:r>
          </w:p>
          <w:p w14:paraId="0FE4B6C2" w14:textId="77777777" w:rsidR="004C6ABD" w:rsidRDefault="00F35368">
            <w:pPr>
              <w:pStyle w:val="OptionLine"/>
            </w:pPr>
            <w:r>
              <w:rPr>
                <w:sz w:val="16"/>
              </w:rPr>
              <w:t>B. Byte</w:t>
            </w:r>
          </w:p>
          <w:p w14:paraId="5443EFB7" w14:textId="77777777" w:rsidR="004C6ABD" w:rsidRDefault="00F35368">
            <w:pPr>
              <w:pStyle w:val="OptionLine"/>
            </w:pPr>
            <w:r>
              <w:rPr>
                <w:sz w:val="16"/>
              </w:rPr>
              <w:t>C. Character set</w:t>
            </w:r>
          </w:p>
          <w:p w14:paraId="4D502502" w14:textId="77777777" w:rsidR="004C6ABD" w:rsidRDefault="00F35368">
            <w:pPr>
              <w:pStyle w:val="OptionLine"/>
            </w:pPr>
            <w:r>
              <w:rPr>
                <w:sz w:val="16"/>
              </w:rPr>
              <w:t>D. Metadata</w:t>
            </w:r>
          </w:p>
          <w:p w14:paraId="16A89C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D807F3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Colour depth. Which statement would be correct?</w:t>
            </w:r>
          </w:p>
          <w:p w14:paraId="259CA9D6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lossless method that replaces repeated patterns with shorter references</w:t>
            </w:r>
          </w:p>
          <w:p w14:paraId="062C3636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bits used to store the colour of each pixel</w:t>
            </w:r>
          </w:p>
          <w:p w14:paraId="6928635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pixels in an image, often width by height</w:t>
            </w:r>
          </w:p>
          <w:p w14:paraId="4D773959" w14:textId="77777777" w:rsidR="004C6ABD" w:rsidRDefault="00F35368">
            <w:pPr>
              <w:pStyle w:val="OptionLine"/>
            </w:pPr>
            <w:r>
              <w:rPr>
                <w:sz w:val="16"/>
              </w:rPr>
              <w:t>D. a base-10 number system using the digits 0 to 9</w:t>
            </w:r>
          </w:p>
          <w:p w14:paraId="71DFEF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951B01" w14:textId="77777777">
        <w:trPr>
          <w:cantSplit/>
          <w:jc w:val="center"/>
        </w:trPr>
        <w:tc>
          <w:tcPr>
            <w:tcW w:w="5112" w:type="dxa"/>
          </w:tcPr>
          <w:p w14:paraId="2D39FBF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Optical storage. Which statement would be correct?</w:t>
            </w:r>
          </w:p>
          <w:p w14:paraId="2483A04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maximum amount of data that a storage device can hold</w:t>
            </w:r>
          </w:p>
          <w:p w14:paraId="68A96996" w14:textId="77777777" w:rsidR="004C6ABD" w:rsidRDefault="00F35368">
            <w:pPr>
              <w:pStyle w:val="OptionLine"/>
            </w:pPr>
            <w:r>
              <w:rPr>
                <w:sz w:val="16"/>
              </w:rPr>
              <w:t>B. a character set using a limited set of characters commonly stored in 7 or 8 bits</w:t>
            </w:r>
          </w:p>
          <w:p w14:paraId="46448180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that uses magnetic patterns to store data</w:t>
            </w:r>
          </w:p>
          <w:p w14:paraId="4D28D574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that uses lasers to read and write data on discs</w:t>
            </w:r>
          </w:p>
          <w:p w14:paraId="3291A7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8DB28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the number of bits available to store each audio sample</w:t>
            </w:r>
          </w:p>
          <w:p w14:paraId="2AA84351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</w:t>
            </w:r>
          </w:p>
          <w:p w14:paraId="142B3180" w14:textId="77777777" w:rsidR="004C6ABD" w:rsidRDefault="00F35368">
            <w:pPr>
              <w:pStyle w:val="OptionLine"/>
            </w:pPr>
            <w:r>
              <w:rPr>
                <w:sz w:val="16"/>
              </w:rPr>
              <w:t>B. Bit depth</w:t>
            </w:r>
          </w:p>
          <w:p w14:paraId="5816C262" w14:textId="77777777" w:rsidR="004C6ABD" w:rsidRDefault="00F35368">
            <w:pPr>
              <w:pStyle w:val="OptionLine"/>
            </w:pPr>
            <w:r>
              <w:rPr>
                <w:sz w:val="16"/>
              </w:rPr>
              <w:t>C. Lossy compression</w:t>
            </w:r>
          </w:p>
          <w:p w14:paraId="7C2BFCFE" w14:textId="77777777" w:rsidR="004C6ABD" w:rsidRDefault="00F35368">
            <w:pPr>
              <w:pStyle w:val="OptionLine"/>
            </w:pPr>
            <w:r>
              <w:rPr>
                <w:sz w:val="16"/>
              </w:rPr>
              <w:t>D. ROM</w:t>
            </w:r>
          </w:p>
          <w:p w14:paraId="3E95A2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D5FB0A7" w14:textId="77777777">
        <w:trPr>
          <w:cantSplit/>
          <w:jc w:val="center"/>
        </w:trPr>
        <w:tc>
          <w:tcPr>
            <w:tcW w:w="5112" w:type="dxa"/>
          </w:tcPr>
          <w:p w14:paraId="2C39A3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compression type is often used for photos or audio when some quality loss is acceptable?</w:t>
            </w:r>
          </w:p>
          <w:p w14:paraId="3A3D3B38" w14:textId="77777777" w:rsidR="004C6ABD" w:rsidRDefault="00F35368">
            <w:pPr>
              <w:pStyle w:val="OptionLine"/>
            </w:pPr>
            <w:r>
              <w:rPr>
                <w:sz w:val="16"/>
              </w:rPr>
              <w:t>A. ROM</w:t>
            </w:r>
          </w:p>
          <w:p w14:paraId="5A15A6AA" w14:textId="77777777" w:rsidR="004C6ABD" w:rsidRDefault="00F35368">
            <w:pPr>
              <w:pStyle w:val="OptionLine"/>
            </w:pPr>
            <w:r>
              <w:rPr>
                <w:sz w:val="16"/>
              </w:rPr>
              <w:t>B. Lossy compression</w:t>
            </w:r>
          </w:p>
          <w:p w14:paraId="0BA7A100" w14:textId="77777777" w:rsidR="004C6ABD" w:rsidRDefault="00F35368">
            <w:pPr>
              <w:pStyle w:val="OptionLine"/>
            </w:pPr>
            <w:r>
              <w:rPr>
                <w:sz w:val="16"/>
              </w:rPr>
              <w:t>C. Lossless compression</w:t>
            </w:r>
          </w:p>
          <w:p w14:paraId="38D83D4A" w14:textId="77777777" w:rsidR="004C6ABD" w:rsidRDefault="00F35368">
            <w:pPr>
              <w:pStyle w:val="OptionLine"/>
            </w:pPr>
            <w:r>
              <w:rPr>
                <w:sz w:val="16"/>
              </w:rPr>
              <w:t>D. ASCII</w:t>
            </w:r>
          </w:p>
          <w:p w14:paraId="5AB413E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96B69F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Pixel?</w:t>
            </w:r>
          </w:p>
          <w:p w14:paraId="38CD10A8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directly accessible by the CPU, usually including RAM and ROM</w:t>
            </w:r>
          </w:p>
          <w:p w14:paraId="2E04D466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caused when a binary result is too large for the available number of bits</w:t>
            </w:r>
          </w:p>
          <w:p w14:paraId="0A551EF4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bytes in OCR decimal storage units</w:t>
            </w:r>
          </w:p>
          <w:p w14:paraId="7E913E91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small dot of colour in a bitmap image</w:t>
            </w:r>
          </w:p>
          <w:p w14:paraId="251A4F4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75FF47" w14:textId="77777777">
        <w:trPr>
          <w:cantSplit/>
          <w:jc w:val="center"/>
        </w:trPr>
        <w:tc>
          <w:tcPr>
            <w:tcW w:w="5112" w:type="dxa"/>
          </w:tcPr>
          <w:p w14:paraId="5B08E5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What is the 8-bit binary form of denary 13?</w:t>
            </w:r>
          </w:p>
          <w:p w14:paraId="7F55D8F6" w14:textId="77777777" w:rsidR="004C6ABD" w:rsidRDefault="00F35368">
            <w:pPr>
              <w:pStyle w:val="OptionLine"/>
            </w:pPr>
            <w:r>
              <w:rPr>
                <w:sz w:val="16"/>
              </w:rPr>
              <w:t>A. 00001101</w:t>
            </w:r>
          </w:p>
          <w:p w14:paraId="1B71642F" w14:textId="77777777" w:rsidR="004C6ABD" w:rsidRDefault="00F35368">
            <w:pPr>
              <w:pStyle w:val="OptionLine"/>
            </w:pPr>
            <w:r>
              <w:rPr>
                <w:sz w:val="16"/>
              </w:rPr>
              <w:t>B. 00000111</w:t>
            </w:r>
          </w:p>
          <w:p w14:paraId="681D1AA4" w14:textId="77777777" w:rsidR="004C6ABD" w:rsidRDefault="00F35368">
            <w:pPr>
              <w:pStyle w:val="OptionLine"/>
            </w:pPr>
            <w:r>
              <w:rPr>
                <w:sz w:val="16"/>
              </w:rPr>
              <w:t>C. 00011000</w:t>
            </w:r>
          </w:p>
          <w:p w14:paraId="3F93EEED" w14:textId="77777777" w:rsidR="004C6ABD" w:rsidRDefault="00F35368">
            <w:pPr>
              <w:pStyle w:val="OptionLine"/>
            </w:pPr>
            <w:r>
              <w:rPr>
                <w:sz w:val="16"/>
              </w:rPr>
              <w:t>D. 00010011</w:t>
            </w:r>
          </w:p>
          <w:p w14:paraId="2941E2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A596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Denary. Which statement would be correct?</w:t>
            </w:r>
          </w:p>
          <w:p w14:paraId="6E820AA9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likely a device is to store and retrieve data without failure</w:t>
            </w:r>
          </w:p>
          <w:p w14:paraId="0DDFE770" w14:textId="77777777" w:rsidR="004C6ABD" w:rsidRDefault="00F35368">
            <w:pPr>
              <w:pStyle w:val="OptionLine"/>
            </w:pPr>
            <w:r>
              <w:rPr>
                <w:sz w:val="16"/>
              </w:rPr>
              <w:t>B. a base-10 number system using the digits 0 to 9</w:t>
            </w:r>
          </w:p>
          <w:p w14:paraId="61BE78D8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well a device can withstand damage or wear</w:t>
            </w:r>
          </w:p>
          <w:p w14:paraId="632EE968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length of an audio file in seconds</w:t>
            </w:r>
          </w:p>
          <w:p w14:paraId="19BD2D0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69599A" w14:textId="77777777">
        <w:trPr>
          <w:cantSplit/>
          <w:jc w:val="center"/>
        </w:trPr>
        <w:tc>
          <w:tcPr>
            <w:tcW w:w="5112" w:type="dxa"/>
          </w:tcPr>
          <w:p w14:paraId="0ECEF91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Secondary storage?</w:t>
            </w:r>
          </w:p>
          <w:p w14:paraId="3535FCC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number of bits available to store each audio sample</w:t>
            </w:r>
          </w:p>
          <w:p w14:paraId="73305FCC" w14:textId="77777777" w:rsidR="004C6ABD" w:rsidRDefault="00F35368">
            <w:pPr>
              <w:pStyle w:val="OptionLine"/>
            </w:pPr>
            <w:r>
              <w:rPr>
                <w:sz w:val="16"/>
              </w:rPr>
              <w:t>B. a character set using a limited set of characters commonly stored in 7 or 8 bits</w:t>
            </w:r>
          </w:p>
          <w:p w14:paraId="21D803B5" w14:textId="77777777" w:rsidR="004C6ABD" w:rsidRDefault="00F35368">
            <w:pPr>
              <w:pStyle w:val="OptionLine"/>
            </w:pPr>
            <w:r>
              <w:rPr>
                <w:sz w:val="16"/>
              </w:rPr>
              <w:t>C. non-volatile primary storage that stores instructions needed to start the computer</w:t>
            </w:r>
          </w:p>
          <w:p w14:paraId="7712EE1F" w14:textId="77777777" w:rsidR="004C6ABD" w:rsidRDefault="00F35368">
            <w:pPr>
              <w:pStyle w:val="OptionLine"/>
            </w:pPr>
            <w:r>
              <w:rPr>
                <w:sz w:val="16"/>
              </w:rPr>
              <w:t>D. non-volatile storage used to keep files and programs long term</w:t>
            </w:r>
          </w:p>
          <w:p w14:paraId="2C46246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9EE86A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A student writes about Nibble. Which statement would be correct?</w:t>
            </w:r>
          </w:p>
          <w:p w14:paraId="6EB0F109" w14:textId="77777777" w:rsidR="004C6ABD" w:rsidRDefault="00F35368">
            <w:pPr>
              <w:pStyle w:val="OptionLine"/>
            </w:pPr>
            <w:r>
              <w:rPr>
                <w:sz w:val="16"/>
              </w:rPr>
              <w:t>A. additional data stored about a file, such as image height and width</w:t>
            </w:r>
          </w:p>
          <w:p w14:paraId="151BD8D6" w14:textId="77777777" w:rsidR="004C6ABD" w:rsidRDefault="00F35368">
            <w:pPr>
              <w:pStyle w:val="OptionLine"/>
            </w:pPr>
            <w:r>
              <w:rPr>
                <w:sz w:val="16"/>
              </w:rPr>
              <w:t>B. a group of 4 bits</w:t>
            </w:r>
          </w:p>
          <w:p w14:paraId="685A593D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maximum amount of data that a storage device can hold</w:t>
            </w:r>
          </w:p>
          <w:p w14:paraId="6D1E6EA5" w14:textId="77777777" w:rsidR="004C6ABD" w:rsidRDefault="00F35368">
            <w:pPr>
              <w:pStyle w:val="OptionLine"/>
            </w:pPr>
            <w:r>
              <w:rPr>
                <w:sz w:val="16"/>
              </w:rPr>
              <w:t>D. a character set designed to represent characters from many languages</w:t>
            </w:r>
          </w:p>
          <w:p w14:paraId="4387A8F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FF3CBDB" w14:textId="77777777">
        <w:trPr>
          <w:cantSplit/>
          <w:jc w:val="center"/>
        </w:trPr>
        <w:tc>
          <w:tcPr>
            <w:tcW w:w="5112" w:type="dxa"/>
          </w:tcPr>
          <w:p w14:paraId="529F55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term best matches this description: 1,000 megabytes in OCR decimal storage units</w:t>
            </w:r>
          </w:p>
          <w:p w14:paraId="4597EABF" w14:textId="77777777" w:rsidR="004C6ABD" w:rsidRDefault="00F35368">
            <w:pPr>
              <w:pStyle w:val="OptionLine"/>
            </w:pPr>
            <w:r>
              <w:rPr>
                <w:sz w:val="16"/>
              </w:rPr>
              <w:t>A. Virtual memory</w:t>
            </w:r>
          </w:p>
          <w:p w14:paraId="70158CAE" w14:textId="77777777" w:rsidR="004C6ABD" w:rsidRDefault="00F35368">
            <w:pPr>
              <w:pStyle w:val="OptionLine"/>
            </w:pPr>
            <w:r>
              <w:rPr>
                <w:sz w:val="16"/>
              </w:rPr>
              <w:t>B. Kilobyte</w:t>
            </w:r>
          </w:p>
          <w:p w14:paraId="05C2F39D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 depth</w:t>
            </w:r>
          </w:p>
          <w:p w14:paraId="23088004" w14:textId="77777777" w:rsidR="004C6ABD" w:rsidRDefault="00F35368">
            <w:pPr>
              <w:pStyle w:val="OptionLine"/>
            </w:pPr>
            <w:r>
              <w:rPr>
                <w:sz w:val="16"/>
              </w:rPr>
              <w:t>D. Gigabyte</w:t>
            </w:r>
          </w:p>
          <w:p w14:paraId="1823D2D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15CADE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RAM. Which statement would be correct?</w:t>
            </w:r>
          </w:p>
          <w:p w14:paraId="4B88D71A" w14:textId="77777777" w:rsidR="004C6ABD" w:rsidRDefault="00F35368">
            <w:pPr>
              <w:pStyle w:val="OptionLine"/>
            </w:pPr>
            <w:r>
              <w:rPr>
                <w:sz w:val="16"/>
              </w:rPr>
              <w:t>A. a character set using a limited set of characters commonly stored in 7 or 8 bits</w:t>
            </w:r>
          </w:p>
          <w:p w14:paraId="5BB0EC4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 of reducing file size</w:t>
            </w:r>
          </w:p>
          <w:p w14:paraId="2D64D528" w14:textId="77777777" w:rsidR="004C6ABD" w:rsidRDefault="00F35368">
            <w:pPr>
              <w:pStyle w:val="OptionLine"/>
            </w:pPr>
            <w:r>
              <w:rPr>
                <w:sz w:val="16"/>
              </w:rPr>
              <w:t>C. volatile primary storage that holds programs and data currently in use</w:t>
            </w:r>
          </w:p>
          <w:p w14:paraId="10521AF4" w14:textId="77777777" w:rsidR="004C6ABD" w:rsidRDefault="00F35368">
            <w:pPr>
              <w:pStyle w:val="OptionLine"/>
            </w:pPr>
            <w:r>
              <w:rPr>
                <w:sz w:val="16"/>
              </w:rPr>
              <w:t>D. part of secondary storage used as extra memory when RAM is full</w:t>
            </w:r>
          </w:p>
          <w:p w14:paraId="38E0B7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