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F4D6" w14:textId="77777777" w:rsidR="004C6ABD" w:rsidRDefault="00F35368">
      <w:pPr>
        <w:pStyle w:val="Heading1"/>
      </w:pPr>
      <w:r>
        <w:lastRenderedPageBreak/>
        <w:t>1.2 Memory and storage - Quiz C</w:t>
      </w:r>
    </w:p>
    <w:p w14:paraId="55568012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727C1392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78DC14B3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1D07AA7F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4A2497B0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56FED040" w14:textId="77777777">
        <w:trPr>
          <w:cantSplit/>
          <w:jc w:val="center"/>
        </w:trPr>
        <w:tc>
          <w:tcPr>
            <w:tcW w:w="5112" w:type="dxa"/>
          </w:tcPr>
          <w:p w14:paraId="2E13081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A student writes about USB flash drive. Which statement would be correct?</w:t>
            </w:r>
          </w:p>
          <w:p w14:paraId="2B2A5E4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list of characters a computer can represent using binary codes</w:t>
            </w:r>
          </w:p>
          <w:p w14:paraId="1370AB28" w14:textId="77777777" w:rsidR="004C6ABD" w:rsidRDefault="00F35368">
            <w:pPr>
              <w:pStyle w:val="OptionLine"/>
            </w:pPr>
            <w:r>
              <w:rPr>
                <w:sz w:val="16"/>
              </w:rPr>
              <w:t>B. a portable solid-state storage device</w:t>
            </w:r>
          </w:p>
          <w:p w14:paraId="6462E8AF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lossless method that stores repeated runs of the same data more efficiently</w:t>
            </w:r>
          </w:p>
          <w:p w14:paraId="41856288" w14:textId="77777777" w:rsidR="004C6ABD" w:rsidRDefault="00F35368">
            <w:pPr>
              <w:pStyle w:val="OptionLine"/>
            </w:pPr>
            <w:r>
              <w:rPr>
                <w:sz w:val="16"/>
              </w:rPr>
              <w:t>D. memory that loses its contents when power is switched off</w:t>
            </w:r>
          </w:p>
          <w:p w14:paraId="3521D6E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E3DE0B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term best matches this description: one small dot of colour in a bitmap image</w:t>
            </w:r>
          </w:p>
          <w:p w14:paraId="56E297EF" w14:textId="77777777" w:rsidR="004C6ABD" w:rsidRDefault="00F35368">
            <w:pPr>
              <w:pStyle w:val="OptionLine"/>
            </w:pPr>
            <w:r>
              <w:rPr>
                <w:sz w:val="16"/>
              </w:rPr>
              <w:t>A. Colour depth</w:t>
            </w:r>
          </w:p>
          <w:p w14:paraId="4DEB825E" w14:textId="77777777" w:rsidR="004C6ABD" w:rsidRDefault="00F35368">
            <w:pPr>
              <w:pStyle w:val="OptionLine"/>
            </w:pPr>
            <w:r>
              <w:rPr>
                <w:sz w:val="16"/>
              </w:rPr>
              <w:t>B. Pixel</w:t>
            </w:r>
          </w:p>
          <w:p w14:paraId="5EF5221E" w14:textId="77777777" w:rsidR="004C6ABD" w:rsidRDefault="00F35368">
            <w:pPr>
              <w:pStyle w:val="OptionLine"/>
            </w:pPr>
            <w:r>
              <w:rPr>
                <w:sz w:val="16"/>
              </w:rPr>
              <w:t>C. RAM</w:t>
            </w:r>
          </w:p>
          <w:p w14:paraId="7D2ACE28" w14:textId="77777777" w:rsidR="004C6ABD" w:rsidRDefault="00F35368">
            <w:pPr>
              <w:pStyle w:val="OptionLine"/>
            </w:pPr>
            <w:r>
              <w:rPr>
                <w:sz w:val="16"/>
              </w:rPr>
              <w:t>D. Solid-state drive</w:t>
            </w:r>
          </w:p>
          <w:p w14:paraId="6E33DEF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57DD1A" w14:textId="77777777">
        <w:trPr>
          <w:cantSplit/>
          <w:jc w:val="center"/>
        </w:trPr>
        <w:tc>
          <w:tcPr>
            <w:tcW w:w="5112" w:type="dxa"/>
          </w:tcPr>
          <w:p w14:paraId="08880B9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A student writes about Primary storage. Which statement would be correct?</w:t>
            </w:r>
          </w:p>
          <w:p w14:paraId="66310EEB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directly accessible by the CPU, usually including RAM and ROM</w:t>
            </w:r>
          </w:p>
          <w:p w14:paraId="03164BA1" w14:textId="77777777" w:rsidR="004C6ABD" w:rsidRDefault="00F35368">
            <w:pPr>
              <w:pStyle w:val="OptionLine"/>
            </w:pPr>
            <w:r>
              <w:rPr>
                <w:sz w:val="16"/>
              </w:rPr>
              <w:t>B. additional data stored about a file, such as image height and width</w:t>
            </w:r>
          </w:p>
          <w:p w14:paraId="09601571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easy a storage device is to carry and use in different places</w:t>
            </w:r>
          </w:p>
          <w:p w14:paraId="46233B23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storage provided on remote servers accessed over a network</w:t>
            </w:r>
          </w:p>
          <w:p w14:paraId="50A0893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9BC056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student writes about Lossless compression. Which statement would be correct?</w:t>
            </w:r>
          </w:p>
          <w:p w14:paraId="7D2809C5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compression that reduces file size without losing original data</w:t>
            </w:r>
          </w:p>
          <w:p w14:paraId="040BC41B" w14:textId="77777777" w:rsidR="004C6ABD" w:rsidRDefault="00F35368">
            <w:pPr>
              <w:pStyle w:val="OptionLine"/>
            </w:pPr>
            <w:r>
              <w:rPr>
                <w:sz w:val="16"/>
              </w:rPr>
              <w:t>B. moving bits left, usually multiplying an unsigned binary number by 2 for each shift</w:t>
            </w:r>
          </w:p>
          <w:p w14:paraId="526EE4E6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that keeps its contents when power is switched off</w:t>
            </w:r>
          </w:p>
          <w:p w14:paraId="03502207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easy a storage device is to carry and use in different places</w:t>
            </w:r>
          </w:p>
          <w:p w14:paraId="34360B2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D8BC8C4" w14:textId="77777777">
        <w:trPr>
          <w:cantSplit/>
          <w:jc w:val="center"/>
        </w:trPr>
        <w:tc>
          <w:tcPr>
            <w:tcW w:w="5112" w:type="dxa"/>
          </w:tcPr>
          <w:p w14:paraId="7DC9DC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term best matches this description: the process of reducing file size</w:t>
            </w:r>
          </w:p>
          <w:p w14:paraId="441B15D9" w14:textId="77777777" w:rsidR="004C6ABD" w:rsidRDefault="00F35368">
            <w:pPr>
              <w:pStyle w:val="OptionLine"/>
            </w:pPr>
            <w:r>
              <w:rPr>
                <w:sz w:val="16"/>
              </w:rPr>
              <w:t>A. Non-volatile memory</w:t>
            </w:r>
          </w:p>
          <w:p w14:paraId="5E21F93A" w14:textId="77777777" w:rsidR="004C6ABD" w:rsidRDefault="00F35368">
            <w:pPr>
              <w:pStyle w:val="OptionLine"/>
            </w:pPr>
            <w:r>
              <w:rPr>
                <w:sz w:val="16"/>
              </w:rPr>
              <w:t>B. Secondary storage</w:t>
            </w:r>
          </w:p>
          <w:p w14:paraId="58630647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</w:t>
            </w:r>
          </w:p>
          <w:p w14:paraId="69F4B452" w14:textId="77777777" w:rsidR="004C6ABD" w:rsidRDefault="00F35368">
            <w:pPr>
              <w:pStyle w:val="OptionLine"/>
            </w:pPr>
            <w:r>
              <w:rPr>
                <w:sz w:val="16"/>
              </w:rPr>
              <w:t>D. USB flash drive</w:t>
            </w:r>
          </w:p>
          <w:p w14:paraId="6BB6A88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96BE46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What is the result of shifting unsigned binary 00001101 left by one place?</w:t>
            </w:r>
          </w:p>
          <w:p w14:paraId="1B257D5D" w14:textId="77777777" w:rsidR="004C6ABD" w:rsidRDefault="00F35368">
            <w:pPr>
              <w:pStyle w:val="OptionLine"/>
            </w:pPr>
            <w:r>
              <w:rPr>
                <w:sz w:val="16"/>
              </w:rPr>
              <w:t>A. 00011010</w:t>
            </w:r>
          </w:p>
          <w:p w14:paraId="084712A2" w14:textId="77777777" w:rsidR="004C6ABD" w:rsidRDefault="00F35368">
            <w:pPr>
              <w:pStyle w:val="OptionLine"/>
            </w:pPr>
            <w:r>
              <w:rPr>
                <w:sz w:val="16"/>
              </w:rPr>
              <w:t>B. 00110100</w:t>
            </w:r>
          </w:p>
          <w:p w14:paraId="29A28D05" w14:textId="77777777" w:rsidR="004C6ABD" w:rsidRDefault="00F35368">
            <w:pPr>
              <w:pStyle w:val="OptionLine"/>
            </w:pPr>
            <w:r>
              <w:rPr>
                <w:sz w:val="16"/>
              </w:rPr>
              <w:t>C. 00000110</w:t>
            </w:r>
          </w:p>
          <w:p w14:paraId="5C08CD2F" w14:textId="77777777" w:rsidR="004C6ABD" w:rsidRDefault="00F35368">
            <w:pPr>
              <w:pStyle w:val="OptionLine"/>
            </w:pPr>
            <w:r>
              <w:rPr>
                <w:sz w:val="16"/>
              </w:rPr>
              <w:t>D. 00001110</w:t>
            </w:r>
          </w:p>
          <w:p w14:paraId="58B4722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A38104" w14:textId="77777777">
        <w:trPr>
          <w:cantSplit/>
          <w:jc w:val="center"/>
        </w:trPr>
        <w:tc>
          <w:tcPr>
            <w:tcW w:w="5112" w:type="dxa"/>
          </w:tcPr>
          <w:p w14:paraId="16A1BA1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term best matches this description: the maximum amount of data that a storage device can hold</w:t>
            </w:r>
          </w:p>
          <w:p w14:paraId="556C77EB" w14:textId="77777777" w:rsidR="004C6ABD" w:rsidRDefault="00F35368">
            <w:pPr>
              <w:pStyle w:val="OptionLine"/>
            </w:pPr>
            <w:r>
              <w:rPr>
                <w:sz w:val="16"/>
              </w:rPr>
              <w:t>A. Portability</w:t>
            </w:r>
          </w:p>
          <w:p w14:paraId="3D41465E" w14:textId="77777777" w:rsidR="004C6ABD" w:rsidRDefault="00F35368">
            <w:pPr>
              <w:pStyle w:val="OptionLine"/>
            </w:pPr>
            <w:r>
              <w:rPr>
                <w:sz w:val="16"/>
              </w:rPr>
              <w:t>B. Binary shift left</w:t>
            </w:r>
          </w:p>
          <w:p w14:paraId="0C354F61" w14:textId="77777777" w:rsidR="004C6ABD" w:rsidRDefault="00F35368">
            <w:pPr>
              <w:pStyle w:val="OptionLine"/>
            </w:pPr>
            <w:r>
              <w:rPr>
                <w:sz w:val="16"/>
              </w:rPr>
              <w:t>C. Run-length encoding</w:t>
            </w:r>
          </w:p>
          <w:p w14:paraId="7432FDCC" w14:textId="77777777" w:rsidR="004C6ABD" w:rsidRDefault="00F35368">
            <w:pPr>
              <w:pStyle w:val="OptionLine"/>
            </w:pPr>
            <w:r>
              <w:rPr>
                <w:sz w:val="16"/>
              </w:rPr>
              <w:t>D. Capacity</w:t>
            </w:r>
          </w:p>
          <w:p w14:paraId="633F78D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50BA22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term best matches this description: storage that uses lasers to read and write data on discs</w:t>
            </w:r>
          </w:p>
          <w:p w14:paraId="7A588808" w14:textId="77777777" w:rsidR="004C6ABD" w:rsidRDefault="00F35368">
            <w:pPr>
              <w:pStyle w:val="OptionLine"/>
            </w:pPr>
            <w:r>
              <w:rPr>
                <w:sz w:val="16"/>
              </w:rPr>
              <w:t>A. Cloud storage</w:t>
            </w:r>
          </w:p>
          <w:p w14:paraId="3167A141" w14:textId="77777777" w:rsidR="004C6ABD" w:rsidRDefault="00F35368">
            <w:pPr>
              <w:pStyle w:val="OptionLine"/>
            </w:pPr>
            <w:r>
              <w:rPr>
                <w:sz w:val="16"/>
              </w:rPr>
              <w:t>B. Most significant bit</w:t>
            </w:r>
          </w:p>
          <w:p w14:paraId="6FA20850" w14:textId="77777777" w:rsidR="004C6ABD" w:rsidRDefault="00F35368">
            <w:pPr>
              <w:pStyle w:val="OptionLine"/>
            </w:pPr>
            <w:r>
              <w:rPr>
                <w:sz w:val="16"/>
              </w:rPr>
              <w:t>C. RAM</w:t>
            </w:r>
          </w:p>
          <w:p w14:paraId="3625CCC4" w14:textId="77777777" w:rsidR="004C6ABD" w:rsidRDefault="00F35368">
            <w:pPr>
              <w:pStyle w:val="OptionLine"/>
            </w:pPr>
            <w:r>
              <w:rPr>
                <w:sz w:val="16"/>
              </w:rPr>
              <w:t>D. Optical storage</w:t>
            </w:r>
          </w:p>
          <w:p w14:paraId="632D3DA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22F3DDB" w14:textId="77777777">
        <w:trPr>
          <w:cantSplit/>
          <w:jc w:val="center"/>
        </w:trPr>
        <w:tc>
          <w:tcPr>
            <w:tcW w:w="5112" w:type="dxa"/>
          </w:tcPr>
          <w:p w14:paraId="709963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description correctly matches Run-length encoding?</w:t>
            </w:r>
          </w:p>
          <w:p w14:paraId="478FBD8D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that loses its contents when power is switched off</w:t>
            </w:r>
          </w:p>
          <w:p w14:paraId="7067AE8D" w14:textId="77777777" w:rsidR="004C6ABD" w:rsidRDefault="00F35368">
            <w:pPr>
              <w:pStyle w:val="OptionLine"/>
            </w:pPr>
            <w:r>
              <w:rPr>
                <w:sz w:val="16"/>
              </w:rPr>
              <w:t>B. 1,000 kilobytes in OCR decimal storage units</w:t>
            </w:r>
          </w:p>
          <w:p w14:paraId="54A03961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lossless method that stores repeated runs of the same data more efficiently</w:t>
            </w:r>
          </w:p>
          <w:p w14:paraId="21C61648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easy a storage device is to carry and use in different places</w:t>
            </w:r>
          </w:p>
          <w:p w14:paraId="47518C0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764B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Megabyte. Which statement would be correct?</w:t>
            </w:r>
          </w:p>
          <w:p w14:paraId="3B2FCF20" w14:textId="77777777" w:rsidR="004C6ABD" w:rsidRDefault="00F35368">
            <w:pPr>
              <w:pStyle w:val="OptionLine"/>
            </w:pPr>
            <w:r>
              <w:rPr>
                <w:sz w:val="16"/>
              </w:rPr>
              <w:t>A. additional data stored about a file, such as image height and width</w:t>
            </w:r>
          </w:p>
          <w:p w14:paraId="3429D22C" w14:textId="77777777" w:rsidR="004C6ABD" w:rsidRDefault="00F35368">
            <w:pPr>
              <w:pStyle w:val="OptionLine"/>
            </w:pPr>
            <w:r>
              <w:rPr>
                <w:sz w:val="16"/>
              </w:rPr>
              <w:t>B. 1,000 kilobytes in OCR decimal storage units</w:t>
            </w:r>
          </w:p>
          <w:p w14:paraId="4370A9C4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when a binary result is too large for the available number of bits</w:t>
            </w:r>
          </w:p>
          <w:p w14:paraId="542D9E7E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bit with the highest place value in a binary number</w:t>
            </w:r>
          </w:p>
          <w:p w14:paraId="75261C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83AE531" w14:textId="77777777">
        <w:trPr>
          <w:cantSplit/>
          <w:jc w:val="center"/>
        </w:trPr>
        <w:tc>
          <w:tcPr>
            <w:tcW w:w="5112" w:type="dxa"/>
          </w:tcPr>
          <w:p w14:paraId="7964CB1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A student writes about Secondary storage. Which statement would be correct?</w:t>
            </w:r>
          </w:p>
          <w:p w14:paraId="2AD0AEC4" w14:textId="77777777" w:rsidR="004C6ABD" w:rsidRDefault="00F35368">
            <w:pPr>
              <w:pStyle w:val="OptionLine"/>
            </w:pPr>
            <w:r>
              <w:rPr>
                <w:sz w:val="16"/>
              </w:rPr>
              <w:t>A. non-volatile storage used to keep files and programs long term</w:t>
            </w:r>
          </w:p>
          <w:p w14:paraId="22CD54AB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lossless method that stores repeated runs of the same data more efficiently</w:t>
            </w:r>
          </w:p>
          <w:p w14:paraId="3A35F831" w14:textId="77777777" w:rsidR="004C6ABD" w:rsidRDefault="00F35368">
            <w:pPr>
              <w:pStyle w:val="OptionLine"/>
            </w:pPr>
            <w:r>
              <w:rPr>
                <w:sz w:val="16"/>
              </w:rPr>
              <w:t>C. a fast storage device using flash memory and no moving parts</w:t>
            </w:r>
          </w:p>
          <w:p w14:paraId="437F41FF" w14:textId="77777777" w:rsidR="004C6ABD" w:rsidRDefault="00F35368">
            <w:pPr>
              <w:pStyle w:val="OptionLine"/>
            </w:pPr>
            <w:r>
              <w:rPr>
                <w:sz w:val="16"/>
              </w:rPr>
              <w:t>D. a base-2 number system using the digits 0 and 1</w:t>
            </w:r>
          </w:p>
          <w:p w14:paraId="0413B77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37141C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What is the hexadecimal value of binary 11110000?</w:t>
            </w:r>
          </w:p>
          <w:p w14:paraId="2AF5D71F" w14:textId="77777777" w:rsidR="004C6ABD" w:rsidRDefault="00F35368">
            <w:pPr>
              <w:pStyle w:val="OptionLine"/>
            </w:pPr>
            <w:r>
              <w:rPr>
                <w:sz w:val="16"/>
              </w:rPr>
              <w:t>A. 0F</w:t>
            </w:r>
          </w:p>
          <w:p w14:paraId="344A99F4" w14:textId="77777777" w:rsidR="004C6ABD" w:rsidRDefault="00F35368">
            <w:pPr>
              <w:pStyle w:val="OptionLine"/>
            </w:pPr>
            <w:r>
              <w:rPr>
                <w:sz w:val="16"/>
              </w:rPr>
              <w:t>B. FF</w:t>
            </w:r>
          </w:p>
          <w:p w14:paraId="2D00E961" w14:textId="77777777" w:rsidR="004C6ABD" w:rsidRDefault="00F35368">
            <w:pPr>
              <w:pStyle w:val="OptionLine"/>
            </w:pPr>
            <w:r>
              <w:rPr>
                <w:sz w:val="16"/>
              </w:rPr>
              <w:t>C. F0</w:t>
            </w:r>
          </w:p>
          <w:p w14:paraId="1705E982" w14:textId="77777777" w:rsidR="004C6ABD" w:rsidRDefault="00F35368">
            <w:pPr>
              <w:pStyle w:val="OptionLine"/>
            </w:pPr>
            <w:r>
              <w:rPr>
                <w:sz w:val="16"/>
              </w:rPr>
              <w:t>D. E0</w:t>
            </w:r>
          </w:p>
          <w:p w14:paraId="58DBEDB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6C5CDA" w14:textId="77777777">
        <w:trPr>
          <w:cantSplit/>
          <w:jc w:val="center"/>
        </w:trPr>
        <w:tc>
          <w:tcPr>
            <w:tcW w:w="5112" w:type="dxa"/>
          </w:tcPr>
          <w:p w14:paraId="567731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A student writes about Volatile memory. Which statement would be correct?</w:t>
            </w:r>
          </w:p>
          <w:p w14:paraId="35A9B47A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that loses its contents when power is switched off</w:t>
            </w:r>
          </w:p>
          <w:p w14:paraId="4A7D7DB1" w14:textId="77777777" w:rsidR="004C6ABD" w:rsidRDefault="00F35368">
            <w:pPr>
              <w:pStyle w:val="OptionLine"/>
            </w:pPr>
            <w:r>
              <w:rPr>
                <w:sz w:val="16"/>
              </w:rPr>
              <w:t>B. 1,000 bytes in OCR decimal storage units</w:t>
            </w:r>
          </w:p>
          <w:p w14:paraId="4B4BD32E" w14:textId="77777777" w:rsidR="004C6ABD" w:rsidRDefault="00F35368">
            <w:pPr>
              <w:pStyle w:val="OptionLine"/>
            </w:pPr>
            <w:r>
              <w:rPr>
                <w:sz w:val="16"/>
              </w:rPr>
              <w:t>C. a base-10 number system using the digits 0 to 9</w:t>
            </w:r>
          </w:p>
          <w:p w14:paraId="36F16A6C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easy a storage device is to carry and use in different places</w:t>
            </w:r>
          </w:p>
          <w:p w14:paraId="668C7B7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66A447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What is the 8-bit binary form of denary 200?</w:t>
            </w:r>
          </w:p>
          <w:p w14:paraId="25D1BC89" w14:textId="77777777" w:rsidR="004C6ABD" w:rsidRDefault="00F35368">
            <w:pPr>
              <w:pStyle w:val="OptionLine"/>
            </w:pPr>
            <w:r>
              <w:rPr>
                <w:sz w:val="16"/>
              </w:rPr>
              <w:t>A. 10101000</w:t>
            </w:r>
          </w:p>
          <w:p w14:paraId="7A3AA0CB" w14:textId="77777777" w:rsidR="004C6ABD" w:rsidRDefault="00F35368">
            <w:pPr>
              <w:pStyle w:val="OptionLine"/>
            </w:pPr>
            <w:r>
              <w:rPr>
                <w:sz w:val="16"/>
              </w:rPr>
              <w:t>B. 11010000</w:t>
            </w:r>
          </w:p>
          <w:p w14:paraId="36378176" w14:textId="77777777" w:rsidR="004C6ABD" w:rsidRDefault="00F35368">
            <w:pPr>
              <w:pStyle w:val="OptionLine"/>
            </w:pPr>
            <w:r>
              <w:rPr>
                <w:sz w:val="16"/>
              </w:rPr>
              <w:t>C. 11100010</w:t>
            </w:r>
          </w:p>
          <w:p w14:paraId="0A6E4D22" w14:textId="77777777" w:rsidR="004C6ABD" w:rsidRDefault="00F35368">
            <w:pPr>
              <w:pStyle w:val="OptionLine"/>
            </w:pPr>
            <w:r>
              <w:rPr>
                <w:sz w:val="16"/>
              </w:rPr>
              <w:t>D. 11001000</w:t>
            </w:r>
          </w:p>
          <w:p w14:paraId="4491CCD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AE1D29D" w14:textId="77777777">
        <w:trPr>
          <w:cantSplit/>
          <w:jc w:val="center"/>
        </w:trPr>
        <w:tc>
          <w:tcPr>
            <w:tcW w:w="5112" w:type="dxa"/>
          </w:tcPr>
          <w:p w14:paraId="6032DD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description correctly matches Byte?</w:t>
            </w:r>
          </w:p>
          <w:p w14:paraId="1A6D3970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caused when a binary result is too large for the available number of bits</w:t>
            </w:r>
          </w:p>
          <w:p w14:paraId="6B415042" w14:textId="77777777" w:rsidR="004C6ABD" w:rsidRDefault="00F35368">
            <w:pPr>
              <w:pStyle w:val="OptionLine"/>
            </w:pPr>
            <w:r>
              <w:rPr>
                <w:sz w:val="16"/>
              </w:rPr>
              <w:t>B. moving bits right, usually dividing an unsigned binary number by 2 for each shift</w:t>
            </w:r>
          </w:p>
          <w:p w14:paraId="43B0D442" w14:textId="77777777" w:rsidR="004C6ABD" w:rsidRDefault="00F35368">
            <w:pPr>
              <w:pStyle w:val="OptionLine"/>
            </w:pPr>
            <w:r>
              <w:rPr>
                <w:sz w:val="16"/>
              </w:rPr>
              <w:t>C. part of secondary storage used as extra memory when RAM is full</w:t>
            </w:r>
          </w:p>
          <w:p w14:paraId="71CBD18C" w14:textId="77777777" w:rsidR="004C6ABD" w:rsidRDefault="00F35368">
            <w:pPr>
              <w:pStyle w:val="OptionLine"/>
            </w:pPr>
            <w:r>
              <w:rPr>
                <w:sz w:val="16"/>
              </w:rPr>
              <w:t>D. a group of 8 bits</w:t>
            </w:r>
          </w:p>
          <w:p w14:paraId="3332E57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298E40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A student writes about Character set. Which statement would be correct?</w:t>
            </w:r>
          </w:p>
          <w:p w14:paraId="7E70174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number of bits available to store each audio sample</w:t>
            </w:r>
          </w:p>
          <w:p w14:paraId="2D394CD1" w14:textId="77777777" w:rsidR="004C6ABD" w:rsidRDefault="00F35368">
            <w:pPr>
              <w:pStyle w:val="OptionLine"/>
            </w:pPr>
            <w:r>
              <w:rPr>
                <w:sz w:val="16"/>
              </w:rPr>
              <w:t>B. moving bits left, usually multiplying an unsigned binary number by 2 for each shift</w:t>
            </w:r>
          </w:p>
          <w:p w14:paraId="0A44C1ED" w14:textId="77777777" w:rsidR="004C6ABD" w:rsidRDefault="00F35368">
            <w:pPr>
              <w:pStyle w:val="OptionLine"/>
            </w:pPr>
            <w:r>
              <w:rPr>
                <w:sz w:val="16"/>
              </w:rPr>
              <w:t>C. a portable solid-state storage device</w:t>
            </w:r>
          </w:p>
          <w:p w14:paraId="0AD045F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list of characters a computer can represent using binary codes</w:t>
            </w:r>
          </w:p>
          <w:p w14:paraId="7318D64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B1104E0" w14:textId="77777777">
        <w:trPr>
          <w:cantSplit/>
          <w:jc w:val="center"/>
        </w:trPr>
        <w:tc>
          <w:tcPr>
            <w:tcW w:w="5112" w:type="dxa"/>
          </w:tcPr>
          <w:p w14:paraId="6459A31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description correctly matches Compression?</w:t>
            </w:r>
          </w:p>
          <w:p w14:paraId="5DD2327F" w14:textId="77777777" w:rsidR="004C6ABD" w:rsidRDefault="00F35368">
            <w:pPr>
              <w:pStyle w:val="OptionLine"/>
            </w:pPr>
            <w:r>
              <w:rPr>
                <w:sz w:val="16"/>
              </w:rPr>
              <w:t>A. a group of 8 bits</w:t>
            </w:r>
          </w:p>
          <w:p w14:paraId="63E8121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process of reducing file size</w:t>
            </w:r>
          </w:p>
          <w:p w14:paraId="590BFCE3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that keeps its contents when power is switched off</w:t>
            </w:r>
          </w:p>
          <w:p w14:paraId="3BF17133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lossless method that replaces repeated patterns with shorter references</w:t>
            </w:r>
          </w:p>
          <w:p w14:paraId="389078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95CA80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factor most directly affects the size of a bitmap image?</w:t>
            </w:r>
          </w:p>
          <w:p w14:paraId="12A811C8" w14:textId="77777777" w:rsidR="004C6ABD" w:rsidRDefault="00F35368">
            <w:pPr>
              <w:pStyle w:val="OptionLine"/>
            </w:pPr>
            <w:r>
              <w:rPr>
                <w:sz w:val="16"/>
              </w:rPr>
              <w:t>A. Username and password</w:t>
            </w:r>
          </w:p>
          <w:p w14:paraId="54BEE053" w14:textId="77777777" w:rsidR="004C6ABD" w:rsidRDefault="00F35368">
            <w:pPr>
              <w:pStyle w:val="OptionLine"/>
            </w:pPr>
            <w:r>
              <w:rPr>
                <w:sz w:val="16"/>
              </w:rPr>
              <w:t>B. DNS and IP address</w:t>
            </w:r>
          </w:p>
          <w:p w14:paraId="39B0B29C" w14:textId="77777777" w:rsidR="004C6ABD" w:rsidRDefault="00F35368">
            <w:pPr>
              <w:pStyle w:val="OptionLine"/>
            </w:pPr>
            <w:r>
              <w:rPr>
                <w:sz w:val="16"/>
              </w:rPr>
              <w:t>C. Resolution and colour depth</w:t>
            </w:r>
          </w:p>
          <w:p w14:paraId="4AC0D813" w14:textId="77777777" w:rsidR="004C6ABD" w:rsidRDefault="00F35368">
            <w:pPr>
              <w:pStyle w:val="OptionLine"/>
            </w:pPr>
            <w:r>
              <w:rPr>
                <w:sz w:val="16"/>
              </w:rPr>
              <w:t>D. Clock speed and number of cores</w:t>
            </w:r>
          </w:p>
          <w:p w14:paraId="632E1CB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B8740B3" w14:textId="77777777">
        <w:trPr>
          <w:cantSplit/>
          <w:jc w:val="center"/>
        </w:trPr>
        <w:tc>
          <w:tcPr>
            <w:tcW w:w="5112" w:type="dxa"/>
          </w:tcPr>
          <w:p w14:paraId="56F5088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student writes about Lossy compression. Which statement would be correct?</w:t>
            </w:r>
          </w:p>
          <w:p w14:paraId="1153EB8C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likely a device is to store and retrieve data without failure</w:t>
            </w:r>
          </w:p>
          <w:p w14:paraId="5B80138E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with no moving parts that uses flash memory</w:t>
            </w:r>
          </w:p>
          <w:p w14:paraId="5B7B032E" w14:textId="77777777" w:rsidR="004C6ABD" w:rsidRDefault="00F35368">
            <w:pPr>
              <w:pStyle w:val="OptionLine"/>
            </w:pPr>
            <w:r>
              <w:rPr>
                <w:sz w:val="16"/>
              </w:rPr>
              <w:t>C. part of secondary storage used as extra memory when RAM is full</w:t>
            </w:r>
          </w:p>
          <w:p w14:paraId="1935D853" w14:textId="77777777" w:rsidR="004C6ABD" w:rsidRDefault="00F35368">
            <w:pPr>
              <w:pStyle w:val="OptionLine"/>
            </w:pPr>
            <w:r>
              <w:rPr>
                <w:sz w:val="16"/>
              </w:rPr>
              <w:t>D. compression that reduces file size by permanently removing some data</w:t>
            </w:r>
          </w:p>
          <w:p w14:paraId="41B8AF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5229F8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student writes about Portability. Which statement would be correct?</w:t>
            </w:r>
          </w:p>
          <w:p w14:paraId="7C4F26DA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caused when a binary result is too large for the available number of bits</w:t>
            </w:r>
          </w:p>
          <w:p w14:paraId="03928278" w14:textId="77777777" w:rsidR="004C6ABD" w:rsidRDefault="00F35368">
            <w:pPr>
              <w:pStyle w:val="OptionLine"/>
            </w:pPr>
            <w:r>
              <w:rPr>
                <w:sz w:val="16"/>
              </w:rPr>
              <w:t>B. how easy a storage device is to carry and use in different places</w:t>
            </w:r>
          </w:p>
          <w:p w14:paraId="26A3E014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provided on remote servers accessed over a network</w:t>
            </w:r>
          </w:p>
          <w:p w14:paraId="77D838BA" w14:textId="77777777" w:rsidR="004C6ABD" w:rsidRDefault="00F35368">
            <w:pPr>
              <w:pStyle w:val="OptionLine"/>
            </w:pPr>
            <w:r>
              <w:rPr>
                <w:sz w:val="16"/>
              </w:rPr>
              <w:t>D. volatile primary storage that holds programs and data currently in use</w:t>
            </w:r>
          </w:p>
          <w:p w14:paraId="3D05332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DD0F071" w14:textId="77777777">
        <w:trPr>
          <w:cantSplit/>
          <w:jc w:val="center"/>
        </w:trPr>
        <w:tc>
          <w:tcPr>
            <w:tcW w:w="5112" w:type="dxa"/>
          </w:tcPr>
          <w:p w14:paraId="5EC9BFF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A student writes about Image resolution. Which statement would be correct?</w:t>
            </w:r>
          </w:p>
          <w:p w14:paraId="7CD6FFC8" w14:textId="77777777" w:rsidR="004C6ABD" w:rsidRDefault="00F35368">
            <w:pPr>
              <w:pStyle w:val="OptionLine"/>
            </w:pPr>
            <w:r>
              <w:rPr>
                <w:sz w:val="16"/>
              </w:rPr>
              <w:t>A. 1,000 kilobytes in OCR decimal storage units</w:t>
            </w:r>
          </w:p>
          <w:p w14:paraId="5F1FA8AB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number of pixels in an image, often width by height</w:t>
            </w:r>
          </w:p>
          <w:p w14:paraId="5C96A2A1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that uses lasers to read and write data on discs</w:t>
            </w:r>
          </w:p>
          <w:p w14:paraId="19E9D3A8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likely a device is to store and retrieve data without failure</w:t>
            </w:r>
          </w:p>
          <w:p w14:paraId="3A698D5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E608DC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Colour depth?</w:t>
            </w:r>
          </w:p>
          <w:p w14:paraId="592D2F6A" w14:textId="77777777" w:rsidR="004C6ABD" w:rsidRDefault="00F35368">
            <w:pPr>
              <w:pStyle w:val="OptionLine"/>
            </w:pPr>
            <w:r>
              <w:rPr>
                <w:sz w:val="16"/>
              </w:rPr>
              <w:t>A. a group of 4 bits</w:t>
            </w:r>
          </w:p>
          <w:p w14:paraId="3580E108" w14:textId="77777777" w:rsidR="004C6ABD" w:rsidRDefault="00F35368">
            <w:pPr>
              <w:pStyle w:val="OptionLine"/>
            </w:pPr>
            <w:r>
              <w:rPr>
                <w:sz w:val="16"/>
              </w:rPr>
              <w:t>B. how well a device can withstand damage or wear</w:t>
            </w:r>
          </w:p>
          <w:p w14:paraId="2C45BC7C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likely a device is to store and retrieve data without failure</w:t>
            </w:r>
          </w:p>
          <w:p w14:paraId="0A5CACF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number of bits used to store the colour of each pixel</w:t>
            </w:r>
          </w:p>
          <w:p w14:paraId="2063C03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0C162E" w14:textId="77777777">
        <w:trPr>
          <w:cantSplit/>
          <w:jc w:val="center"/>
        </w:trPr>
        <w:tc>
          <w:tcPr>
            <w:tcW w:w="5112" w:type="dxa"/>
          </w:tcPr>
          <w:p w14:paraId="43A4F45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term best matches this description: an error caused when a binary result is too large for the available number of bits</w:t>
            </w:r>
          </w:p>
          <w:p w14:paraId="2A3DBC64" w14:textId="77777777" w:rsidR="004C6ABD" w:rsidRDefault="00F35368">
            <w:pPr>
              <w:pStyle w:val="OptionLine"/>
            </w:pPr>
            <w:r>
              <w:rPr>
                <w:sz w:val="16"/>
              </w:rPr>
              <w:t>A. Solid-state drive</w:t>
            </w:r>
          </w:p>
          <w:p w14:paraId="1D711090" w14:textId="77777777" w:rsidR="004C6ABD" w:rsidRDefault="00F35368">
            <w:pPr>
              <w:pStyle w:val="OptionLine"/>
            </w:pPr>
            <w:r>
              <w:rPr>
                <w:sz w:val="16"/>
              </w:rPr>
              <w:t>B. Image resolution</w:t>
            </w:r>
          </w:p>
          <w:p w14:paraId="15951BB0" w14:textId="77777777" w:rsidR="004C6ABD" w:rsidRDefault="00F35368">
            <w:pPr>
              <w:pStyle w:val="OptionLine"/>
            </w:pPr>
            <w:r>
              <w:rPr>
                <w:sz w:val="16"/>
              </w:rPr>
              <w:t>C. Reliability</w:t>
            </w:r>
          </w:p>
          <w:p w14:paraId="1453EB55" w14:textId="77777777" w:rsidR="004C6ABD" w:rsidRDefault="00F35368">
            <w:pPr>
              <w:pStyle w:val="OptionLine"/>
            </w:pPr>
            <w:r>
              <w:rPr>
                <w:sz w:val="16"/>
              </w:rPr>
              <w:t>D. Overflow error</w:t>
            </w:r>
          </w:p>
          <w:p w14:paraId="7277DE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BAACD1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1,000 kilobytes in OCR decimal storage units</w:t>
            </w:r>
          </w:p>
          <w:p w14:paraId="628ABFCC" w14:textId="77777777" w:rsidR="004C6ABD" w:rsidRDefault="00F35368">
            <w:pPr>
              <w:pStyle w:val="OptionLine"/>
            </w:pPr>
            <w:r>
              <w:rPr>
                <w:sz w:val="16"/>
              </w:rPr>
              <w:t>A. Cloud storage</w:t>
            </w:r>
          </w:p>
          <w:p w14:paraId="7FECEA38" w14:textId="77777777" w:rsidR="004C6ABD" w:rsidRDefault="00F35368">
            <w:pPr>
              <w:pStyle w:val="OptionLine"/>
            </w:pPr>
            <w:r>
              <w:rPr>
                <w:sz w:val="16"/>
              </w:rPr>
              <w:t>B. Optical storage</w:t>
            </w:r>
          </w:p>
          <w:p w14:paraId="3EE262E0" w14:textId="77777777" w:rsidR="004C6ABD" w:rsidRDefault="00F35368">
            <w:pPr>
              <w:pStyle w:val="OptionLine"/>
            </w:pPr>
            <w:r>
              <w:rPr>
                <w:sz w:val="16"/>
              </w:rPr>
              <w:t>C. Megabyte</w:t>
            </w:r>
          </w:p>
          <w:p w14:paraId="0DF80105" w14:textId="77777777" w:rsidR="004C6ABD" w:rsidRDefault="00F35368">
            <w:pPr>
              <w:pStyle w:val="OptionLine"/>
            </w:pPr>
            <w:r>
              <w:rPr>
                <w:sz w:val="16"/>
              </w:rPr>
              <w:t>D. ASCII</w:t>
            </w:r>
          </w:p>
          <w:p w14:paraId="7E4BE7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BC87EDC" w14:textId="77777777">
        <w:trPr>
          <w:cantSplit/>
          <w:jc w:val="center"/>
        </w:trPr>
        <w:tc>
          <w:tcPr>
            <w:tcW w:w="5112" w:type="dxa"/>
          </w:tcPr>
          <w:p w14:paraId="07BBC26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A student writes about Metadata. Which statement would be correct?</w:t>
            </w:r>
          </w:p>
          <w:p w14:paraId="491D74CF" w14:textId="77777777" w:rsidR="004C6ABD" w:rsidRDefault="00F35368">
            <w:pPr>
              <w:pStyle w:val="OptionLine"/>
            </w:pPr>
            <w:r>
              <w:rPr>
                <w:sz w:val="16"/>
              </w:rPr>
              <w:t>A. additional data stored about a file, such as image height and width</w:t>
            </w:r>
          </w:p>
          <w:p w14:paraId="0A16F40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list of characters a computer can represent using binary codes</w:t>
            </w:r>
          </w:p>
          <w:p w14:paraId="2D9D822C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 that reduces file size without losing original data</w:t>
            </w:r>
          </w:p>
          <w:p w14:paraId="0E979799" w14:textId="77777777" w:rsidR="004C6ABD" w:rsidRDefault="00F35368">
            <w:pPr>
              <w:pStyle w:val="OptionLine"/>
            </w:pPr>
            <w:r>
              <w:rPr>
                <w:sz w:val="16"/>
              </w:rPr>
              <w:t>D. memory that loses its contents when power is switched off</w:t>
            </w:r>
          </w:p>
          <w:p w14:paraId="689F723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7EE8E1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Primary storage?</w:t>
            </w:r>
          </w:p>
          <w:p w14:paraId="25CCD7FA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directly accessible by the CPU, usually including RAM and ROM</w:t>
            </w:r>
          </w:p>
          <w:p w14:paraId="3E865555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that uses lasers to read and write data on discs</w:t>
            </w:r>
          </w:p>
          <w:p w14:paraId="42846A9B" w14:textId="77777777" w:rsidR="004C6ABD" w:rsidRDefault="00F35368">
            <w:pPr>
              <w:pStyle w:val="OptionLine"/>
            </w:pPr>
            <w:r>
              <w:rPr>
                <w:sz w:val="16"/>
              </w:rPr>
              <w:t>C. 1,000 megabytes in OCR decimal storage units</w:t>
            </w:r>
          </w:p>
          <w:p w14:paraId="6CFA9625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storage with no moving parts that uses flash memory</w:t>
            </w:r>
          </w:p>
          <w:p w14:paraId="645F017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BBFAFC" w14:textId="77777777">
        <w:trPr>
          <w:cantSplit/>
          <w:jc w:val="center"/>
        </w:trPr>
        <w:tc>
          <w:tcPr>
            <w:tcW w:w="5112" w:type="dxa"/>
          </w:tcPr>
          <w:p w14:paraId="45B79A1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14. What is the denary value of binary 00101101?</w:t>
            </w:r>
          </w:p>
          <w:p w14:paraId="2F9F0181" w14:textId="77777777" w:rsidR="004C6ABD" w:rsidRDefault="00F35368">
            <w:pPr>
              <w:pStyle w:val="OptionLine"/>
            </w:pPr>
            <w:r>
              <w:rPr>
                <w:sz w:val="16"/>
              </w:rPr>
              <w:t>A. 45</w:t>
            </w:r>
          </w:p>
          <w:p w14:paraId="02097E98" w14:textId="77777777" w:rsidR="004C6ABD" w:rsidRDefault="00F35368">
            <w:pPr>
              <w:pStyle w:val="OptionLine"/>
            </w:pPr>
            <w:r>
              <w:rPr>
                <w:sz w:val="16"/>
              </w:rPr>
              <w:t>B. 46</w:t>
            </w:r>
          </w:p>
          <w:p w14:paraId="414A40B2" w14:textId="77777777" w:rsidR="004C6ABD" w:rsidRDefault="00F35368">
            <w:pPr>
              <w:pStyle w:val="OptionLine"/>
            </w:pPr>
            <w:r>
              <w:rPr>
                <w:sz w:val="16"/>
              </w:rPr>
              <w:t>C. 44</w:t>
            </w:r>
          </w:p>
          <w:p w14:paraId="58A0BE56" w14:textId="77777777" w:rsidR="004C6ABD" w:rsidRDefault="00F35368">
            <w:pPr>
              <w:pStyle w:val="OptionLine"/>
            </w:pPr>
            <w:r>
              <w:rPr>
                <w:sz w:val="16"/>
              </w:rPr>
              <w:t>D. 90</w:t>
            </w:r>
          </w:p>
          <w:p w14:paraId="29B2D9A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D5407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description correctly matches RAM?</w:t>
            </w:r>
          </w:p>
          <w:p w14:paraId="2BABBA74" w14:textId="77777777" w:rsidR="004C6ABD" w:rsidRDefault="00F35368">
            <w:pPr>
              <w:pStyle w:val="OptionLine"/>
            </w:pPr>
            <w:r>
              <w:rPr>
                <w:sz w:val="16"/>
              </w:rPr>
              <w:t>A. 1,000 megabytes in OCR decimal storage units</w:t>
            </w:r>
          </w:p>
          <w:p w14:paraId="761CC00A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list of characters a computer can represent using binary codes</w:t>
            </w:r>
          </w:p>
          <w:p w14:paraId="48003FE9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that keeps its contents when power is switched off</w:t>
            </w:r>
          </w:p>
          <w:p w14:paraId="4CA0A649" w14:textId="77777777" w:rsidR="004C6ABD" w:rsidRDefault="00F35368">
            <w:pPr>
              <w:pStyle w:val="OptionLine"/>
            </w:pPr>
            <w:r>
              <w:rPr>
                <w:sz w:val="16"/>
              </w:rPr>
              <w:t>D. volatile primary storage that holds programs and data currently in use</w:t>
            </w:r>
          </w:p>
          <w:p w14:paraId="4A1813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29E04EB" w14:textId="77777777">
        <w:trPr>
          <w:cantSplit/>
          <w:jc w:val="center"/>
        </w:trPr>
        <w:tc>
          <w:tcPr>
            <w:tcW w:w="5112" w:type="dxa"/>
          </w:tcPr>
          <w:p w14:paraId="7E985DC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A student writes about ROM. Which statement would be correct?</w:t>
            </w:r>
          </w:p>
          <w:p w14:paraId="36527907" w14:textId="77777777" w:rsidR="004C6ABD" w:rsidRDefault="00F35368">
            <w:pPr>
              <w:pStyle w:val="OptionLine"/>
            </w:pPr>
            <w:r>
              <w:rPr>
                <w:sz w:val="16"/>
              </w:rPr>
              <w:t>A. compression that reduces file size by permanently removing some data</w:t>
            </w:r>
          </w:p>
          <w:p w14:paraId="14F9E460" w14:textId="77777777" w:rsidR="004C6ABD" w:rsidRDefault="00F35368">
            <w:pPr>
              <w:pStyle w:val="OptionLine"/>
            </w:pPr>
            <w:r>
              <w:rPr>
                <w:sz w:val="16"/>
              </w:rPr>
              <w:t>B. non-volatile primary storage that stores instructions needed to start the computer</w:t>
            </w:r>
          </w:p>
          <w:p w14:paraId="51BB00C1" w14:textId="77777777" w:rsidR="004C6ABD" w:rsidRDefault="00F35368">
            <w:pPr>
              <w:pStyle w:val="OptionLine"/>
            </w:pPr>
            <w:r>
              <w:rPr>
                <w:sz w:val="16"/>
              </w:rPr>
              <w:t>C. moving bits left, usually multiplying an unsigned binary number by 2 for each shift</w:t>
            </w:r>
          </w:p>
          <w:p w14:paraId="0E18C9B4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storage that keeps its contents when power is switched off</w:t>
            </w:r>
          </w:p>
          <w:p w14:paraId="67FEACD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039CBF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description correctly matches Solid-state drive?</w:t>
            </w:r>
          </w:p>
          <w:p w14:paraId="34536381" w14:textId="77777777" w:rsidR="004C6ABD" w:rsidRDefault="00F35368">
            <w:pPr>
              <w:pStyle w:val="OptionLine"/>
            </w:pPr>
            <w:r>
              <w:rPr>
                <w:sz w:val="16"/>
              </w:rPr>
              <w:t>A. a fast storage device using flash memory and no moving parts</w:t>
            </w:r>
          </w:p>
          <w:p w14:paraId="7E1D2759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length of an audio file in seconds</w:t>
            </w:r>
          </w:p>
          <w:p w14:paraId="3F7B7938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with no moving parts that uses flash memory</w:t>
            </w:r>
          </w:p>
          <w:p w14:paraId="7EE624CB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bit with the lowest place value in a binary number</w:t>
            </w:r>
          </w:p>
          <w:p w14:paraId="5E1E7C9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7A4D460" w14:textId="77777777">
        <w:trPr>
          <w:cantSplit/>
          <w:jc w:val="center"/>
        </w:trPr>
        <w:tc>
          <w:tcPr>
            <w:tcW w:w="5112" w:type="dxa"/>
          </w:tcPr>
          <w:p w14:paraId="132F8C5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Least significant bit. Which statement would be correct?</w:t>
            </w:r>
          </w:p>
          <w:p w14:paraId="22274E01" w14:textId="77777777" w:rsidR="004C6ABD" w:rsidRDefault="00F35368">
            <w:pPr>
              <w:pStyle w:val="OptionLine"/>
            </w:pPr>
            <w:r>
              <w:rPr>
                <w:sz w:val="16"/>
              </w:rPr>
              <w:t>A. 1,000 bytes in OCR decimal storage units</w:t>
            </w:r>
          </w:p>
          <w:p w14:paraId="58E84DE2" w14:textId="77777777" w:rsidR="004C6ABD" w:rsidRDefault="00F35368">
            <w:pPr>
              <w:pStyle w:val="OptionLine"/>
            </w:pPr>
            <w:r>
              <w:rPr>
                <w:sz w:val="16"/>
              </w:rPr>
              <w:t>B. one small dot of colour in a bitmap image</w:t>
            </w:r>
          </w:p>
          <w:p w14:paraId="6300C8EA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bit with the lowest place value in a binary number</w:t>
            </w:r>
          </w:p>
          <w:p w14:paraId="3028B5D7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storage that uses lasers to read and write data on discs</w:t>
            </w:r>
          </w:p>
          <w:p w14:paraId="24D4C4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174393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a base-10 number system using the digits 0 to 9</w:t>
            </w:r>
          </w:p>
          <w:p w14:paraId="32C2F088" w14:textId="77777777" w:rsidR="004C6ABD" w:rsidRDefault="00F35368">
            <w:pPr>
              <w:pStyle w:val="OptionLine"/>
            </w:pPr>
            <w:r>
              <w:rPr>
                <w:sz w:val="16"/>
              </w:rPr>
              <w:t>A. Denary</w:t>
            </w:r>
          </w:p>
          <w:p w14:paraId="7B92622D" w14:textId="77777777" w:rsidR="004C6ABD" w:rsidRDefault="00F35368">
            <w:pPr>
              <w:pStyle w:val="OptionLine"/>
            </w:pPr>
            <w:r>
              <w:rPr>
                <w:sz w:val="16"/>
              </w:rPr>
              <w:t>B. USB flash drive</w:t>
            </w:r>
          </w:p>
          <w:p w14:paraId="39CD5135" w14:textId="77777777" w:rsidR="004C6ABD" w:rsidRDefault="00F35368">
            <w:pPr>
              <w:pStyle w:val="OptionLine"/>
            </w:pPr>
            <w:r>
              <w:rPr>
                <w:sz w:val="16"/>
              </w:rPr>
              <w:t>C. Colour depth</w:t>
            </w:r>
          </w:p>
          <w:p w14:paraId="14B137A5" w14:textId="77777777" w:rsidR="004C6ABD" w:rsidRDefault="00F35368">
            <w:pPr>
              <w:pStyle w:val="OptionLine"/>
            </w:pPr>
            <w:r>
              <w:rPr>
                <w:sz w:val="16"/>
              </w:rPr>
              <w:t>D. Lossless compression</w:t>
            </w:r>
          </w:p>
          <w:p w14:paraId="6DB0832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6148E44" w14:textId="77777777">
        <w:trPr>
          <w:cantSplit/>
          <w:jc w:val="center"/>
        </w:trPr>
        <w:tc>
          <w:tcPr>
            <w:tcW w:w="5112" w:type="dxa"/>
          </w:tcPr>
          <w:p w14:paraId="797432E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A student writes about Pixel. Which statement would be correct?</w:t>
            </w:r>
          </w:p>
          <w:p w14:paraId="79D295F2" w14:textId="77777777" w:rsidR="004C6ABD" w:rsidRDefault="00F35368">
            <w:pPr>
              <w:pStyle w:val="OptionLine"/>
            </w:pPr>
            <w:r>
              <w:rPr>
                <w:sz w:val="16"/>
              </w:rPr>
              <w:t>A. volatile primary storage that holds programs and data currently in use</w:t>
            </w:r>
          </w:p>
          <w:p w14:paraId="1ECF5BD4" w14:textId="77777777" w:rsidR="004C6ABD" w:rsidRDefault="00F35368">
            <w:pPr>
              <w:pStyle w:val="OptionLine"/>
            </w:pPr>
            <w:r>
              <w:rPr>
                <w:sz w:val="16"/>
              </w:rPr>
              <w:t>B. moving bits left, usually multiplying an unsigned binary number by 2 for each shift</w:t>
            </w:r>
          </w:p>
          <w:p w14:paraId="140291AF" w14:textId="77777777" w:rsidR="004C6ABD" w:rsidRDefault="00F35368">
            <w:pPr>
              <w:pStyle w:val="OptionLine"/>
            </w:pPr>
            <w:r>
              <w:rPr>
                <w:sz w:val="16"/>
              </w:rPr>
              <w:t>C. a base-2 number system using the digits 0 and 1</w:t>
            </w:r>
          </w:p>
          <w:p w14:paraId="419BACDB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small dot of colour in a bitmap image</w:t>
            </w:r>
          </w:p>
          <w:p w14:paraId="0C4335F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978EC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volatile primary storage that holds programs and data currently in use</w:t>
            </w:r>
          </w:p>
          <w:p w14:paraId="7F1B08BF" w14:textId="77777777" w:rsidR="004C6ABD" w:rsidRDefault="00F35368">
            <w:pPr>
              <w:pStyle w:val="OptionLine"/>
            </w:pPr>
            <w:r>
              <w:rPr>
                <w:sz w:val="16"/>
              </w:rPr>
              <w:t>A. Cloud storage</w:t>
            </w:r>
          </w:p>
          <w:p w14:paraId="4B2B77EE" w14:textId="77777777" w:rsidR="004C6ABD" w:rsidRDefault="00F35368">
            <w:pPr>
              <w:pStyle w:val="OptionLine"/>
            </w:pPr>
            <w:r>
              <w:rPr>
                <w:sz w:val="16"/>
              </w:rPr>
              <w:t>B. Run-length encoding</w:t>
            </w:r>
          </w:p>
          <w:p w14:paraId="5DA4B8B4" w14:textId="77777777" w:rsidR="004C6ABD" w:rsidRDefault="00F35368">
            <w:pPr>
              <w:pStyle w:val="OptionLine"/>
            </w:pPr>
            <w:r>
              <w:rPr>
                <w:sz w:val="16"/>
              </w:rPr>
              <w:t>C. RAM</w:t>
            </w:r>
          </w:p>
          <w:p w14:paraId="134ECA07" w14:textId="77777777" w:rsidR="004C6ABD" w:rsidRDefault="00F35368">
            <w:pPr>
              <w:pStyle w:val="OptionLine"/>
            </w:pPr>
            <w:r>
              <w:rPr>
                <w:sz w:val="16"/>
              </w:rPr>
              <w:t>D. Pixel</w:t>
            </w:r>
          </w:p>
          <w:p w14:paraId="50A932F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7069B09" w14:textId="77777777">
        <w:trPr>
          <w:cantSplit/>
          <w:jc w:val="center"/>
        </w:trPr>
        <w:tc>
          <w:tcPr>
            <w:tcW w:w="5112" w:type="dxa"/>
          </w:tcPr>
          <w:p w14:paraId="5DA26F1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term best matches this description: a lossless method that stores repeated runs of the same data more efficiently</w:t>
            </w:r>
          </w:p>
          <w:p w14:paraId="3B8C9B86" w14:textId="77777777" w:rsidR="004C6ABD" w:rsidRDefault="00F35368">
            <w:pPr>
              <w:pStyle w:val="OptionLine"/>
            </w:pPr>
            <w:r>
              <w:rPr>
                <w:sz w:val="16"/>
              </w:rPr>
              <w:t>A. Solid-state drive</w:t>
            </w:r>
          </w:p>
          <w:p w14:paraId="1C37392D" w14:textId="77777777" w:rsidR="004C6ABD" w:rsidRDefault="00F35368">
            <w:pPr>
              <w:pStyle w:val="OptionLine"/>
            </w:pPr>
            <w:r>
              <w:rPr>
                <w:sz w:val="16"/>
              </w:rPr>
              <w:t>B. Run-length encoding</w:t>
            </w:r>
          </w:p>
          <w:p w14:paraId="0D99307E" w14:textId="77777777" w:rsidR="004C6ABD" w:rsidRDefault="00F35368">
            <w:pPr>
              <w:pStyle w:val="OptionLine"/>
            </w:pPr>
            <w:r>
              <w:rPr>
                <w:sz w:val="16"/>
              </w:rPr>
              <w:t>C. Kilobyte</w:t>
            </w:r>
          </w:p>
          <w:p w14:paraId="48E60DA4" w14:textId="77777777" w:rsidR="004C6ABD" w:rsidRDefault="00F35368">
            <w:pPr>
              <w:pStyle w:val="OptionLine"/>
            </w:pPr>
            <w:r>
              <w:rPr>
                <w:sz w:val="16"/>
              </w:rPr>
              <w:t>D. Overflow error</w:t>
            </w:r>
          </w:p>
          <w:p w14:paraId="3CA62B7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DDD3FE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term best matches this description: part of secondary storage used as extra memory when RAM is full</w:t>
            </w:r>
          </w:p>
          <w:p w14:paraId="3BE86C90" w14:textId="77777777" w:rsidR="004C6ABD" w:rsidRDefault="00F35368">
            <w:pPr>
              <w:pStyle w:val="OptionLine"/>
            </w:pPr>
            <w:r>
              <w:rPr>
                <w:sz w:val="16"/>
              </w:rPr>
              <w:t>A. Megabyte</w:t>
            </w:r>
          </w:p>
          <w:p w14:paraId="5E999146" w14:textId="77777777" w:rsidR="004C6ABD" w:rsidRDefault="00F35368">
            <w:pPr>
              <w:pStyle w:val="OptionLine"/>
            </w:pPr>
            <w:r>
              <w:rPr>
                <w:sz w:val="16"/>
              </w:rPr>
              <w:t>B. Virtual memory</w:t>
            </w:r>
          </w:p>
          <w:p w14:paraId="446716C7" w14:textId="77777777" w:rsidR="004C6ABD" w:rsidRDefault="00F35368">
            <w:pPr>
              <w:pStyle w:val="OptionLine"/>
            </w:pPr>
            <w:r>
              <w:rPr>
                <w:sz w:val="16"/>
              </w:rPr>
              <w:t>C. Solid-state storage</w:t>
            </w:r>
          </w:p>
          <w:p w14:paraId="41E19CCC" w14:textId="77777777" w:rsidR="004C6ABD" w:rsidRDefault="00F35368">
            <w:pPr>
              <w:pStyle w:val="OptionLine"/>
            </w:pPr>
            <w:r>
              <w:rPr>
                <w:sz w:val="16"/>
              </w:rPr>
              <w:t>D. Reliability</w:t>
            </w:r>
          </w:p>
          <w:p w14:paraId="0749030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80A172C" w14:textId="77777777">
        <w:trPr>
          <w:cantSplit/>
          <w:jc w:val="center"/>
        </w:trPr>
        <w:tc>
          <w:tcPr>
            <w:tcW w:w="5112" w:type="dxa"/>
          </w:tcPr>
          <w:p w14:paraId="73765A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In OCR decimal storage units, how many bytes are in 1 KB?</w:t>
            </w:r>
          </w:p>
          <w:p w14:paraId="1E6E22C7" w14:textId="77777777" w:rsidR="004C6ABD" w:rsidRDefault="00F35368">
            <w:pPr>
              <w:pStyle w:val="OptionLine"/>
            </w:pPr>
            <w:r>
              <w:rPr>
                <w:sz w:val="16"/>
              </w:rPr>
              <w:t>A. 8 bytes</w:t>
            </w:r>
          </w:p>
          <w:p w14:paraId="0238E937" w14:textId="77777777" w:rsidR="004C6ABD" w:rsidRDefault="00F35368">
            <w:pPr>
              <w:pStyle w:val="OptionLine"/>
            </w:pPr>
            <w:r>
              <w:rPr>
                <w:sz w:val="16"/>
              </w:rPr>
              <w:t>B. 1,000 bytes</w:t>
            </w:r>
          </w:p>
          <w:p w14:paraId="5C5789F1" w14:textId="77777777" w:rsidR="004C6ABD" w:rsidRDefault="00F35368">
            <w:pPr>
              <w:pStyle w:val="OptionLine"/>
            </w:pPr>
            <w:r>
              <w:rPr>
                <w:sz w:val="16"/>
              </w:rPr>
              <w:t>C. 1,024 KB</w:t>
            </w:r>
          </w:p>
          <w:p w14:paraId="2553CDC7" w14:textId="77777777" w:rsidR="004C6ABD" w:rsidRDefault="00F35368">
            <w:pPr>
              <w:pStyle w:val="OptionLine"/>
            </w:pPr>
            <w:r>
              <w:rPr>
                <w:sz w:val="16"/>
              </w:rPr>
              <w:t>D. 1,000 bits</w:t>
            </w:r>
          </w:p>
          <w:p w14:paraId="1B0A130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C87BA5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a magnetic storage device with spinning platters</w:t>
            </w:r>
          </w:p>
          <w:p w14:paraId="2E03B508" w14:textId="77777777" w:rsidR="004C6ABD" w:rsidRDefault="00F35368">
            <w:pPr>
              <w:pStyle w:val="OptionLine"/>
            </w:pPr>
            <w:r>
              <w:rPr>
                <w:sz w:val="16"/>
              </w:rPr>
              <w:t>A. Duration</w:t>
            </w:r>
          </w:p>
          <w:p w14:paraId="5F44B445" w14:textId="77777777" w:rsidR="004C6ABD" w:rsidRDefault="00F35368">
            <w:pPr>
              <w:pStyle w:val="OptionLine"/>
            </w:pPr>
            <w:r>
              <w:rPr>
                <w:sz w:val="16"/>
              </w:rPr>
              <w:t>B. Hard disk drive</w:t>
            </w:r>
          </w:p>
          <w:p w14:paraId="69C49607" w14:textId="77777777" w:rsidR="004C6ABD" w:rsidRDefault="00F35368">
            <w:pPr>
              <w:pStyle w:val="OptionLine"/>
            </w:pPr>
            <w:r>
              <w:rPr>
                <w:sz w:val="16"/>
              </w:rPr>
              <w:t>C. Dictionary encoding</w:t>
            </w:r>
          </w:p>
          <w:p w14:paraId="35BC7804" w14:textId="77777777" w:rsidR="004C6ABD" w:rsidRDefault="00F35368">
            <w:pPr>
              <w:pStyle w:val="OptionLine"/>
            </w:pPr>
            <w:r>
              <w:rPr>
                <w:sz w:val="16"/>
              </w:rPr>
              <w:t>D. Kilobyte</w:t>
            </w:r>
          </w:p>
          <w:p w14:paraId="1A54F36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1DCA084" w14:textId="77777777">
        <w:trPr>
          <w:cantSplit/>
          <w:jc w:val="center"/>
        </w:trPr>
        <w:tc>
          <w:tcPr>
            <w:tcW w:w="5112" w:type="dxa"/>
          </w:tcPr>
          <w:p w14:paraId="4627D6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A student writes about Non-volatile memory. Which statement would be correct?</w:t>
            </w:r>
          </w:p>
          <w:p w14:paraId="01621B63" w14:textId="77777777" w:rsidR="004C6ABD" w:rsidRDefault="00F35368">
            <w:pPr>
              <w:pStyle w:val="OptionLine"/>
            </w:pPr>
            <w:r>
              <w:rPr>
                <w:sz w:val="16"/>
              </w:rPr>
              <w:t>A. a base-2 number system using the digits 0 and 1</w:t>
            </w:r>
          </w:p>
          <w:p w14:paraId="2BC15538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that keeps its contents when power is switched off</w:t>
            </w:r>
          </w:p>
          <w:p w14:paraId="32EF1E49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bit with the highest place value in a binary number</w:t>
            </w:r>
          </w:p>
          <w:p w14:paraId="1A69ACCD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lossless method that stores repeated runs of the same data more efficiently</w:t>
            </w:r>
          </w:p>
          <w:p w14:paraId="6317013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4974B4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the bit with the highest place value in a binary number</w:t>
            </w:r>
          </w:p>
          <w:p w14:paraId="3B30ABBB" w14:textId="77777777" w:rsidR="004C6ABD" w:rsidRDefault="00F35368">
            <w:pPr>
              <w:pStyle w:val="OptionLine"/>
            </w:pPr>
            <w:r>
              <w:rPr>
                <w:sz w:val="16"/>
              </w:rPr>
              <w:t>A. Colour depth</w:t>
            </w:r>
          </w:p>
          <w:p w14:paraId="5538E7D8" w14:textId="77777777" w:rsidR="004C6ABD" w:rsidRDefault="00F35368">
            <w:pPr>
              <w:pStyle w:val="OptionLine"/>
            </w:pPr>
            <w:r>
              <w:rPr>
                <w:sz w:val="16"/>
              </w:rPr>
              <w:t>B. Character set</w:t>
            </w:r>
          </w:p>
          <w:p w14:paraId="03232B2E" w14:textId="77777777" w:rsidR="004C6ABD" w:rsidRDefault="00F35368">
            <w:pPr>
              <w:pStyle w:val="OptionLine"/>
            </w:pPr>
            <w:r>
              <w:rPr>
                <w:sz w:val="16"/>
              </w:rPr>
              <w:t>C. Most significant bit</w:t>
            </w:r>
          </w:p>
          <w:p w14:paraId="773C31CA" w14:textId="77777777" w:rsidR="004C6ABD" w:rsidRDefault="00F35368">
            <w:pPr>
              <w:pStyle w:val="OptionLine"/>
            </w:pPr>
            <w:r>
              <w:rPr>
                <w:sz w:val="16"/>
              </w:rPr>
              <w:t>D. Compression</w:t>
            </w:r>
          </w:p>
          <w:p w14:paraId="5B4F076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