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B1C9D" w14:textId="77777777" w:rsidR="004C6ABD" w:rsidRDefault="00F35368">
      <w:pPr>
        <w:pStyle w:val="Heading1"/>
      </w:pPr>
      <w:r>
        <w:lastRenderedPageBreak/>
        <w:t>1.3 Computer networks, connections and protocols - Quiz B</w:t>
      </w:r>
    </w:p>
    <w:p w14:paraId="3185B15E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70F22036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78A2866B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13CAB93F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633162A7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06EE53CC" w14:textId="77777777">
        <w:trPr>
          <w:cantSplit/>
          <w:jc w:val="center"/>
        </w:trPr>
        <w:tc>
          <w:tcPr>
            <w:tcW w:w="5112" w:type="dxa"/>
          </w:tcPr>
          <w:p w14:paraId="0E0BAA5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term best matches this description: the TCP/IP layer that manages end-to-end communication such as TCP or UDP</w:t>
            </w:r>
          </w:p>
          <w:p w14:paraId="70927BA2" w14:textId="77777777" w:rsidR="004C6ABD" w:rsidRDefault="00F35368">
            <w:pPr>
              <w:pStyle w:val="OptionLine"/>
            </w:pPr>
            <w:r>
              <w:rPr>
                <w:sz w:val="16"/>
              </w:rPr>
              <w:t>A. Internet layer</w:t>
            </w:r>
          </w:p>
          <w:p w14:paraId="3E9DE040" w14:textId="77777777" w:rsidR="004C6ABD" w:rsidRDefault="00F35368">
            <w:pPr>
              <w:pStyle w:val="OptionLine"/>
            </w:pPr>
            <w:r>
              <w:rPr>
                <w:sz w:val="16"/>
              </w:rPr>
              <w:t>B. Encryption</w:t>
            </w:r>
          </w:p>
          <w:p w14:paraId="49B0CE64" w14:textId="77777777" w:rsidR="004C6ABD" w:rsidRDefault="00F35368">
            <w:pPr>
              <w:pStyle w:val="OptionLine"/>
            </w:pPr>
            <w:r>
              <w:rPr>
                <w:sz w:val="16"/>
              </w:rPr>
              <w:t>C. Transport layer</w:t>
            </w:r>
          </w:p>
          <w:p w14:paraId="1EEAB5AF" w14:textId="77777777" w:rsidR="004C6ABD" w:rsidRDefault="00F35368">
            <w:pPr>
              <w:pStyle w:val="OptionLine"/>
            </w:pPr>
            <w:r>
              <w:rPr>
                <w:sz w:val="16"/>
              </w:rPr>
              <w:t>D. Hosting</w:t>
            </w:r>
          </w:p>
          <w:p w14:paraId="2D48CED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D3501C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term best matches this description: remote computing or storage services accessed over a network</w:t>
            </w:r>
          </w:p>
          <w:p w14:paraId="5590FA31" w14:textId="77777777" w:rsidR="004C6ABD" w:rsidRDefault="00F35368">
            <w:pPr>
              <w:pStyle w:val="OptionLine"/>
            </w:pPr>
            <w:r>
              <w:rPr>
                <w:sz w:val="16"/>
              </w:rPr>
              <w:t>A. Router</w:t>
            </w:r>
          </w:p>
          <w:p w14:paraId="35DB02AB" w14:textId="77777777" w:rsidR="004C6ABD" w:rsidRDefault="00F35368">
            <w:pPr>
              <w:pStyle w:val="OptionLine"/>
            </w:pPr>
            <w:r>
              <w:rPr>
                <w:sz w:val="16"/>
              </w:rPr>
              <w:t>B. TCP</w:t>
            </w:r>
          </w:p>
          <w:p w14:paraId="2E021DEF" w14:textId="77777777" w:rsidR="004C6ABD" w:rsidRDefault="00F35368">
            <w:pPr>
              <w:pStyle w:val="OptionLine"/>
            </w:pPr>
            <w:r>
              <w:rPr>
                <w:sz w:val="16"/>
              </w:rPr>
              <w:t>C. Cloud</w:t>
            </w:r>
          </w:p>
          <w:p w14:paraId="22431C10" w14:textId="77777777" w:rsidR="004C6ABD" w:rsidRDefault="00F35368">
            <w:pPr>
              <w:pStyle w:val="OptionLine"/>
            </w:pPr>
            <w:r>
              <w:rPr>
                <w:sz w:val="16"/>
              </w:rPr>
              <w:t>D. Protocol</w:t>
            </w:r>
          </w:p>
          <w:p w14:paraId="03985B2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FB53D11" w14:textId="77777777">
        <w:trPr>
          <w:cantSplit/>
          <w:jc w:val="center"/>
        </w:trPr>
        <w:tc>
          <w:tcPr>
            <w:tcW w:w="5112" w:type="dxa"/>
          </w:tcPr>
          <w:p w14:paraId="00115E0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term best matches this description: a device that allows wireless devices to connect to a wired network</w:t>
            </w:r>
          </w:p>
          <w:p w14:paraId="3551E141" w14:textId="77777777" w:rsidR="004C6ABD" w:rsidRDefault="00F35368">
            <w:pPr>
              <w:pStyle w:val="OptionLine"/>
            </w:pPr>
            <w:r>
              <w:rPr>
                <w:sz w:val="16"/>
              </w:rPr>
              <w:t>A. Router</w:t>
            </w:r>
          </w:p>
          <w:p w14:paraId="213B4DDD" w14:textId="77777777" w:rsidR="004C6ABD" w:rsidRDefault="00F35368">
            <w:pPr>
              <w:pStyle w:val="OptionLine"/>
            </w:pPr>
            <w:r>
              <w:rPr>
                <w:sz w:val="16"/>
              </w:rPr>
              <w:t>B. Wireless access point</w:t>
            </w:r>
          </w:p>
          <w:p w14:paraId="7B26D0D4" w14:textId="77777777" w:rsidR="004C6ABD" w:rsidRDefault="00F35368">
            <w:pPr>
              <w:pStyle w:val="OptionLine"/>
            </w:pPr>
            <w:r>
              <w:rPr>
                <w:sz w:val="16"/>
              </w:rPr>
              <w:t>C. Switch</w:t>
            </w:r>
          </w:p>
          <w:p w14:paraId="1B26420A" w14:textId="77777777" w:rsidR="004C6ABD" w:rsidRDefault="00F35368">
            <w:pPr>
              <w:pStyle w:val="OptionLine"/>
            </w:pPr>
            <w:r>
              <w:rPr>
                <w:sz w:val="16"/>
              </w:rPr>
              <w:t>D. IMAP</w:t>
            </w:r>
          </w:p>
          <w:p w14:paraId="25C0383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A38C9B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protocol is designed for transferring files between computers?</w:t>
            </w:r>
          </w:p>
          <w:p w14:paraId="4F9EDBAD" w14:textId="77777777" w:rsidR="004C6ABD" w:rsidRDefault="00F35368">
            <w:pPr>
              <w:pStyle w:val="OptionLine"/>
            </w:pPr>
            <w:r>
              <w:rPr>
                <w:sz w:val="16"/>
              </w:rPr>
              <w:t>A. HTTPS</w:t>
            </w:r>
          </w:p>
          <w:p w14:paraId="1C5E5B29" w14:textId="77777777" w:rsidR="004C6ABD" w:rsidRDefault="00F35368">
            <w:pPr>
              <w:pStyle w:val="OptionLine"/>
            </w:pPr>
            <w:r>
              <w:rPr>
                <w:sz w:val="16"/>
              </w:rPr>
              <w:t>B. FTP</w:t>
            </w:r>
          </w:p>
          <w:p w14:paraId="6ADBE92B" w14:textId="77777777" w:rsidR="004C6ABD" w:rsidRDefault="00F35368">
            <w:pPr>
              <w:pStyle w:val="OptionLine"/>
            </w:pPr>
            <w:r>
              <w:rPr>
                <w:sz w:val="16"/>
              </w:rPr>
              <w:t>C. DNS</w:t>
            </w:r>
          </w:p>
          <w:p w14:paraId="118CF615" w14:textId="77777777" w:rsidR="004C6ABD" w:rsidRDefault="00F35368">
            <w:pPr>
              <w:pStyle w:val="OptionLine"/>
            </w:pPr>
            <w:r>
              <w:rPr>
                <w:sz w:val="16"/>
              </w:rPr>
              <w:t>D. SMTP</w:t>
            </w:r>
          </w:p>
          <w:p w14:paraId="67C946F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6EBB2E3" w14:textId="77777777">
        <w:trPr>
          <w:cantSplit/>
          <w:jc w:val="center"/>
        </w:trPr>
        <w:tc>
          <w:tcPr>
            <w:tcW w:w="5112" w:type="dxa"/>
          </w:tcPr>
          <w:p w14:paraId="56F470E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A student writes about Peer-to-peer network. Which statement would be correct?</w:t>
            </w:r>
          </w:p>
          <w:p w14:paraId="7A9BD21C" w14:textId="77777777" w:rsidR="004C6ABD" w:rsidRDefault="00F35368">
            <w:pPr>
              <w:pStyle w:val="OptionLine"/>
            </w:pPr>
            <w:r>
              <w:rPr>
                <w:sz w:val="16"/>
              </w:rPr>
              <w:t>A. a network where devices can act as both clients and servers</w:t>
            </w:r>
          </w:p>
          <w:p w14:paraId="46D882F8" w14:textId="77777777" w:rsidR="004C6ABD" w:rsidRDefault="00F35368">
            <w:pPr>
              <w:pStyle w:val="OptionLine"/>
            </w:pPr>
            <w:r>
              <w:rPr>
                <w:sz w:val="16"/>
              </w:rPr>
              <w:t>B. a device that connects devices on a LAN and forwards data to the intended device</w:t>
            </w:r>
          </w:p>
          <w:p w14:paraId="7B25353D" w14:textId="77777777" w:rsidR="004C6ABD" w:rsidRDefault="00F35368">
            <w:pPr>
              <w:pStyle w:val="OptionLine"/>
            </w:pPr>
            <w:r>
              <w:rPr>
                <w:sz w:val="16"/>
              </w:rPr>
              <w:t>C. a wide area network covering a large geographical area, often using third-party infrastructure</w:t>
            </w:r>
          </w:p>
          <w:p w14:paraId="5D785A7F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email protocol that downloads messages from a mail server</w:t>
            </w:r>
          </w:p>
          <w:p w14:paraId="6D34A55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7B8917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term best matches this description: a unique hardware address assigned to a network interface</w:t>
            </w:r>
          </w:p>
          <w:p w14:paraId="1EB244F3" w14:textId="77777777" w:rsidR="004C6ABD" w:rsidRDefault="00F35368">
            <w:pPr>
              <w:pStyle w:val="OptionLine"/>
            </w:pPr>
            <w:r>
              <w:rPr>
                <w:sz w:val="16"/>
              </w:rPr>
              <w:t>A. Wi-Fi</w:t>
            </w:r>
          </w:p>
          <w:p w14:paraId="380BDE44" w14:textId="77777777" w:rsidR="004C6ABD" w:rsidRDefault="00F35368">
            <w:pPr>
              <w:pStyle w:val="OptionLine"/>
            </w:pPr>
            <w:r>
              <w:rPr>
                <w:sz w:val="16"/>
              </w:rPr>
              <w:t>B. MAC address</w:t>
            </w:r>
          </w:p>
          <w:p w14:paraId="3A5AB530" w14:textId="77777777" w:rsidR="004C6ABD" w:rsidRDefault="00F35368">
            <w:pPr>
              <w:pStyle w:val="OptionLine"/>
            </w:pPr>
            <w:r>
              <w:rPr>
                <w:sz w:val="16"/>
              </w:rPr>
              <w:t>C. Wireless access point</w:t>
            </w:r>
          </w:p>
          <w:p w14:paraId="44E5CE26" w14:textId="77777777" w:rsidR="004C6ABD" w:rsidRDefault="00F35368">
            <w:pPr>
              <w:pStyle w:val="OptionLine"/>
            </w:pPr>
            <w:r>
              <w:rPr>
                <w:sz w:val="16"/>
              </w:rPr>
              <w:t>D. Link layer</w:t>
            </w:r>
          </w:p>
          <w:p w14:paraId="3F226E3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7A3107E" w14:textId="77777777">
        <w:trPr>
          <w:cantSplit/>
          <w:jc w:val="center"/>
        </w:trPr>
        <w:tc>
          <w:tcPr>
            <w:tcW w:w="5112" w:type="dxa"/>
          </w:tcPr>
          <w:p w14:paraId="3B3A860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factor would most likely reduce network performance if many users stream video at once?</w:t>
            </w:r>
          </w:p>
          <w:p w14:paraId="4F35ADE3" w14:textId="77777777" w:rsidR="004C6ABD" w:rsidRDefault="00F35368">
            <w:pPr>
              <w:pStyle w:val="OptionLine"/>
            </w:pPr>
            <w:r>
              <w:rPr>
                <w:sz w:val="16"/>
              </w:rPr>
              <w:t>A. A larger colour depth</w:t>
            </w:r>
          </w:p>
          <w:p w14:paraId="595CBF65" w14:textId="77777777" w:rsidR="004C6ABD" w:rsidRDefault="00F35368">
            <w:pPr>
              <w:pStyle w:val="OptionLine"/>
            </w:pPr>
            <w:r>
              <w:rPr>
                <w:sz w:val="16"/>
              </w:rPr>
              <w:t>B. Bandwidth being shared by many devices</w:t>
            </w:r>
          </w:p>
          <w:p w14:paraId="56276F0A" w14:textId="77777777" w:rsidR="004C6ABD" w:rsidRDefault="00F35368">
            <w:pPr>
              <w:pStyle w:val="OptionLine"/>
            </w:pPr>
            <w:r>
              <w:rPr>
                <w:sz w:val="16"/>
              </w:rPr>
              <w:t>C. More comments in a program</w:t>
            </w:r>
          </w:p>
          <w:p w14:paraId="41DBBB4F" w14:textId="77777777" w:rsidR="004C6ABD" w:rsidRDefault="00F35368">
            <w:pPr>
              <w:pStyle w:val="OptionLine"/>
            </w:pPr>
            <w:r>
              <w:rPr>
                <w:sz w:val="16"/>
              </w:rPr>
              <w:t>D. A faster ALU</w:t>
            </w:r>
          </w:p>
          <w:p w14:paraId="25AD960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F61333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A student writes about UDP. Which statement would be correct?</w:t>
            </w:r>
          </w:p>
          <w:p w14:paraId="1EF72A1D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transport protocol that sends packets quickly without checking delivery</w:t>
            </w:r>
          </w:p>
          <w:p w14:paraId="0B175F8C" w14:textId="77777777" w:rsidR="004C6ABD" w:rsidRDefault="00F35368">
            <w:pPr>
              <w:pStyle w:val="OptionLine"/>
            </w:pPr>
            <w:r>
              <w:rPr>
                <w:sz w:val="16"/>
              </w:rPr>
              <w:t>B. a network where devices can act as both clients and servers</w:t>
            </w:r>
          </w:p>
          <w:p w14:paraId="1AB93C81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protocol used to transfer web pages securely using encryption</w:t>
            </w:r>
          </w:p>
          <w:p w14:paraId="4F52CEA5" w14:textId="77777777" w:rsidR="004C6ABD" w:rsidRDefault="00F35368">
            <w:pPr>
              <w:pStyle w:val="OptionLine"/>
            </w:pPr>
            <w:r>
              <w:rPr>
                <w:sz w:val="16"/>
              </w:rPr>
              <w:t>D. a wired networking standard commonly used in LANs</w:t>
            </w:r>
          </w:p>
          <w:p w14:paraId="36CE691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70B72B1" w14:textId="77777777">
        <w:trPr>
          <w:cantSplit/>
          <w:jc w:val="center"/>
        </w:trPr>
        <w:tc>
          <w:tcPr>
            <w:tcW w:w="5112" w:type="dxa"/>
          </w:tcPr>
          <w:p w14:paraId="35BC89E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address can change when a device joins a different network?</w:t>
            </w:r>
          </w:p>
          <w:p w14:paraId="1D02BAAF" w14:textId="77777777" w:rsidR="004C6ABD" w:rsidRDefault="00F35368">
            <w:pPr>
              <w:pStyle w:val="OptionLine"/>
            </w:pPr>
            <w:r>
              <w:rPr>
                <w:sz w:val="16"/>
              </w:rPr>
              <w:t>A. IP address</w:t>
            </w:r>
          </w:p>
          <w:p w14:paraId="0CC090A9" w14:textId="77777777" w:rsidR="004C6ABD" w:rsidRDefault="00F35368">
            <w:pPr>
              <w:pStyle w:val="OptionLine"/>
            </w:pPr>
            <w:r>
              <w:rPr>
                <w:sz w:val="16"/>
              </w:rPr>
              <w:t>B. Boolean value</w:t>
            </w:r>
          </w:p>
          <w:p w14:paraId="527A6901" w14:textId="77777777" w:rsidR="004C6ABD" w:rsidRDefault="00F35368">
            <w:pPr>
              <w:pStyle w:val="OptionLine"/>
            </w:pPr>
            <w:r>
              <w:rPr>
                <w:sz w:val="16"/>
              </w:rPr>
              <w:t>C. ASCII code</w:t>
            </w:r>
          </w:p>
          <w:p w14:paraId="3D1B1B63" w14:textId="77777777" w:rsidR="004C6ABD" w:rsidRDefault="00F35368">
            <w:pPr>
              <w:pStyle w:val="OptionLine"/>
            </w:pPr>
            <w:r>
              <w:rPr>
                <w:sz w:val="16"/>
              </w:rPr>
              <w:t>D. MAC address</w:t>
            </w:r>
          </w:p>
          <w:p w14:paraId="53F67E8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25FF70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A student writes about Bandwidth. Which statement would be correct?</w:t>
            </w:r>
          </w:p>
          <w:p w14:paraId="26948B0E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amount of data that can be transmitted per second over a network connection</w:t>
            </w:r>
          </w:p>
          <w:p w14:paraId="2BA764D0" w14:textId="77777777" w:rsidR="004C6ABD" w:rsidRDefault="00F35368">
            <w:pPr>
              <w:pStyle w:val="OptionLine"/>
            </w:pPr>
            <w:r>
              <w:rPr>
                <w:sz w:val="16"/>
              </w:rPr>
              <w:t>B. a network layout where devices connect to a central switch or hub</w:t>
            </w:r>
          </w:p>
          <w:p w14:paraId="4FD35967" w14:textId="77777777" w:rsidR="004C6ABD" w:rsidRDefault="00F35368">
            <w:pPr>
              <w:pStyle w:val="OptionLine"/>
            </w:pPr>
            <w:r>
              <w:rPr>
                <w:sz w:val="16"/>
              </w:rPr>
              <w:t>C. a device that connects devices on a LAN and forwards data to the intended device</w:t>
            </w:r>
          </w:p>
          <w:p w14:paraId="7A199616" w14:textId="77777777" w:rsidR="004C6ABD" w:rsidRDefault="00F35368">
            <w:pPr>
              <w:pStyle w:val="OptionLine"/>
            </w:pPr>
            <w:r>
              <w:rPr>
                <w:sz w:val="16"/>
              </w:rPr>
              <w:t>D. remote computing or storage services accessed over a network</w:t>
            </w:r>
          </w:p>
          <w:p w14:paraId="429FC9B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35B36B1" w14:textId="77777777">
        <w:trPr>
          <w:cantSplit/>
          <w:jc w:val="center"/>
        </w:trPr>
        <w:tc>
          <w:tcPr>
            <w:tcW w:w="5112" w:type="dxa"/>
          </w:tcPr>
          <w:p w14:paraId="5D3B9CA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A student writes about Packet. Which statement would be correct?</w:t>
            </w:r>
          </w:p>
          <w:p w14:paraId="52F5C740" w14:textId="77777777" w:rsidR="004C6ABD" w:rsidRDefault="00F35368">
            <w:pPr>
              <w:pStyle w:val="OptionLine"/>
            </w:pPr>
            <w:r>
              <w:rPr>
                <w:sz w:val="16"/>
              </w:rPr>
              <w:t>A. a small unit of data sent across a network</w:t>
            </w:r>
          </w:p>
          <w:p w14:paraId="39E9C382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physical or wireless method used to carry network data</w:t>
            </w:r>
          </w:p>
          <w:p w14:paraId="57FE2339" w14:textId="77777777" w:rsidR="004C6ABD" w:rsidRDefault="00F35368">
            <w:pPr>
              <w:pStyle w:val="OptionLine"/>
            </w:pPr>
            <w:r>
              <w:rPr>
                <w:sz w:val="16"/>
              </w:rPr>
              <w:t>C. a layered set of protocols used for communication on the Internet</w:t>
            </w:r>
          </w:p>
          <w:p w14:paraId="4B9A291C" w14:textId="77777777" w:rsidR="004C6ABD" w:rsidRDefault="00F35368">
            <w:pPr>
              <w:pStyle w:val="OptionLine"/>
            </w:pPr>
            <w:r>
              <w:rPr>
                <w:sz w:val="16"/>
              </w:rPr>
              <w:t>D. an agreed technical rule that allows devices from different manufacturers to communicate</w:t>
            </w:r>
          </w:p>
          <w:p w14:paraId="7427E41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967680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term best matches this description: a layered set of protocols used for communication on the Internet</w:t>
            </w:r>
          </w:p>
          <w:p w14:paraId="4F0DDA2F" w14:textId="77777777" w:rsidR="004C6ABD" w:rsidRDefault="00F35368">
            <w:pPr>
              <w:pStyle w:val="OptionLine"/>
            </w:pPr>
            <w:r>
              <w:rPr>
                <w:sz w:val="16"/>
              </w:rPr>
              <w:t>A. Network standard</w:t>
            </w:r>
          </w:p>
          <w:p w14:paraId="61782586" w14:textId="77777777" w:rsidR="004C6ABD" w:rsidRDefault="00F35368">
            <w:pPr>
              <w:pStyle w:val="OptionLine"/>
            </w:pPr>
            <w:r>
              <w:rPr>
                <w:sz w:val="16"/>
              </w:rPr>
              <w:t>B. TCP/IP stack</w:t>
            </w:r>
          </w:p>
          <w:p w14:paraId="59446776" w14:textId="77777777" w:rsidR="004C6ABD" w:rsidRDefault="00F35368">
            <w:pPr>
              <w:pStyle w:val="OptionLine"/>
            </w:pPr>
            <w:r>
              <w:rPr>
                <w:sz w:val="16"/>
              </w:rPr>
              <w:t>C. MAC address</w:t>
            </w:r>
          </w:p>
          <w:p w14:paraId="3041F548" w14:textId="77777777" w:rsidR="004C6ABD" w:rsidRDefault="00F35368">
            <w:pPr>
              <w:pStyle w:val="OptionLine"/>
            </w:pPr>
            <w:r>
              <w:rPr>
                <w:sz w:val="16"/>
              </w:rPr>
              <w:t>D. NIC</w:t>
            </w:r>
          </w:p>
          <w:p w14:paraId="6D6B95B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3909EE5" w14:textId="77777777">
        <w:trPr>
          <w:cantSplit/>
          <w:jc w:val="center"/>
        </w:trPr>
        <w:tc>
          <w:tcPr>
            <w:tcW w:w="5112" w:type="dxa"/>
          </w:tcPr>
          <w:p w14:paraId="6D4DFA8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Which term best matches this description: a network where devices can act as both clients and servers</w:t>
            </w:r>
          </w:p>
          <w:p w14:paraId="639182F5" w14:textId="77777777" w:rsidR="004C6ABD" w:rsidRDefault="00F35368">
            <w:pPr>
              <w:pStyle w:val="OptionLine"/>
            </w:pPr>
            <w:r>
              <w:rPr>
                <w:sz w:val="16"/>
              </w:rPr>
              <w:t>A. Protocol</w:t>
            </w:r>
          </w:p>
          <w:p w14:paraId="6059D089" w14:textId="77777777" w:rsidR="004C6ABD" w:rsidRDefault="00F35368">
            <w:pPr>
              <w:pStyle w:val="OptionLine"/>
            </w:pPr>
            <w:r>
              <w:rPr>
                <w:sz w:val="16"/>
              </w:rPr>
              <w:t>B. Link layer</w:t>
            </w:r>
          </w:p>
          <w:p w14:paraId="70A2084F" w14:textId="77777777" w:rsidR="004C6ABD" w:rsidRDefault="00F35368">
            <w:pPr>
              <w:pStyle w:val="OptionLine"/>
            </w:pPr>
            <w:r>
              <w:rPr>
                <w:sz w:val="16"/>
              </w:rPr>
              <w:t>C. TCP/IP stack</w:t>
            </w:r>
          </w:p>
          <w:p w14:paraId="1325B829" w14:textId="77777777" w:rsidR="004C6ABD" w:rsidRDefault="00F35368">
            <w:pPr>
              <w:pStyle w:val="OptionLine"/>
            </w:pPr>
            <w:r>
              <w:rPr>
                <w:sz w:val="16"/>
              </w:rPr>
              <w:t>D. Peer-to-peer network</w:t>
            </w:r>
          </w:p>
          <w:p w14:paraId="2916C14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902A0F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transport protocol is most suitable when every packet must arrive in order?</w:t>
            </w:r>
          </w:p>
          <w:p w14:paraId="24E5A5C1" w14:textId="77777777" w:rsidR="004C6ABD" w:rsidRDefault="00F35368">
            <w:pPr>
              <w:pStyle w:val="OptionLine"/>
            </w:pPr>
            <w:r>
              <w:rPr>
                <w:sz w:val="16"/>
              </w:rPr>
              <w:t>A. MAC</w:t>
            </w:r>
          </w:p>
          <w:p w14:paraId="1914B349" w14:textId="77777777" w:rsidR="004C6ABD" w:rsidRDefault="00F35368">
            <w:pPr>
              <w:pStyle w:val="OptionLine"/>
            </w:pPr>
            <w:r>
              <w:rPr>
                <w:sz w:val="16"/>
              </w:rPr>
              <w:t>B. TCP</w:t>
            </w:r>
          </w:p>
          <w:p w14:paraId="4A2EA6A6" w14:textId="77777777" w:rsidR="004C6ABD" w:rsidRDefault="00F35368">
            <w:pPr>
              <w:pStyle w:val="OptionLine"/>
            </w:pPr>
            <w:r>
              <w:rPr>
                <w:sz w:val="16"/>
              </w:rPr>
              <w:t>C. HTTP</w:t>
            </w:r>
          </w:p>
          <w:p w14:paraId="7ABC11CE" w14:textId="77777777" w:rsidR="004C6ABD" w:rsidRDefault="00F35368">
            <w:pPr>
              <w:pStyle w:val="OptionLine"/>
            </w:pPr>
            <w:r>
              <w:rPr>
                <w:sz w:val="16"/>
              </w:rPr>
              <w:t>D. UDP</w:t>
            </w:r>
          </w:p>
          <w:p w14:paraId="1C04146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6B4E1FE" w14:textId="77777777">
        <w:trPr>
          <w:cantSplit/>
          <w:jc w:val="center"/>
        </w:trPr>
        <w:tc>
          <w:tcPr>
            <w:tcW w:w="5112" w:type="dxa"/>
          </w:tcPr>
          <w:p w14:paraId="3E2C965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Which description correctly matches NIC?</w:t>
            </w:r>
          </w:p>
          <w:p w14:paraId="4F90C865" w14:textId="77777777" w:rsidR="004C6ABD" w:rsidRDefault="00F35368">
            <w:pPr>
              <w:pStyle w:val="OptionLine"/>
            </w:pPr>
            <w:r>
              <w:rPr>
                <w:sz w:val="16"/>
              </w:rPr>
              <w:t>A. hardware that allows a device to connect to a network</w:t>
            </w:r>
          </w:p>
          <w:p w14:paraId="0064B265" w14:textId="77777777" w:rsidR="004C6ABD" w:rsidRDefault="00F35368">
            <w:pPr>
              <w:pStyle w:val="OptionLine"/>
            </w:pPr>
            <w:r>
              <w:rPr>
                <w:sz w:val="16"/>
              </w:rPr>
              <w:t>B. a network layout where devices connect to a central switch or hub</w:t>
            </w:r>
          </w:p>
          <w:p w14:paraId="321C8F27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delay before data begins to arrive across a network</w:t>
            </w:r>
          </w:p>
          <w:p w14:paraId="0CACA96F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TCP/IP layer that manages end-to-end communication such as TCP or UDP</w:t>
            </w:r>
          </w:p>
          <w:p w14:paraId="56ECB62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214E42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description correctly matches Internet?</w:t>
            </w:r>
          </w:p>
          <w:p w14:paraId="0681EB9D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amount of data that can be transmitted per second over a network connection</w:t>
            </w:r>
          </w:p>
          <w:p w14:paraId="41389D08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protocol used to transfer files between computers</w:t>
            </w:r>
          </w:p>
          <w:p w14:paraId="33ED222F" w14:textId="77777777" w:rsidR="004C6ABD" w:rsidRDefault="00F35368">
            <w:pPr>
              <w:pStyle w:val="OptionLine"/>
            </w:pPr>
            <w:r>
              <w:rPr>
                <w:sz w:val="16"/>
              </w:rPr>
              <w:t>C. a computer that stores and sends web pages to clients</w:t>
            </w:r>
          </w:p>
          <w:p w14:paraId="2B453C98" w14:textId="77777777" w:rsidR="004C6ABD" w:rsidRDefault="00F35368">
            <w:pPr>
              <w:pStyle w:val="OptionLine"/>
            </w:pPr>
            <w:r>
              <w:rPr>
                <w:sz w:val="16"/>
              </w:rPr>
              <w:t>D. a worldwide collection of connected computer networks</w:t>
            </w:r>
          </w:p>
          <w:p w14:paraId="1A324CB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02F4DDD" w14:textId="77777777">
        <w:trPr>
          <w:cantSplit/>
          <w:jc w:val="center"/>
        </w:trPr>
        <w:tc>
          <w:tcPr>
            <w:tcW w:w="5112" w:type="dxa"/>
          </w:tcPr>
          <w:p w14:paraId="344E8FE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description correctly matches Wi-Fi?</w:t>
            </w:r>
          </w:p>
          <w:p w14:paraId="44F2BD4C" w14:textId="77777777" w:rsidR="004C6ABD" w:rsidRDefault="00F35368">
            <w:pPr>
              <w:pStyle w:val="OptionLine"/>
            </w:pPr>
            <w:r>
              <w:rPr>
                <w:sz w:val="16"/>
              </w:rPr>
              <w:t>A. remote computing or storage services accessed over a network</w:t>
            </w:r>
          </w:p>
          <w:p w14:paraId="2F54F18A" w14:textId="77777777" w:rsidR="004C6ABD" w:rsidRDefault="00F35368">
            <w:pPr>
              <w:pStyle w:val="OptionLine"/>
            </w:pPr>
            <w:r>
              <w:rPr>
                <w:sz w:val="16"/>
              </w:rPr>
              <w:t>B. a wireless networking standard commonly used in LANs</w:t>
            </w:r>
          </w:p>
          <w:p w14:paraId="68C3084F" w14:textId="77777777" w:rsidR="004C6ABD" w:rsidRDefault="00F35368">
            <w:pPr>
              <w:pStyle w:val="OptionLine"/>
            </w:pPr>
            <w:r>
              <w:rPr>
                <w:sz w:val="16"/>
              </w:rPr>
              <w:t>C. a wide area network covering a large geographical area, often using third-party infrastructure</w:t>
            </w:r>
          </w:p>
          <w:p w14:paraId="1D229BFD" w14:textId="77777777" w:rsidR="004C6ABD" w:rsidRDefault="00F35368">
            <w:pPr>
              <w:pStyle w:val="OptionLine"/>
            </w:pPr>
            <w:r>
              <w:rPr>
                <w:sz w:val="16"/>
              </w:rPr>
              <w:t>D. hardware that allows a device to connect to a network</w:t>
            </w:r>
          </w:p>
          <w:p w14:paraId="53C6F1D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2393A3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A student writes about Internet layer. Which statement would be correct?</w:t>
            </w:r>
          </w:p>
          <w:p w14:paraId="387A6FA0" w14:textId="77777777" w:rsidR="004C6ABD" w:rsidRDefault="00F35368">
            <w:pPr>
              <w:pStyle w:val="OptionLine"/>
            </w:pPr>
            <w:r>
              <w:rPr>
                <w:sz w:val="16"/>
              </w:rPr>
              <w:t>A. a network where devices can act as both clients and servers</w:t>
            </w:r>
          </w:p>
          <w:p w14:paraId="4C191056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email protocol that downloads messages from a mail server</w:t>
            </w:r>
          </w:p>
          <w:p w14:paraId="78948A75" w14:textId="77777777" w:rsidR="004C6ABD" w:rsidRDefault="00F35368">
            <w:pPr>
              <w:pStyle w:val="OptionLine"/>
            </w:pPr>
            <w:r>
              <w:rPr>
                <w:sz w:val="16"/>
              </w:rPr>
              <w:t>C. a wired networking standard commonly used in LANs</w:t>
            </w:r>
          </w:p>
          <w:p w14:paraId="759094D3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TCP/IP layer that handles addressing and routing using IP</w:t>
            </w:r>
          </w:p>
          <w:p w14:paraId="46AA594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A36972D" w14:textId="77777777">
        <w:trPr>
          <w:cantSplit/>
          <w:jc w:val="center"/>
        </w:trPr>
        <w:tc>
          <w:tcPr>
            <w:tcW w:w="5112" w:type="dxa"/>
          </w:tcPr>
          <w:p w14:paraId="01CAC7B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description correctly matches Peer-to-peer network?</w:t>
            </w:r>
          </w:p>
          <w:p w14:paraId="5B5B91D0" w14:textId="77777777" w:rsidR="004C6ABD" w:rsidRDefault="00F35368">
            <w:pPr>
              <w:pStyle w:val="OptionLine"/>
            </w:pPr>
            <w:r>
              <w:rPr>
                <w:sz w:val="16"/>
              </w:rPr>
              <w:t>A. a device that allows wireless devices to connect to a wired network</w:t>
            </w:r>
          </w:p>
          <w:p w14:paraId="62F5C176" w14:textId="77777777" w:rsidR="004C6ABD" w:rsidRDefault="00F35368">
            <w:pPr>
              <w:pStyle w:val="OptionLine"/>
            </w:pPr>
            <w:r>
              <w:rPr>
                <w:sz w:val="16"/>
              </w:rPr>
              <w:t>B. a network where devices can act as both clients and servers</w:t>
            </w:r>
          </w:p>
          <w:p w14:paraId="090BC81A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logical address used to identify a device on a network</w:t>
            </w:r>
          </w:p>
          <w:p w14:paraId="24084711" w14:textId="77777777" w:rsidR="004C6ABD" w:rsidRDefault="00F35368">
            <w:pPr>
              <w:pStyle w:val="OptionLine"/>
            </w:pPr>
            <w:r>
              <w:rPr>
                <w:sz w:val="16"/>
              </w:rPr>
              <w:t>D. remote computing or storage services accessed over a network</w:t>
            </w:r>
          </w:p>
          <w:p w14:paraId="6C9B24C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6DFAD3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term best matches this description: a wide area network covering a large geographical area, often using third-party infrastructure</w:t>
            </w:r>
          </w:p>
          <w:p w14:paraId="1E0490EA" w14:textId="77777777" w:rsidR="004C6ABD" w:rsidRDefault="00F35368">
            <w:pPr>
              <w:pStyle w:val="OptionLine"/>
            </w:pPr>
            <w:r>
              <w:rPr>
                <w:sz w:val="16"/>
              </w:rPr>
              <w:t>A. Internet</w:t>
            </w:r>
          </w:p>
          <w:p w14:paraId="30381F80" w14:textId="77777777" w:rsidR="004C6ABD" w:rsidRDefault="00F35368">
            <w:pPr>
              <w:pStyle w:val="OptionLine"/>
            </w:pPr>
            <w:r>
              <w:rPr>
                <w:sz w:val="16"/>
              </w:rPr>
              <w:t>B. Star topology</w:t>
            </w:r>
          </w:p>
          <w:p w14:paraId="741D37B4" w14:textId="77777777" w:rsidR="004C6ABD" w:rsidRDefault="00F35368">
            <w:pPr>
              <w:pStyle w:val="OptionLine"/>
            </w:pPr>
            <w:r>
              <w:rPr>
                <w:sz w:val="16"/>
              </w:rPr>
              <w:t>C. WAN</w:t>
            </w:r>
          </w:p>
          <w:p w14:paraId="1FEEFC2A" w14:textId="77777777" w:rsidR="004C6ABD" w:rsidRDefault="00F35368">
            <w:pPr>
              <w:pStyle w:val="OptionLine"/>
            </w:pPr>
            <w:r>
              <w:rPr>
                <w:sz w:val="16"/>
              </w:rPr>
              <w:t>D. TCP/IP stack</w:t>
            </w:r>
          </w:p>
          <w:p w14:paraId="2E4C8FD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4ACEC6C" w14:textId="77777777">
        <w:trPr>
          <w:cantSplit/>
          <w:jc w:val="center"/>
        </w:trPr>
        <w:tc>
          <w:tcPr>
            <w:tcW w:w="5112" w:type="dxa"/>
          </w:tcPr>
          <w:p w14:paraId="2B52670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description correctly matches HTTP?</w:t>
            </w:r>
          </w:p>
          <w:p w14:paraId="13481F10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protocol used to transfer web pages without built-in encryption</w:t>
            </w:r>
          </w:p>
          <w:p w14:paraId="50DC6B46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logical address used to identify a device on a network</w:t>
            </w:r>
          </w:p>
          <w:p w14:paraId="330C3AB1" w14:textId="77777777" w:rsidR="004C6ABD" w:rsidRDefault="00F35368">
            <w:pPr>
              <w:pStyle w:val="OptionLine"/>
            </w:pPr>
            <w:r>
              <w:rPr>
                <w:sz w:val="16"/>
              </w:rPr>
              <w:t>C. scrambling data so it cannot be understood without the key</w:t>
            </w:r>
          </w:p>
          <w:p w14:paraId="77345F1B" w14:textId="77777777" w:rsidR="004C6ABD" w:rsidRDefault="00F35368">
            <w:pPr>
              <w:pStyle w:val="OptionLine"/>
            </w:pPr>
            <w:r>
              <w:rPr>
                <w:sz w:val="16"/>
              </w:rPr>
              <w:t>D. a unique hardware address assigned to a network interface</w:t>
            </w:r>
          </w:p>
          <w:p w14:paraId="2F31819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945AEE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description correctly matches IP address?</w:t>
            </w:r>
          </w:p>
          <w:p w14:paraId="215402CE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TCP/IP layer that deals with sending data over the local network hardware</w:t>
            </w:r>
          </w:p>
          <w:p w14:paraId="2EFC4A5D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logical address used to identify a device on a network</w:t>
            </w:r>
          </w:p>
          <w:p w14:paraId="1FBDAE19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local area network covering a small geographical area such as a school or home</w:t>
            </w:r>
          </w:p>
          <w:p w14:paraId="4ACCC687" w14:textId="77777777" w:rsidR="004C6ABD" w:rsidRDefault="00F35368">
            <w:pPr>
              <w:pStyle w:val="OptionLine"/>
            </w:pPr>
            <w:r>
              <w:rPr>
                <w:sz w:val="16"/>
              </w:rPr>
              <w:t>D. a layered set of protocols used for communication on the Internet</w:t>
            </w:r>
          </w:p>
          <w:p w14:paraId="2CE913E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C248B1F" w14:textId="77777777">
        <w:trPr>
          <w:cantSplit/>
          <w:jc w:val="center"/>
        </w:trPr>
        <w:tc>
          <w:tcPr>
            <w:tcW w:w="5112" w:type="dxa"/>
          </w:tcPr>
          <w:p w14:paraId="78F68F7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A student writes about Encryption. Which statement would be correct?</w:t>
            </w:r>
          </w:p>
          <w:p w14:paraId="25EBF80B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TCP/IP layer that deals with sending data over the local network hardware</w:t>
            </w:r>
          </w:p>
          <w:p w14:paraId="6897900A" w14:textId="77777777" w:rsidR="004C6ABD" w:rsidRDefault="00F35368">
            <w:pPr>
              <w:pStyle w:val="OptionLine"/>
            </w:pPr>
            <w:r>
              <w:rPr>
                <w:sz w:val="16"/>
              </w:rPr>
              <w:t>B. a network where clients request services and central servers provide them</w:t>
            </w:r>
          </w:p>
          <w:p w14:paraId="197DCBDE" w14:textId="77777777" w:rsidR="004C6ABD" w:rsidRDefault="00F35368">
            <w:pPr>
              <w:pStyle w:val="OptionLine"/>
            </w:pPr>
            <w:r>
              <w:rPr>
                <w:sz w:val="16"/>
              </w:rPr>
              <w:t>C. a network layout where devices connect to a central switch or hub</w:t>
            </w:r>
          </w:p>
          <w:p w14:paraId="0A02BD46" w14:textId="77777777" w:rsidR="004C6ABD" w:rsidRDefault="00F35368">
            <w:pPr>
              <w:pStyle w:val="OptionLine"/>
            </w:pPr>
            <w:r>
              <w:rPr>
                <w:sz w:val="16"/>
              </w:rPr>
              <w:t>D. scrambling data so it cannot be understood without the key</w:t>
            </w:r>
          </w:p>
          <w:p w14:paraId="2623CDB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696E00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term best matches this description: the amount of data that can be transmitted per second over a network connection</w:t>
            </w:r>
          </w:p>
          <w:p w14:paraId="251D7FDB" w14:textId="77777777" w:rsidR="004C6ABD" w:rsidRDefault="00F35368">
            <w:pPr>
              <w:pStyle w:val="OptionLine"/>
            </w:pPr>
            <w:r>
              <w:rPr>
                <w:sz w:val="16"/>
              </w:rPr>
              <w:t>A. Bandwidth</w:t>
            </w:r>
          </w:p>
          <w:p w14:paraId="77BEAC14" w14:textId="77777777" w:rsidR="004C6ABD" w:rsidRDefault="00F35368">
            <w:pPr>
              <w:pStyle w:val="OptionLine"/>
            </w:pPr>
            <w:r>
              <w:rPr>
                <w:sz w:val="16"/>
              </w:rPr>
              <w:t>B. UDP</w:t>
            </w:r>
          </w:p>
          <w:p w14:paraId="68DC6BF5" w14:textId="77777777" w:rsidR="004C6ABD" w:rsidRDefault="00F35368">
            <w:pPr>
              <w:pStyle w:val="OptionLine"/>
            </w:pPr>
            <w:r>
              <w:rPr>
                <w:sz w:val="16"/>
              </w:rPr>
              <w:t>C. IP address</w:t>
            </w:r>
          </w:p>
          <w:p w14:paraId="6B267709" w14:textId="77777777" w:rsidR="004C6ABD" w:rsidRDefault="00F35368">
            <w:pPr>
              <w:pStyle w:val="OptionLine"/>
            </w:pPr>
            <w:r>
              <w:rPr>
                <w:sz w:val="16"/>
              </w:rPr>
              <w:t>D. NIC</w:t>
            </w:r>
          </w:p>
          <w:p w14:paraId="3DB176B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3F08D96" w14:textId="77777777">
        <w:trPr>
          <w:cantSplit/>
          <w:jc w:val="center"/>
        </w:trPr>
        <w:tc>
          <w:tcPr>
            <w:tcW w:w="5112" w:type="dxa"/>
          </w:tcPr>
          <w:p w14:paraId="00F9FE0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13. A student writes about Web client. Which statement would be correct?</w:t>
            </w:r>
          </w:p>
          <w:p w14:paraId="11931D40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email protocol that synchronises messages with a mail server</w:t>
            </w:r>
          </w:p>
          <w:p w14:paraId="53D5D766" w14:textId="77777777" w:rsidR="004C6ABD" w:rsidRDefault="00F35368">
            <w:pPr>
              <w:pStyle w:val="OptionLine"/>
            </w:pPr>
            <w:r>
              <w:rPr>
                <w:sz w:val="16"/>
              </w:rPr>
              <w:t>B. a device or software that requests services such as web pages from a server</w:t>
            </w:r>
          </w:p>
          <w:p w14:paraId="4DB53D68" w14:textId="77777777" w:rsidR="004C6ABD" w:rsidRDefault="00F35368">
            <w:pPr>
              <w:pStyle w:val="OptionLine"/>
            </w:pPr>
            <w:r>
              <w:rPr>
                <w:sz w:val="16"/>
              </w:rPr>
              <w:t>C. hardware that allows a device to connect to a network</w:t>
            </w:r>
          </w:p>
          <w:p w14:paraId="3D019CBE" w14:textId="77777777" w:rsidR="004C6ABD" w:rsidRDefault="00F35368">
            <w:pPr>
              <w:pStyle w:val="OptionLine"/>
            </w:pPr>
            <w:r>
              <w:rPr>
                <w:sz w:val="16"/>
              </w:rPr>
              <w:t>D. a small unit of data sent across a network</w:t>
            </w:r>
          </w:p>
          <w:p w14:paraId="01E6F65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48484B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A student writes about Link layer. Which statement would be correct?</w:t>
            </w:r>
          </w:p>
          <w:p w14:paraId="3AE3A9DC" w14:textId="77777777" w:rsidR="004C6ABD" w:rsidRDefault="00F35368">
            <w:pPr>
              <w:pStyle w:val="OptionLine"/>
            </w:pPr>
            <w:r>
              <w:rPr>
                <w:sz w:val="16"/>
              </w:rPr>
              <w:t>A. a network where clients request services and central servers provide them</w:t>
            </w:r>
          </w:p>
          <w:p w14:paraId="4AF83DCE" w14:textId="77777777" w:rsidR="004C6ABD" w:rsidRDefault="00F35368">
            <w:pPr>
              <w:pStyle w:val="OptionLine"/>
            </w:pPr>
            <w:r>
              <w:rPr>
                <w:sz w:val="16"/>
              </w:rPr>
              <w:t>B. a network layout where devices are connected to many other devices</w:t>
            </w:r>
          </w:p>
          <w:p w14:paraId="3067DC5B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TCP/IP layer that deals with sending data over the local network hardware</w:t>
            </w:r>
          </w:p>
          <w:p w14:paraId="1B7D64B4" w14:textId="77777777" w:rsidR="004C6ABD" w:rsidRDefault="00F35368">
            <w:pPr>
              <w:pStyle w:val="OptionLine"/>
            </w:pPr>
            <w:r>
              <w:rPr>
                <w:sz w:val="16"/>
              </w:rPr>
              <w:t>D. remote computing or storage services accessed over a network</w:t>
            </w:r>
          </w:p>
          <w:p w14:paraId="348D187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A49950B" w14:textId="77777777">
        <w:trPr>
          <w:cantSplit/>
          <w:jc w:val="center"/>
        </w:trPr>
        <w:tc>
          <w:tcPr>
            <w:tcW w:w="5112" w:type="dxa"/>
          </w:tcPr>
          <w:p w14:paraId="5E746CB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term best matches this description: the TCP/IP layer that provides network services to applications</w:t>
            </w:r>
          </w:p>
          <w:p w14:paraId="337C5FCF" w14:textId="77777777" w:rsidR="004C6ABD" w:rsidRDefault="00F35368">
            <w:pPr>
              <w:pStyle w:val="OptionLine"/>
            </w:pPr>
            <w:r>
              <w:rPr>
                <w:sz w:val="16"/>
              </w:rPr>
              <w:t>A. Application layer</w:t>
            </w:r>
          </w:p>
          <w:p w14:paraId="4574572C" w14:textId="77777777" w:rsidR="004C6ABD" w:rsidRDefault="00F35368">
            <w:pPr>
              <w:pStyle w:val="OptionLine"/>
            </w:pPr>
            <w:r>
              <w:rPr>
                <w:sz w:val="16"/>
              </w:rPr>
              <w:t>B. Router</w:t>
            </w:r>
          </w:p>
          <w:p w14:paraId="1B411E0F" w14:textId="77777777" w:rsidR="004C6ABD" w:rsidRDefault="00F35368">
            <w:pPr>
              <w:pStyle w:val="OptionLine"/>
            </w:pPr>
            <w:r>
              <w:rPr>
                <w:sz w:val="16"/>
              </w:rPr>
              <w:t>C. Link layer</w:t>
            </w:r>
          </w:p>
          <w:p w14:paraId="2C2AEE95" w14:textId="77777777" w:rsidR="004C6ABD" w:rsidRDefault="00F35368">
            <w:pPr>
              <w:pStyle w:val="OptionLine"/>
            </w:pPr>
            <w:r>
              <w:rPr>
                <w:sz w:val="16"/>
              </w:rPr>
              <w:t>D. HTTP</w:t>
            </w:r>
          </w:p>
          <w:p w14:paraId="060F886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CF0625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term best matches this description: the delay before data begins to arrive across a network</w:t>
            </w:r>
          </w:p>
          <w:p w14:paraId="4CFA2AD4" w14:textId="77777777" w:rsidR="004C6ABD" w:rsidRDefault="00F35368">
            <w:pPr>
              <w:pStyle w:val="OptionLine"/>
            </w:pPr>
            <w:r>
              <w:rPr>
                <w:sz w:val="16"/>
              </w:rPr>
              <w:t>A. Latency</w:t>
            </w:r>
          </w:p>
          <w:p w14:paraId="3449E4D4" w14:textId="77777777" w:rsidR="004C6ABD" w:rsidRDefault="00F35368">
            <w:pPr>
              <w:pStyle w:val="OptionLine"/>
            </w:pPr>
            <w:r>
              <w:rPr>
                <w:sz w:val="16"/>
              </w:rPr>
              <w:t>B. Protocol</w:t>
            </w:r>
          </w:p>
          <w:p w14:paraId="11DC5C61" w14:textId="77777777" w:rsidR="004C6ABD" w:rsidRDefault="00F35368">
            <w:pPr>
              <w:pStyle w:val="OptionLine"/>
            </w:pPr>
            <w:r>
              <w:rPr>
                <w:sz w:val="16"/>
              </w:rPr>
              <w:t>C. WAN</w:t>
            </w:r>
          </w:p>
          <w:p w14:paraId="4DD0B407" w14:textId="77777777" w:rsidR="004C6ABD" w:rsidRDefault="00F35368">
            <w:pPr>
              <w:pStyle w:val="OptionLine"/>
            </w:pPr>
            <w:r>
              <w:rPr>
                <w:sz w:val="16"/>
              </w:rPr>
              <w:t>D. Transport layer</w:t>
            </w:r>
          </w:p>
          <w:p w14:paraId="5A97529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4AE807A" w14:textId="77777777">
        <w:trPr>
          <w:cantSplit/>
          <w:jc w:val="center"/>
        </w:trPr>
        <w:tc>
          <w:tcPr>
            <w:tcW w:w="5112" w:type="dxa"/>
          </w:tcPr>
          <w:p w14:paraId="73E7CDC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email protocol keeps mail synchronised across several devices?</w:t>
            </w:r>
          </w:p>
          <w:p w14:paraId="1ECEB5E5" w14:textId="77777777" w:rsidR="004C6ABD" w:rsidRDefault="00F35368">
            <w:pPr>
              <w:pStyle w:val="OptionLine"/>
            </w:pPr>
            <w:r>
              <w:rPr>
                <w:sz w:val="16"/>
              </w:rPr>
              <w:t>A. FTP</w:t>
            </w:r>
          </w:p>
          <w:p w14:paraId="7B24E13D" w14:textId="77777777" w:rsidR="004C6ABD" w:rsidRDefault="00F35368">
            <w:pPr>
              <w:pStyle w:val="OptionLine"/>
            </w:pPr>
            <w:r>
              <w:rPr>
                <w:sz w:val="16"/>
              </w:rPr>
              <w:t>B. IMAP</w:t>
            </w:r>
          </w:p>
          <w:p w14:paraId="50E1D333" w14:textId="77777777" w:rsidR="004C6ABD" w:rsidRDefault="00F35368">
            <w:pPr>
              <w:pStyle w:val="OptionLine"/>
            </w:pPr>
            <w:r>
              <w:rPr>
                <w:sz w:val="16"/>
              </w:rPr>
              <w:t>C. Ethernet</w:t>
            </w:r>
          </w:p>
          <w:p w14:paraId="0270370E" w14:textId="77777777" w:rsidR="004C6ABD" w:rsidRDefault="00F35368">
            <w:pPr>
              <w:pStyle w:val="OptionLine"/>
            </w:pPr>
            <w:r>
              <w:rPr>
                <w:sz w:val="16"/>
              </w:rPr>
              <w:t>D. POP</w:t>
            </w:r>
          </w:p>
          <w:p w14:paraId="25FCBA4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B83E7E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protocol is most appropriate for securely viewing a banking website?</w:t>
            </w:r>
          </w:p>
          <w:p w14:paraId="3E636D4B" w14:textId="77777777" w:rsidR="004C6ABD" w:rsidRDefault="00F35368">
            <w:pPr>
              <w:pStyle w:val="OptionLine"/>
            </w:pPr>
            <w:r>
              <w:rPr>
                <w:sz w:val="16"/>
              </w:rPr>
              <w:t>A. POP</w:t>
            </w:r>
          </w:p>
          <w:p w14:paraId="0764A5E6" w14:textId="77777777" w:rsidR="004C6ABD" w:rsidRDefault="00F35368">
            <w:pPr>
              <w:pStyle w:val="OptionLine"/>
            </w:pPr>
            <w:r>
              <w:rPr>
                <w:sz w:val="16"/>
              </w:rPr>
              <w:t>B. HTTPS</w:t>
            </w:r>
          </w:p>
          <w:p w14:paraId="3B3D1F41" w14:textId="77777777" w:rsidR="004C6ABD" w:rsidRDefault="00F35368">
            <w:pPr>
              <w:pStyle w:val="OptionLine"/>
            </w:pPr>
            <w:r>
              <w:rPr>
                <w:sz w:val="16"/>
              </w:rPr>
              <w:t>C. UDP</w:t>
            </w:r>
          </w:p>
          <w:p w14:paraId="32E4CB05" w14:textId="77777777" w:rsidR="004C6ABD" w:rsidRDefault="00F35368">
            <w:pPr>
              <w:pStyle w:val="OptionLine"/>
            </w:pPr>
            <w:r>
              <w:rPr>
                <w:sz w:val="16"/>
              </w:rPr>
              <w:t>D. HTTP</w:t>
            </w:r>
          </w:p>
          <w:p w14:paraId="0E4D407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9FC1C35" w14:textId="77777777">
        <w:trPr>
          <w:cantSplit/>
          <w:jc w:val="center"/>
        </w:trPr>
        <w:tc>
          <w:tcPr>
            <w:tcW w:w="5112" w:type="dxa"/>
          </w:tcPr>
          <w:p w14:paraId="7583961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Which topology is easiest to manage if one cable to a device fails but the central switch still works?</w:t>
            </w:r>
          </w:p>
          <w:p w14:paraId="54220563" w14:textId="77777777" w:rsidR="004C6ABD" w:rsidRDefault="00F35368">
            <w:pPr>
              <w:pStyle w:val="OptionLine"/>
            </w:pPr>
            <w:r>
              <w:rPr>
                <w:sz w:val="16"/>
              </w:rPr>
              <w:t>A. No topology</w:t>
            </w:r>
          </w:p>
          <w:p w14:paraId="38358BBF" w14:textId="77777777" w:rsidR="004C6ABD" w:rsidRDefault="00F35368">
            <w:pPr>
              <w:pStyle w:val="OptionLine"/>
            </w:pPr>
            <w:r>
              <w:rPr>
                <w:sz w:val="16"/>
              </w:rPr>
              <w:t>B. Star topology</w:t>
            </w:r>
          </w:p>
          <w:p w14:paraId="793EDD9F" w14:textId="77777777" w:rsidR="004C6ABD" w:rsidRDefault="00F35368">
            <w:pPr>
              <w:pStyle w:val="OptionLine"/>
            </w:pPr>
            <w:r>
              <w:rPr>
                <w:sz w:val="16"/>
              </w:rPr>
              <w:t>C. Ring topology</w:t>
            </w:r>
          </w:p>
          <w:p w14:paraId="7BC928A6" w14:textId="77777777" w:rsidR="004C6ABD" w:rsidRDefault="00F35368">
            <w:pPr>
              <w:pStyle w:val="OptionLine"/>
            </w:pPr>
            <w:r>
              <w:rPr>
                <w:sz w:val="16"/>
              </w:rPr>
              <w:t>D. Bus topology</w:t>
            </w:r>
          </w:p>
          <w:p w14:paraId="6F296D4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3530CB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A student writes about Web server. Which statement would be correct?</w:t>
            </w:r>
          </w:p>
          <w:p w14:paraId="441AEDE4" w14:textId="77777777" w:rsidR="004C6ABD" w:rsidRDefault="00F35368">
            <w:pPr>
              <w:pStyle w:val="OptionLine"/>
            </w:pPr>
            <w:r>
              <w:rPr>
                <w:sz w:val="16"/>
              </w:rPr>
              <w:t>A. a set of rules for communication between devices</w:t>
            </w:r>
          </w:p>
          <w:p w14:paraId="58252CE0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computer that stores and sends web pages to clients</w:t>
            </w:r>
          </w:p>
          <w:p w14:paraId="2537808B" w14:textId="77777777" w:rsidR="004C6ABD" w:rsidRDefault="00F35368">
            <w:pPr>
              <w:pStyle w:val="OptionLine"/>
            </w:pPr>
            <w:r>
              <w:rPr>
                <w:sz w:val="16"/>
              </w:rPr>
              <w:t>C. an agreed technical rule that allows devices from different manufacturers to communicate</w:t>
            </w:r>
          </w:p>
          <w:p w14:paraId="5D4B0EF0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protocol used to transfer web pages without built-in encryption</w:t>
            </w:r>
          </w:p>
          <w:p w14:paraId="2389011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6E7DB2A" w14:textId="77777777">
        <w:trPr>
          <w:cantSplit/>
          <w:jc w:val="center"/>
        </w:trPr>
        <w:tc>
          <w:tcPr>
            <w:tcW w:w="5112" w:type="dxa"/>
          </w:tcPr>
          <w:p w14:paraId="37D30E5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description correctly matches TCP/IP stack?</w:t>
            </w:r>
          </w:p>
          <w:p w14:paraId="36D93D4D" w14:textId="77777777" w:rsidR="004C6ABD" w:rsidRDefault="00F35368">
            <w:pPr>
              <w:pStyle w:val="OptionLine"/>
            </w:pPr>
            <w:r>
              <w:rPr>
                <w:sz w:val="16"/>
              </w:rPr>
              <w:t>A. a wide area network covering a large geographical area, often using third-party infrastructure</w:t>
            </w:r>
          </w:p>
          <w:p w14:paraId="471180D3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protocol used to transfer web pages without built-in encryption</w:t>
            </w:r>
          </w:p>
          <w:p w14:paraId="0587EDEE" w14:textId="77777777" w:rsidR="004C6ABD" w:rsidRDefault="00F35368">
            <w:pPr>
              <w:pStyle w:val="OptionLine"/>
            </w:pPr>
            <w:r>
              <w:rPr>
                <w:sz w:val="16"/>
              </w:rPr>
              <w:t>C. a layered set of protocols used for communication on the Internet</w:t>
            </w:r>
          </w:p>
          <w:p w14:paraId="4ABF7DAE" w14:textId="77777777" w:rsidR="004C6ABD" w:rsidRDefault="00F35368">
            <w:pPr>
              <w:pStyle w:val="OptionLine"/>
            </w:pPr>
            <w:r>
              <w:rPr>
                <w:sz w:val="16"/>
              </w:rPr>
              <w:t>D. a worldwide collection of connected computer networks</w:t>
            </w:r>
          </w:p>
          <w:p w14:paraId="2F455B3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2C9597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term best matches this description: a wireless networking standard commonly used in LANs</w:t>
            </w:r>
          </w:p>
          <w:p w14:paraId="517A4089" w14:textId="77777777" w:rsidR="004C6ABD" w:rsidRDefault="00F35368">
            <w:pPr>
              <w:pStyle w:val="OptionLine"/>
            </w:pPr>
            <w:r>
              <w:rPr>
                <w:sz w:val="16"/>
              </w:rPr>
              <w:t>A. DNS</w:t>
            </w:r>
          </w:p>
          <w:p w14:paraId="5A0AAFD8" w14:textId="77777777" w:rsidR="004C6ABD" w:rsidRDefault="00F35368">
            <w:pPr>
              <w:pStyle w:val="OptionLine"/>
            </w:pPr>
            <w:r>
              <w:rPr>
                <w:sz w:val="16"/>
              </w:rPr>
              <w:t>B. LAN</w:t>
            </w:r>
          </w:p>
          <w:p w14:paraId="6708D6C5" w14:textId="77777777" w:rsidR="004C6ABD" w:rsidRDefault="00F35368">
            <w:pPr>
              <w:pStyle w:val="OptionLine"/>
            </w:pPr>
            <w:r>
              <w:rPr>
                <w:sz w:val="16"/>
              </w:rPr>
              <w:t>C. Wi-Fi</w:t>
            </w:r>
          </w:p>
          <w:p w14:paraId="59243395" w14:textId="77777777" w:rsidR="004C6ABD" w:rsidRDefault="00F35368">
            <w:pPr>
              <w:pStyle w:val="OptionLine"/>
            </w:pPr>
            <w:r>
              <w:rPr>
                <w:sz w:val="16"/>
              </w:rPr>
              <w:t>D. Cloud</w:t>
            </w:r>
          </w:p>
          <w:p w14:paraId="5CDBCA2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B66B786" w14:textId="77777777">
        <w:trPr>
          <w:cantSplit/>
          <w:jc w:val="center"/>
        </w:trPr>
        <w:tc>
          <w:tcPr>
            <w:tcW w:w="5112" w:type="dxa"/>
          </w:tcPr>
          <w:p w14:paraId="37CFCAA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description correctly matches FTP?</w:t>
            </w:r>
          </w:p>
          <w:p w14:paraId="399E2DD4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protocol used to transfer files between computers</w:t>
            </w:r>
          </w:p>
          <w:p w14:paraId="0450EA99" w14:textId="77777777" w:rsidR="004C6ABD" w:rsidRDefault="00F35368">
            <w:pPr>
              <w:pStyle w:val="OptionLine"/>
            </w:pPr>
            <w:r>
              <w:rPr>
                <w:sz w:val="16"/>
              </w:rPr>
              <w:t>B. hardware that allows a device to connect to a network</w:t>
            </w:r>
          </w:p>
          <w:p w14:paraId="2F44951F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local area network covering a small geographical area such as a school or home</w:t>
            </w:r>
          </w:p>
          <w:p w14:paraId="7519A02C" w14:textId="77777777" w:rsidR="004C6ABD" w:rsidRDefault="00F35368">
            <w:pPr>
              <w:pStyle w:val="OptionLine"/>
            </w:pPr>
            <w:r>
              <w:rPr>
                <w:sz w:val="16"/>
              </w:rPr>
              <w:t>D. a wide area network covering a large geographical area, often using third-party infrastructure</w:t>
            </w:r>
          </w:p>
          <w:p w14:paraId="7322B6F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5D2DD4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description correctly matches LAN?</w:t>
            </w:r>
          </w:p>
          <w:p w14:paraId="557EDC41" w14:textId="77777777" w:rsidR="004C6ABD" w:rsidRDefault="00F35368">
            <w:pPr>
              <w:pStyle w:val="OptionLine"/>
            </w:pPr>
            <w:r>
              <w:rPr>
                <w:sz w:val="16"/>
              </w:rPr>
              <w:t>A. a device that connects devices on a LAN and forwards data to the intended device</w:t>
            </w:r>
          </w:p>
          <w:p w14:paraId="7ED49B0D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local area network covering a small geographical area such as a school or home</w:t>
            </w:r>
          </w:p>
          <w:p w14:paraId="3D4D4213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physical or wireless method used to carry network data</w:t>
            </w:r>
          </w:p>
          <w:p w14:paraId="57ECB296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protocol used to transfer files between computers</w:t>
            </w:r>
          </w:p>
          <w:p w14:paraId="2E8BFC9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AA0CC54" w14:textId="77777777">
        <w:trPr>
          <w:cantSplit/>
          <w:jc w:val="center"/>
        </w:trPr>
        <w:tc>
          <w:tcPr>
            <w:tcW w:w="5112" w:type="dxa"/>
          </w:tcPr>
          <w:p w14:paraId="3E9B7B2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A student writes about Mesh topology. Which statement would be correct?</w:t>
            </w:r>
          </w:p>
          <w:p w14:paraId="6DCF6698" w14:textId="77777777" w:rsidR="004C6ABD" w:rsidRDefault="00F35368">
            <w:pPr>
              <w:pStyle w:val="OptionLine"/>
            </w:pPr>
            <w:r>
              <w:rPr>
                <w:sz w:val="16"/>
              </w:rPr>
              <w:t>A. a device that connects devices on a LAN and forwards data to the intended device</w:t>
            </w:r>
          </w:p>
          <w:p w14:paraId="489FCB9B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logical address used to identify a device on a network</w:t>
            </w:r>
          </w:p>
          <w:p w14:paraId="3552D2D9" w14:textId="77777777" w:rsidR="004C6ABD" w:rsidRDefault="00F35368">
            <w:pPr>
              <w:pStyle w:val="OptionLine"/>
            </w:pPr>
            <w:r>
              <w:rPr>
                <w:sz w:val="16"/>
              </w:rPr>
              <w:t>C. a network where devices can act as both clients and servers</w:t>
            </w:r>
          </w:p>
          <w:p w14:paraId="456FAAFE" w14:textId="77777777" w:rsidR="004C6ABD" w:rsidRDefault="00F35368">
            <w:pPr>
              <w:pStyle w:val="OptionLine"/>
            </w:pPr>
            <w:r>
              <w:rPr>
                <w:sz w:val="16"/>
              </w:rPr>
              <w:t>D. a network layout where devices are connected to many other devices</w:t>
            </w:r>
          </w:p>
          <w:p w14:paraId="67FFBC2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8E1CA8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description correctly matches Link layer?</w:t>
            </w:r>
          </w:p>
          <w:p w14:paraId="69239D3E" w14:textId="77777777" w:rsidR="004C6ABD" w:rsidRDefault="00F35368">
            <w:pPr>
              <w:pStyle w:val="OptionLine"/>
            </w:pPr>
            <w:r>
              <w:rPr>
                <w:sz w:val="16"/>
              </w:rPr>
              <w:t>A. a unique hardware address assigned to a network interface</w:t>
            </w:r>
          </w:p>
          <w:p w14:paraId="16544B90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TCP/IP layer that deals with sending data over the local network hardware</w:t>
            </w:r>
          </w:p>
          <w:p w14:paraId="3AE38657" w14:textId="77777777" w:rsidR="004C6ABD" w:rsidRDefault="00F35368">
            <w:pPr>
              <w:pStyle w:val="OptionLine"/>
            </w:pPr>
            <w:r>
              <w:rPr>
                <w:sz w:val="16"/>
              </w:rPr>
              <w:t>C. scrambling data so it cannot be understood without the key</w:t>
            </w:r>
          </w:p>
          <w:p w14:paraId="45A585D5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local area network covering a small geographical area such as a school or home</w:t>
            </w:r>
          </w:p>
          <w:p w14:paraId="7A0C082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6BCD4B5" w14:textId="77777777">
        <w:trPr>
          <w:cantSplit/>
          <w:jc w:val="center"/>
        </w:trPr>
        <w:tc>
          <w:tcPr>
            <w:tcW w:w="5112" w:type="dxa"/>
          </w:tcPr>
          <w:p w14:paraId="45CB938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20. A student writes about Protocol. Which statement would be correct?</w:t>
            </w:r>
          </w:p>
          <w:p w14:paraId="2DE84451" w14:textId="77777777" w:rsidR="004C6ABD" w:rsidRDefault="00F35368">
            <w:pPr>
              <w:pStyle w:val="OptionLine"/>
            </w:pPr>
            <w:r>
              <w:rPr>
                <w:sz w:val="16"/>
              </w:rPr>
              <w:t>A. a set of rules for communication between devices</w:t>
            </w:r>
          </w:p>
          <w:p w14:paraId="4291A4D4" w14:textId="77777777" w:rsidR="004C6ABD" w:rsidRDefault="00F35368">
            <w:pPr>
              <w:pStyle w:val="OptionLine"/>
            </w:pPr>
            <w:r>
              <w:rPr>
                <w:sz w:val="16"/>
              </w:rPr>
              <w:t>B. a unique hardware address assigned to a network interface</w:t>
            </w:r>
          </w:p>
          <w:p w14:paraId="686D24D7" w14:textId="77777777" w:rsidR="004C6ABD" w:rsidRDefault="00F35368">
            <w:pPr>
              <w:pStyle w:val="OptionLine"/>
            </w:pPr>
            <w:r>
              <w:rPr>
                <w:sz w:val="16"/>
              </w:rPr>
              <w:t>C. scrambling data so it cannot be understood without the key</w:t>
            </w:r>
          </w:p>
          <w:p w14:paraId="3E2B456A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delay before data begins to arrive across a network</w:t>
            </w:r>
          </w:p>
          <w:p w14:paraId="1D12D04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5CCBBF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layer of the TCP/IP stack is closest to the network hardware?</w:t>
            </w:r>
          </w:p>
          <w:p w14:paraId="4A539E7D" w14:textId="77777777" w:rsidR="004C6ABD" w:rsidRDefault="00F35368">
            <w:pPr>
              <w:pStyle w:val="OptionLine"/>
            </w:pPr>
            <w:r>
              <w:rPr>
                <w:sz w:val="16"/>
              </w:rPr>
              <w:t>A. Application layer</w:t>
            </w:r>
          </w:p>
          <w:p w14:paraId="04F3FE40" w14:textId="77777777" w:rsidR="004C6ABD" w:rsidRDefault="00F35368">
            <w:pPr>
              <w:pStyle w:val="OptionLine"/>
            </w:pPr>
            <w:r>
              <w:rPr>
                <w:sz w:val="16"/>
              </w:rPr>
              <w:t>B. Operating system layer</w:t>
            </w:r>
          </w:p>
          <w:p w14:paraId="1F6D92C0" w14:textId="77777777" w:rsidR="004C6ABD" w:rsidRDefault="00F35368">
            <w:pPr>
              <w:pStyle w:val="OptionLine"/>
            </w:pPr>
            <w:r>
              <w:rPr>
                <w:sz w:val="16"/>
              </w:rPr>
              <w:t>C. Transport layer</w:t>
            </w:r>
          </w:p>
          <w:p w14:paraId="49A39DC0" w14:textId="77777777" w:rsidR="004C6ABD" w:rsidRDefault="00F35368">
            <w:pPr>
              <w:pStyle w:val="OptionLine"/>
            </w:pPr>
            <w:r>
              <w:rPr>
                <w:sz w:val="16"/>
              </w:rPr>
              <w:t>D. Link layer</w:t>
            </w:r>
          </w:p>
          <w:p w14:paraId="24E7ABF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