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897AD" w14:textId="77777777" w:rsidR="004C6ABD" w:rsidRDefault="00F35368">
      <w:pPr>
        <w:pStyle w:val="Heading1"/>
      </w:pPr>
      <w:r>
        <w:lastRenderedPageBreak/>
        <w:t>1.3 Computer networks, connections and protocols - Quiz C</w:t>
      </w:r>
    </w:p>
    <w:p w14:paraId="26EF8EA8" w14:textId="77777777" w:rsidR="004C6ABD" w:rsidRDefault="00F35368">
      <w:r>
        <w:rPr>
          <w:b/>
        </w:rPr>
        <w:t xml:space="preserve">Time: </w:t>
      </w:r>
      <w:r>
        <w:t xml:space="preserve">40 minutes    </w:t>
      </w:r>
      <w:r>
        <w:rPr>
          <w:b/>
        </w:rPr>
        <w:t xml:space="preserve">Marks: </w:t>
      </w:r>
      <w:r>
        <w:t xml:space="preserve">40    </w:t>
      </w:r>
      <w:r>
        <w:rPr>
          <w:b/>
        </w:rPr>
        <w:t xml:space="preserve">Instructions: </w:t>
      </w:r>
      <w:r>
        <w:t>Circle one answer for each question. Each question is worth 1 mark.</w:t>
      </w:r>
    </w:p>
    <w:p w14:paraId="4F408F75" w14:textId="77777777" w:rsidR="004C6ABD" w:rsidRDefault="00F35368">
      <w:pPr>
        <w:spacing w:after="120"/>
      </w:pPr>
      <w:r>
        <w:t>Name: ________________________________   Class: __________   Date: __________   Score: ______ / 40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12"/>
        <w:gridCol w:w="5112"/>
      </w:tblGrid>
      <w:tr w:rsidR="004C6ABD" w14:paraId="4E6F6FCF" w14:textId="77777777">
        <w:trPr>
          <w:tblHeader/>
          <w:jc w:val="center"/>
        </w:trPr>
        <w:tc>
          <w:tcPr>
            <w:tcW w:w="5112" w:type="dxa"/>
            <w:shd w:val="clear" w:color="auto" w:fill="D9EAF7"/>
          </w:tcPr>
          <w:p w14:paraId="7ACC5FD4" w14:textId="77777777" w:rsidR="004C6ABD" w:rsidRDefault="00F35368">
            <w:r>
              <w:rPr>
                <w:b/>
              </w:rPr>
              <w:t>Questions 1-20</w:t>
            </w:r>
          </w:p>
        </w:tc>
        <w:tc>
          <w:tcPr>
            <w:tcW w:w="5112" w:type="dxa"/>
            <w:shd w:val="clear" w:color="auto" w:fill="D9EAF7"/>
          </w:tcPr>
          <w:p w14:paraId="0D85508A" w14:textId="77777777" w:rsidR="004C6ABD" w:rsidRDefault="00F35368">
            <w:r>
              <w:rPr>
                <w:b/>
              </w:rPr>
              <w:t>Questions 21-40</w:t>
            </w:r>
          </w:p>
        </w:tc>
      </w:tr>
      <w:tr w:rsidR="004C6ABD" w14:paraId="226308E9" w14:textId="77777777">
        <w:trPr>
          <w:cantSplit/>
          <w:jc w:val="center"/>
        </w:trPr>
        <w:tc>
          <w:tcPr>
            <w:tcW w:w="5112" w:type="dxa"/>
          </w:tcPr>
          <w:p w14:paraId="2421427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1. Which description correctly matches DNS?</w:t>
            </w:r>
          </w:p>
          <w:p w14:paraId="2AFEFEFC" w14:textId="77777777" w:rsidR="004C6ABD" w:rsidRDefault="00F35368">
            <w:pPr>
              <w:pStyle w:val="OptionLine"/>
            </w:pPr>
            <w:r>
              <w:rPr>
                <w:sz w:val="16"/>
              </w:rPr>
              <w:t>A. a network where devices can act as both clients and servers</w:t>
            </w:r>
          </w:p>
          <w:p w14:paraId="1388CEC9" w14:textId="77777777" w:rsidR="004C6ABD" w:rsidRDefault="00F35368">
            <w:pPr>
              <w:pStyle w:val="OptionLine"/>
            </w:pPr>
            <w:r>
              <w:rPr>
                <w:sz w:val="16"/>
              </w:rPr>
              <w:t>B. a system of servers that translates domain names into IP addresses</w:t>
            </w:r>
          </w:p>
          <w:p w14:paraId="0271A235" w14:textId="77777777" w:rsidR="004C6ABD" w:rsidRDefault="00F35368">
            <w:pPr>
              <w:pStyle w:val="OptionLine"/>
            </w:pPr>
            <w:r>
              <w:rPr>
                <w:sz w:val="16"/>
              </w:rPr>
              <w:t>C. a unique hardware address assigned to a network interface</w:t>
            </w:r>
          </w:p>
          <w:p w14:paraId="5C686CAC" w14:textId="77777777" w:rsidR="004C6ABD" w:rsidRDefault="00F35368">
            <w:pPr>
              <w:pStyle w:val="OptionLine"/>
            </w:pPr>
            <w:r>
              <w:rPr>
                <w:sz w:val="16"/>
              </w:rPr>
              <w:t>D. a device that forwards data between different networks</w:t>
            </w:r>
          </w:p>
          <w:p w14:paraId="2D1DDCC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DAB840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21. Which description correctly matches POP?</w:t>
            </w:r>
          </w:p>
          <w:p w14:paraId="67F5C4AE" w14:textId="77777777" w:rsidR="004C6ABD" w:rsidRDefault="00F35368">
            <w:pPr>
              <w:pStyle w:val="OptionLine"/>
            </w:pPr>
            <w:r>
              <w:rPr>
                <w:sz w:val="16"/>
              </w:rPr>
              <w:t>A. an email protocol that downloads messages from a mail server</w:t>
            </w:r>
          </w:p>
          <w:p w14:paraId="5A873F05" w14:textId="77777777" w:rsidR="004C6ABD" w:rsidRDefault="00F35368">
            <w:pPr>
              <w:pStyle w:val="OptionLine"/>
            </w:pPr>
            <w:r>
              <w:rPr>
                <w:sz w:val="16"/>
              </w:rPr>
              <w:t>B. a device or software that requests services such as web pages from a server</w:t>
            </w:r>
          </w:p>
          <w:p w14:paraId="11898DAB" w14:textId="77777777" w:rsidR="004C6ABD" w:rsidRDefault="00F35368">
            <w:pPr>
              <w:pStyle w:val="OptionLine"/>
            </w:pPr>
            <w:r>
              <w:rPr>
                <w:sz w:val="16"/>
              </w:rPr>
              <w:t>C. a network layout where devices are connected to many other devices</w:t>
            </w:r>
          </w:p>
          <w:p w14:paraId="650C8D58" w14:textId="77777777" w:rsidR="004C6ABD" w:rsidRDefault="00F35368">
            <w:pPr>
              <w:pStyle w:val="OptionLine"/>
            </w:pPr>
            <w:r>
              <w:rPr>
                <w:sz w:val="16"/>
              </w:rPr>
              <w:t>D. a device that connects devices on a LAN and forwards data to the intended device</w:t>
            </w:r>
          </w:p>
          <w:p w14:paraId="2D9759F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7A8238A" w14:textId="77777777">
        <w:trPr>
          <w:cantSplit/>
          <w:jc w:val="center"/>
        </w:trPr>
        <w:tc>
          <w:tcPr>
            <w:tcW w:w="5112" w:type="dxa"/>
          </w:tcPr>
          <w:p w14:paraId="4C59A49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2. What is the World Wide Web?</w:t>
            </w:r>
          </w:p>
          <w:p w14:paraId="260D104D" w14:textId="77777777" w:rsidR="004C6ABD" w:rsidRDefault="00F35368">
            <w:pPr>
              <w:pStyle w:val="OptionLine"/>
            </w:pPr>
            <w:r>
              <w:rPr>
                <w:sz w:val="16"/>
              </w:rPr>
              <w:t>A. Only email protocols</w:t>
            </w:r>
          </w:p>
          <w:p w14:paraId="5E3717B6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same thing as a CPU</w:t>
            </w:r>
          </w:p>
          <w:p w14:paraId="029594BC" w14:textId="77777777" w:rsidR="004C6ABD" w:rsidRDefault="00F35368">
            <w:pPr>
              <w:pStyle w:val="OptionLine"/>
            </w:pPr>
            <w:r>
              <w:rPr>
                <w:sz w:val="16"/>
              </w:rPr>
              <w:t>C. A service of linked web pages accessed using the Internet</w:t>
            </w:r>
          </w:p>
          <w:p w14:paraId="3F77AE30" w14:textId="77777777" w:rsidR="004C6ABD" w:rsidRDefault="00F35368">
            <w:pPr>
              <w:pStyle w:val="OptionLine"/>
            </w:pPr>
            <w:r>
              <w:rPr>
                <w:sz w:val="16"/>
              </w:rPr>
              <w:t>D. A storage device</w:t>
            </w:r>
          </w:p>
          <w:p w14:paraId="6D6242A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DA2E72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22. Which term best matches this description: a network layout where devices are connected to many other devices</w:t>
            </w:r>
          </w:p>
          <w:p w14:paraId="1D8A2307" w14:textId="77777777" w:rsidR="004C6ABD" w:rsidRDefault="00F35368">
            <w:pPr>
              <w:pStyle w:val="OptionLine"/>
            </w:pPr>
            <w:r>
              <w:rPr>
                <w:sz w:val="16"/>
              </w:rPr>
              <w:t>A. Protocol</w:t>
            </w:r>
          </w:p>
          <w:p w14:paraId="576E7A04" w14:textId="77777777" w:rsidR="004C6ABD" w:rsidRDefault="00F35368">
            <w:pPr>
              <w:pStyle w:val="OptionLine"/>
            </w:pPr>
            <w:r>
              <w:rPr>
                <w:sz w:val="16"/>
              </w:rPr>
              <w:t>B. Mesh topology</w:t>
            </w:r>
          </w:p>
          <w:p w14:paraId="444BC751" w14:textId="77777777" w:rsidR="004C6ABD" w:rsidRDefault="00F35368">
            <w:pPr>
              <w:pStyle w:val="OptionLine"/>
            </w:pPr>
            <w:r>
              <w:rPr>
                <w:sz w:val="16"/>
              </w:rPr>
              <w:t>C. Application layer</w:t>
            </w:r>
          </w:p>
          <w:p w14:paraId="2A2A3C6E" w14:textId="77777777" w:rsidR="004C6ABD" w:rsidRDefault="00F35368">
            <w:pPr>
              <w:pStyle w:val="OptionLine"/>
            </w:pPr>
            <w:r>
              <w:rPr>
                <w:sz w:val="16"/>
              </w:rPr>
              <w:t>D. Star topology</w:t>
            </w:r>
          </w:p>
          <w:p w14:paraId="315CFEC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F4CEF7B" w14:textId="77777777">
        <w:trPr>
          <w:cantSplit/>
          <w:jc w:val="center"/>
        </w:trPr>
        <w:tc>
          <w:tcPr>
            <w:tcW w:w="5112" w:type="dxa"/>
          </w:tcPr>
          <w:p w14:paraId="686844E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3. Which term best matches this description: a computer that stores and sends web pages to clients</w:t>
            </w:r>
          </w:p>
          <w:p w14:paraId="0327BDEB" w14:textId="77777777" w:rsidR="004C6ABD" w:rsidRDefault="00F35368">
            <w:pPr>
              <w:pStyle w:val="OptionLine"/>
            </w:pPr>
            <w:r>
              <w:rPr>
                <w:sz w:val="16"/>
              </w:rPr>
              <w:t>A. IP address</w:t>
            </w:r>
          </w:p>
          <w:p w14:paraId="26AD80BE" w14:textId="77777777" w:rsidR="004C6ABD" w:rsidRDefault="00F35368">
            <w:pPr>
              <w:pStyle w:val="OptionLine"/>
            </w:pPr>
            <w:r>
              <w:rPr>
                <w:sz w:val="16"/>
              </w:rPr>
              <w:t>B. Web client</w:t>
            </w:r>
          </w:p>
          <w:p w14:paraId="6930BE7B" w14:textId="77777777" w:rsidR="004C6ABD" w:rsidRDefault="00F35368">
            <w:pPr>
              <w:pStyle w:val="OptionLine"/>
            </w:pPr>
            <w:r>
              <w:rPr>
                <w:sz w:val="16"/>
              </w:rPr>
              <w:t>C. Packet</w:t>
            </w:r>
          </w:p>
          <w:p w14:paraId="0E087424" w14:textId="77777777" w:rsidR="004C6ABD" w:rsidRDefault="00F35368">
            <w:pPr>
              <w:pStyle w:val="OptionLine"/>
            </w:pPr>
            <w:r>
              <w:rPr>
                <w:sz w:val="16"/>
              </w:rPr>
              <w:t>D. Web server</w:t>
            </w:r>
          </w:p>
          <w:p w14:paraId="755C3B6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E60C73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23. A student writes about NIC. Which statement would be correct?</w:t>
            </w:r>
          </w:p>
          <w:p w14:paraId="11C6BA16" w14:textId="77777777" w:rsidR="004C6ABD" w:rsidRDefault="00F35368">
            <w:pPr>
              <w:pStyle w:val="OptionLine"/>
            </w:pPr>
            <w:r>
              <w:rPr>
                <w:sz w:val="16"/>
              </w:rPr>
              <w:t>A. a local area network covering a small geographical area such as a school or home</w:t>
            </w:r>
          </w:p>
          <w:p w14:paraId="0FDD8748" w14:textId="77777777" w:rsidR="004C6ABD" w:rsidRDefault="00F35368">
            <w:pPr>
              <w:pStyle w:val="OptionLine"/>
            </w:pPr>
            <w:r>
              <w:rPr>
                <w:sz w:val="16"/>
              </w:rPr>
              <w:t>B. an email protocol that downloads messages from a mail server</w:t>
            </w:r>
          </w:p>
          <w:p w14:paraId="409B8BDB" w14:textId="77777777" w:rsidR="004C6ABD" w:rsidRDefault="00F35368">
            <w:pPr>
              <w:pStyle w:val="OptionLine"/>
            </w:pPr>
            <w:r>
              <w:rPr>
                <w:sz w:val="16"/>
              </w:rPr>
              <w:t>C. a device that forwards data between different networks</w:t>
            </w:r>
          </w:p>
          <w:p w14:paraId="2A511AF7" w14:textId="77777777" w:rsidR="004C6ABD" w:rsidRDefault="00F35368">
            <w:pPr>
              <w:pStyle w:val="OptionLine"/>
            </w:pPr>
            <w:r>
              <w:rPr>
                <w:sz w:val="16"/>
              </w:rPr>
              <w:t>D. hardware that allows a device to connect to a network</w:t>
            </w:r>
          </w:p>
          <w:p w14:paraId="0484375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19E5F6E" w14:textId="77777777">
        <w:trPr>
          <w:cantSplit/>
          <w:jc w:val="center"/>
        </w:trPr>
        <w:tc>
          <w:tcPr>
            <w:tcW w:w="5112" w:type="dxa"/>
          </w:tcPr>
          <w:p w14:paraId="258C35D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4. Which term best matches this description: a device that forwards data between different networks</w:t>
            </w:r>
          </w:p>
          <w:p w14:paraId="0EF9A7F6" w14:textId="77777777" w:rsidR="004C6ABD" w:rsidRDefault="00F35368">
            <w:pPr>
              <w:pStyle w:val="OptionLine"/>
            </w:pPr>
            <w:r>
              <w:rPr>
                <w:sz w:val="16"/>
              </w:rPr>
              <w:t>A. Hosting</w:t>
            </w:r>
          </w:p>
          <w:p w14:paraId="1AAD46B6" w14:textId="77777777" w:rsidR="004C6ABD" w:rsidRDefault="00F35368">
            <w:pPr>
              <w:pStyle w:val="OptionLine"/>
            </w:pPr>
            <w:r>
              <w:rPr>
                <w:sz w:val="16"/>
              </w:rPr>
              <w:t>B. MAC address</w:t>
            </w:r>
          </w:p>
          <w:p w14:paraId="047E6C64" w14:textId="77777777" w:rsidR="004C6ABD" w:rsidRDefault="00F35368">
            <w:pPr>
              <w:pStyle w:val="OptionLine"/>
            </w:pPr>
            <w:r>
              <w:rPr>
                <w:sz w:val="16"/>
              </w:rPr>
              <w:t>C. TCP</w:t>
            </w:r>
          </w:p>
          <w:p w14:paraId="0110FB9E" w14:textId="77777777" w:rsidR="004C6ABD" w:rsidRDefault="00F35368">
            <w:pPr>
              <w:pStyle w:val="OptionLine"/>
            </w:pPr>
            <w:r>
              <w:rPr>
                <w:sz w:val="16"/>
              </w:rPr>
              <w:t>D. Router</w:t>
            </w:r>
          </w:p>
          <w:p w14:paraId="0391943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2F00E8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24. Which term best matches this description: the physical or wireless method used to carry network data</w:t>
            </w:r>
          </w:p>
          <w:p w14:paraId="4E6AECE7" w14:textId="77777777" w:rsidR="004C6ABD" w:rsidRDefault="00F35368">
            <w:pPr>
              <w:pStyle w:val="OptionLine"/>
            </w:pPr>
            <w:r>
              <w:rPr>
                <w:sz w:val="16"/>
              </w:rPr>
              <w:t>A. Router</w:t>
            </w:r>
          </w:p>
          <w:p w14:paraId="770F44E4" w14:textId="77777777" w:rsidR="004C6ABD" w:rsidRDefault="00F35368">
            <w:pPr>
              <w:pStyle w:val="OptionLine"/>
            </w:pPr>
            <w:r>
              <w:rPr>
                <w:sz w:val="16"/>
              </w:rPr>
              <w:t>B. Transmission media</w:t>
            </w:r>
          </w:p>
          <w:p w14:paraId="1FD2DE95" w14:textId="77777777" w:rsidR="004C6ABD" w:rsidRDefault="00F35368">
            <w:pPr>
              <w:pStyle w:val="OptionLine"/>
            </w:pPr>
            <w:r>
              <w:rPr>
                <w:sz w:val="16"/>
              </w:rPr>
              <w:t>C. Encryption</w:t>
            </w:r>
          </w:p>
          <w:p w14:paraId="77B1C86D" w14:textId="77777777" w:rsidR="004C6ABD" w:rsidRDefault="00F35368">
            <w:pPr>
              <w:pStyle w:val="OptionLine"/>
            </w:pPr>
            <w:r>
              <w:rPr>
                <w:sz w:val="16"/>
              </w:rPr>
              <w:t>D. Latency</w:t>
            </w:r>
          </w:p>
          <w:p w14:paraId="7A62F6A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0FE7B5A" w14:textId="77777777">
        <w:trPr>
          <w:cantSplit/>
          <w:jc w:val="center"/>
        </w:trPr>
        <w:tc>
          <w:tcPr>
            <w:tcW w:w="5112" w:type="dxa"/>
          </w:tcPr>
          <w:p w14:paraId="73BFE04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5. Which hardware allows a laptop to join a network?</w:t>
            </w:r>
          </w:p>
          <w:p w14:paraId="230C7537" w14:textId="77777777" w:rsidR="004C6ABD" w:rsidRDefault="00F35368">
            <w:pPr>
              <w:pStyle w:val="OptionLine"/>
            </w:pPr>
            <w:r>
              <w:rPr>
                <w:sz w:val="16"/>
              </w:rPr>
              <w:t>A. MDR</w:t>
            </w:r>
          </w:p>
          <w:p w14:paraId="2FF97C0C" w14:textId="77777777" w:rsidR="004C6ABD" w:rsidRDefault="00F35368">
            <w:pPr>
              <w:pStyle w:val="OptionLine"/>
            </w:pPr>
            <w:r>
              <w:rPr>
                <w:sz w:val="16"/>
              </w:rPr>
              <w:t>B. ALU</w:t>
            </w:r>
          </w:p>
          <w:p w14:paraId="1118B3A0" w14:textId="77777777" w:rsidR="004C6ABD" w:rsidRDefault="00F35368">
            <w:pPr>
              <w:pStyle w:val="OptionLine"/>
            </w:pPr>
            <w:r>
              <w:rPr>
                <w:sz w:val="16"/>
              </w:rPr>
              <w:t>C. Accumulator</w:t>
            </w:r>
          </w:p>
          <w:p w14:paraId="7BAFBDBD" w14:textId="77777777" w:rsidR="004C6ABD" w:rsidRDefault="00F35368">
            <w:pPr>
              <w:pStyle w:val="OptionLine"/>
            </w:pPr>
            <w:r>
              <w:rPr>
                <w:sz w:val="16"/>
              </w:rPr>
              <w:t>D. NIC</w:t>
            </w:r>
          </w:p>
          <w:p w14:paraId="200EF9D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993827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25. A student writes about Switch. Which statement would be correct?</w:t>
            </w:r>
          </w:p>
          <w:p w14:paraId="2B004B59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TCP/IP layer that handles addressing and routing using IP</w:t>
            </w:r>
          </w:p>
          <w:p w14:paraId="45575997" w14:textId="77777777" w:rsidR="004C6ABD" w:rsidRDefault="00F35368">
            <w:pPr>
              <w:pStyle w:val="OptionLine"/>
            </w:pPr>
            <w:r>
              <w:rPr>
                <w:sz w:val="16"/>
              </w:rPr>
              <w:t>B. a protocol used to transfer web pages without built-in encryption</w:t>
            </w:r>
          </w:p>
          <w:p w14:paraId="4314E1E7" w14:textId="77777777" w:rsidR="004C6ABD" w:rsidRDefault="00F35368">
            <w:pPr>
              <w:pStyle w:val="OptionLine"/>
            </w:pPr>
            <w:r>
              <w:rPr>
                <w:sz w:val="16"/>
              </w:rPr>
              <w:t>C. a wireless networking standard commonly used in LANs</w:t>
            </w:r>
          </w:p>
          <w:p w14:paraId="132B31EA" w14:textId="77777777" w:rsidR="004C6ABD" w:rsidRDefault="00F35368">
            <w:pPr>
              <w:pStyle w:val="OptionLine"/>
            </w:pPr>
            <w:r>
              <w:rPr>
                <w:sz w:val="16"/>
              </w:rPr>
              <w:t>D. a device that connects devices on a LAN and forwards data to the intended device</w:t>
            </w:r>
          </w:p>
          <w:p w14:paraId="7B268D0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23FA7E2" w14:textId="77777777">
        <w:trPr>
          <w:cantSplit/>
          <w:jc w:val="center"/>
        </w:trPr>
        <w:tc>
          <w:tcPr>
            <w:tcW w:w="5112" w:type="dxa"/>
          </w:tcPr>
          <w:p w14:paraId="0DCEEBC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6. A student writes about WAN. Which statement would be correct?</w:t>
            </w:r>
          </w:p>
          <w:p w14:paraId="563756EE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amount of data that can be transmitted per second over a network connection</w:t>
            </w:r>
          </w:p>
          <w:p w14:paraId="240EC00E" w14:textId="77777777" w:rsidR="004C6ABD" w:rsidRDefault="00F35368">
            <w:pPr>
              <w:pStyle w:val="OptionLine"/>
            </w:pPr>
            <w:r>
              <w:rPr>
                <w:sz w:val="16"/>
              </w:rPr>
              <w:t>B. a wide area network covering a large geographical area, often using third-party infrastructure</w:t>
            </w:r>
          </w:p>
          <w:p w14:paraId="64EA9986" w14:textId="77777777" w:rsidR="004C6ABD" w:rsidRDefault="00F35368">
            <w:pPr>
              <w:pStyle w:val="OptionLine"/>
            </w:pPr>
            <w:r>
              <w:rPr>
                <w:sz w:val="16"/>
              </w:rPr>
              <w:t>C. a service that uses the Internet to access linked web pages</w:t>
            </w:r>
          </w:p>
          <w:p w14:paraId="17108B9D" w14:textId="77777777" w:rsidR="004C6ABD" w:rsidRDefault="00F35368">
            <w:pPr>
              <w:pStyle w:val="OptionLine"/>
            </w:pPr>
            <w:r>
              <w:rPr>
                <w:sz w:val="16"/>
              </w:rPr>
              <w:t>D. a network where devices can act as both clients and servers</w:t>
            </w:r>
          </w:p>
          <w:p w14:paraId="70C8C90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1D4AD7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26. Which term best matches this description: hardware that allows a device to connect to a network</w:t>
            </w:r>
          </w:p>
          <w:p w14:paraId="37108B2C" w14:textId="77777777" w:rsidR="004C6ABD" w:rsidRDefault="00F35368">
            <w:pPr>
              <w:pStyle w:val="OptionLine"/>
            </w:pPr>
            <w:r>
              <w:rPr>
                <w:sz w:val="16"/>
              </w:rPr>
              <w:t>A. Link layer</w:t>
            </w:r>
          </w:p>
          <w:p w14:paraId="10B7ED01" w14:textId="77777777" w:rsidR="004C6ABD" w:rsidRDefault="00F35368">
            <w:pPr>
              <w:pStyle w:val="OptionLine"/>
            </w:pPr>
            <w:r>
              <w:rPr>
                <w:sz w:val="16"/>
              </w:rPr>
              <w:t>B. Web server</w:t>
            </w:r>
          </w:p>
          <w:p w14:paraId="7B0C06EB" w14:textId="77777777" w:rsidR="004C6ABD" w:rsidRDefault="00F35368">
            <w:pPr>
              <w:pStyle w:val="OptionLine"/>
            </w:pPr>
            <w:r>
              <w:rPr>
                <w:sz w:val="16"/>
              </w:rPr>
              <w:t>C. NIC</w:t>
            </w:r>
          </w:p>
          <w:p w14:paraId="1772511F" w14:textId="77777777" w:rsidR="004C6ABD" w:rsidRDefault="00F35368">
            <w:pPr>
              <w:pStyle w:val="OptionLine"/>
            </w:pPr>
            <w:r>
              <w:rPr>
                <w:sz w:val="16"/>
              </w:rPr>
              <w:t>D. LAN</w:t>
            </w:r>
          </w:p>
          <w:p w14:paraId="179ECD8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69A62A0" w14:textId="77777777">
        <w:trPr>
          <w:cantSplit/>
          <w:jc w:val="center"/>
        </w:trPr>
        <w:tc>
          <w:tcPr>
            <w:tcW w:w="5112" w:type="dxa"/>
          </w:tcPr>
          <w:p w14:paraId="1F185BE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7. Which term best matches this description: a protocol used to transfer web pages without built-in encryption</w:t>
            </w:r>
          </w:p>
          <w:p w14:paraId="048A5562" w14:textId="77777777" w:rsidR="004C6ABD" w:rsidRDefault="00F35368">
            <w:pPr>
              <w:pStyle w:val="OptionLine"/>
            </w:pPr>
            <w:r>
              <w:rPr>
                <w:sz w:val="16"/>
              </w:rPr>
              <w:t>A. Transmission media</w:t>
            </w:r>
          </w:p>
          <w:p w14:paraId="49FA4760" w14:textId="77777777" w:rsidR="004C6ABD" w:rsidRDefault="00F35368">
            <w:pPr>
              <w:pStyle w:val="OptionLine"/>
            </w:pPr>
            <w:r>
              <w:rPr>
                <w:sz w:val="16"/>
              </w:rPr>
              <w:t>B. Wireless access point</w:t>
            </w:r>
          </w:p>
          <w:p w14:paraId="2190FF40" w14:textId="77777777" w:rsidR="004C6ABD" w:rsidRDefault="00F35368">
            <w:pPr>
              <w:pStyle w:val="OptionLine"/>
            </w:pPr>
            <w:r>
              <w:rPr>
                <w:sz w:val="16"/>
              </w:rPr>
              <w:t>C. HTTP</w:t>
            </w:r>
          </w:p>
          <w:p w14:paraId="529CF7C4" w14:textId="77777777" w:rsidR="004C6ABD" w:rsidRDefault="00F35368">
            <w:pPr>
              <w:pStyle w:val="OptionLine"/>
            </w:pPr>
            <w:r>
              <w:rPr>
                <w:sz w:val="16"/>
              </w:rPr>
              <w:t>D. FTP</w:t>
            </w:r>
          </w:p>
          <w:p w14:paraId="6AD9F8E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72EF34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27. A student writes about SMTP. Which statement would be correct?</w:t>
            </w:r>
          </w:p>
          <w:p w14:paraId="6F372B7A" w14:textId="77777777" w:rsidR="004C6ABD" w:rsidRDefault="00F35368">
            <w:pPr>
              <w:pStyle w:val="OptionLine"/>
            </w:pPr>
            <w:r>
              <w:rPr>
                <w:sz w:val="16"/>
              </w:rPr>
              <w:t>A. a local area network covering a small geographical area such as a school or home</w:t>
            </w:r>
          </w:p>
          <w:p w14:paraId="328BD4DE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TCP/IP layer that manages end-to-end communication such as TCP or UDP</w:t>
            </w:r>
          </w:p>
          <w:p w14:paraId="397211B4" w14:textId="77777777" w:rsidR="004C6ABD" w:rsidRDefault="00F35368">
            <w:pPr>
              <w:pStyle w:val="OptionLine"/>
            </w:pPr>
            <w:r>
              <w:rPr>
                <w:sz w:val="16"/>
              </w:rPr>
              <w:t>C. a computer that stores and sends web pages to clients</w:t>
            </w:r>
          </w:p>
          <w:p w14:paraId="681E040D" w14:textId="77777777" w:rsidR="004C6ABD" w:rsidRDefault="00F35368">
            <w:pPr>
              <w:pStyle w:val="OptionLine"/>
            </w:pPr>
            <w:r>
              <w:rPr>
                <w:sz w:val="16"/>
              </w:rPr>
              <w:t>D. a protocol used to send email</w:t>
            </w:r>
          </w:p>
          <w:p w14:paraId="628E428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6EB6F1A" w14:textId="77777777">
        <w:trPr>
          <w:cantSplit/>
          <w:jc w:val="center"/>
        </w:trPr>
        <w:tc>
          <w:tcPr>
            <w:tcW w:w="5112" w:type="dxa"/>
          </w:tcPr>
          <w:p w14:paraId="6BC64F1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8. A student writes about Wireless access point. Which statement would be correct?</w:t>
            </w:r>
          </w:p>
          <w:p w14:paraId="31D523B0" w14:textId="77777777" w:rsidR="004C6ABD" w:rsidRDefault="00F35368">
            <w:pPr>
              <w:pStyle w:val="OptionLine"/>
            </w:pPr>
            <w:r>
              <w:rPr>
                <w:sz w:val="16"/>
              </w:rPr>
              <w:t>A. a wide area network covering a large geographical area, often using third-party infrastructure</w:t>
            </w:r>
          </w:p>
          <w:p w14:paraId="58C6D401" w14:textId="77777777" w:rsidR="004C6ABD" w:rsidRDefault="00F35368">
            <w:pPr>
              <w:pStyle w:val="OptionLine"/>
            </w:pPr>
            <w:r>
              <w:rPr>
                <w:sz w:val="16"/>
              </w:rPr>
              <w:t>B. remote computing or storage services accessed over a network</w:t>
            </w:r>
          </w:p>
          <w:p w14:paraId="5EC005A0" w14:textId="77777777" w:rsidR="004C6ABD" w:rsidRDefault="00F35368">
            <w:pPr>
              <w:pStyle w:val="OptionLine"/>
            </w:pPr>
            <w:r>
              <w:rPr>
                <w:sz w:val="16"/>
              </w:rPr>
              <w:t>C. a device that allows wireless devices to connect to a wired network</w:t>
            </w:r>
          </w:p>
          <w:p w14:paraId="07A4AE1C" w14:textId="77777777" w:rsidR="004C6ABD" w:rsidRDefault="00F35368">
            <w:pPr>
              <w:pStyle w:val="OptionLine"/>
            </w:pPr>
            <w:r>
              <w:rPr>
                <w:sz w:val="16"/>
              </w:rPr>
              <w:t>D. an email protocol that synchronises messages with a mail server</w:t>
            </w:r>
          </w:p>
          <w:p w14:paraId="53B819A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8BBE47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28. Which term best matches this description: a protocol used to transfer web pages securely using encryption</w:t>
            </w:r>
          </w:p>
          <w:p w14:paraId="3B38A52A" w14:textId="77777777" w:rsidR="004C6ABD" w:rsidRDefault="00F35368">
            <w:pPr>
              <w:pStyle w:val="OptionLine"/>
            </w:pPr>
            <w:r>
              <w:rPr>
                <w:sz w:val="16"/>
              </w:rPr>
              <w:t>A. Encryption</w:t>
            </w:r>
          </w:p>
          <w:p w14:paraId="0725005F" w14:textId="77777777" w:rsidR="004C6ABD" w:rsidRDefault="00F35368">
            <w:pPr>
              <w:pStyle w:val="OptionLine"/>
            </w:pPr>
            <w:r>
              <w:rPr>
                <w:sz w:val="16"/>
              </w:rPr>
              <w:t>B. HTTPS</w:t>
            </w:r>
          </w:p>
          <w:p w14:paraId="318BF442" w14:textId="77777777" w:rsidR="004C6ABD" w:rsidRDefault="00F35368">
            <w:pPr>
              <w:pStyle w:val="OptionLine"/>
            </w:pPr>
            <w:r>
              <w:rPr>
                <w:sz w:val="16"/>
              </w:rPr>
              <w:t>C. Bandwidth</w:t>
            </w:r>
          </w:p>
          <w:p w14:paraId="61266735" w14:textId="77777777" w:rsidR="004C6ABD" w:rsidRDefault="00F35368">
            <w:pPr>
              <w:pStyle w:val="OptionLine"/>
            </w:pPr>
            <w:r>
              <w:rPr>
                <w:sz w:val="16"/>
              </w:rPr>
              <w:t>D. Star topology</w:t>
            </w:r>
          </w:p>
          <w:p w14:paraId="1952574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24901BA" w14:textId="77777777">
        <w:trPr>
          <w:cantSplit/>
          <w:jc w:val="center"/>
        </w:trPr>
        <w:tc>
          <w:tcPr>
            <w:tcW w:w="5112" w:type="dxa"/>
          </w:tcPr>
          <w:p w14:paraId="1111FB4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9. Which description correctly matches HTTPS?</w:t>
            </w:r>
          </w:p>
          <w:p w14:paraId="79E1D3E4" w14:textId="77777777" w:rsidR="004C6ABD" w:rsidRDefault="00F35368">
            <w:pPr>
              <w:pStyle w:val="OptionLine"/>
            </w:pPr>
            <w:r>
              <w:rPr>
                <w:sz w:val="16"/>
              </w:rPr>
              <w:t>A. a device that connects devices on a LAN and forwards data to the intended device</w:t>
            </w:r>
          </w:p>
          <w:p w14:paraId="678AD0C1" w14:textId="77777777" w:rsidR="004C6ABD" w:rsidRDefault="00F35368">
            <w:pPr>
              <w:pStyle w:val="OptionLine"/>
            </w:pPr>
            <w:r>
              <w:rPr>
                <w:sz w:val="16"/>
              </w:rPr>
              <w:t>B. a wired networking standard commonly used in LANs</w:t>
            </w:r>
          </w:p>
          <w:p w14:paraId="537770ED" w14:textId="77777777" w:rsidR="004C6ABD" w:rsidRDefault="00F35368">
            <w:pPr>
              <w:pStyle w:val="OptionLine"/>
            </w:pPr>
            <w:r>
              <w:rPr>
                <w:sz w:val="16"/>
              </w:rPr>
              <w:t>C. a protocol used to transfer web pages securely using encryption</w:t>
            </w:r>
          </w:p>
          <w:p w14:paraId="283414C2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TCP/IP layer that deals with sending data over the local network hardware</w:t>
            </w:r>
          </w:p>
          <w:p w14:paraId="710D161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E15525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29. Which term best matches this description: an email protocol that downloads messages from a mail server</w:t>
            </w:r>
          </w:p>
          <w:p w14:paraId="330583BE" w14:textId="77777777" w:rsidR="004C6ABD" w:rsidRDefault="00F35368">
            <w:pPr>
              <w:pStyle w:val="OptionLine"/>
            </w:pPr>
            <w:r>
              <w:rPr>
                <w:sz w:val="16"/>
              </w:rPr>
              <w:t>A. Transmission media</w:t>
            </w:r>
          </w:p>
          <w:p w14:paraId="759BCE36" w14:textId="77777777" w:rsidR="004C6ABD" w:rsidRDefault="00F35368">
            <w:pPr>
              <w:pStyle w:val="OptionLine"/>
            </w:pPr>
            <w:r>
              <w:rPr>
                <w:sz w:val="16"/>
              </w:rPr>
              <w:t>B. SMTP</w:t>
            </w:r>
          </w:p>
          <w:p w14:paraId="7542E4AD" w14:textId="77777777" w:rsidR="004C6ABD" w:rsidRDefault="00F35368">
            <w:pPr>
              <w:pStyle w:val="OptionLine"/>
            </w:pPr>
            <w:r>
              <w:rPr>
                <w:sz w:val="16"/>
              </w:rPr>
              <w:t>C. Transport layer</w:t>
            </w:r>
          </w:p>
          <w:p w14:paraId="224BB2D1" w14:textId="77777777" w:rsidR="004C6ABD" w:rsidRDefault="00F35368">
            <w:pPr>
              <w:pStyle w:val="OptionLine"/>
            </w:pPr>
            <w:r>
              <w:rPr>
                <w:sz w:val="16"/>
              </w:rPr>
              <w:t>D. POP</w:t>
            </w:r>
          </w:p>
          <w:p w14:paraId="4D17BA0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98A71F7" w14:textId="77777777">
        <w:trPr>
          <w:cantSplit/>
          <w:jc w:val="center"/>
        </w:trPr>
        <w:tc>
          <w:tcPr>
            <w:tcW w:w="5112" w:type="dxa"/>
          </w:tcPr>
          <w:p w14:paraId="65D40C3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10. Which address is usually built into a network interface by the manufacturer?</w:t>
            </w:r>
          </w:p>
          <w:p w14:paraId="12E59D68" w14:textId="77777777" w:rsidR="004C6ABD" w:rsidRDefault="00F35368">
            <w:pPr>
              <w:pStyle w:val="OptionLine"/>
            </w:pPr>
            <w:r>
              <w:rPr>
                <w:sz w:val="16"/>
              </w:rPr>
              <w:t>A. File extension</w:t>
            </w:r>
          </w:p>
          <w:p w14:paraId="0DD46930" w14:textId="77777777" w:rsidR="004C6ABD" w:rsidRDefault="00F35368">
            <w:pPr>
              <w:pStyle w:val="OptionLine"/>
            </w:pPr>
            <w:r>
              <w:rPr>
                <w:sz w:val="16"/>
              </w:rPr>
              <w:t>B. MAC address</w:t>
            </w:r>
          </w:p>
          <w:p w14:paraId="28D41814" w14:textId="77777777" w:rsidR="004C6ABD" w:rsidRDefault="00F35368">
            <w:pPr>
              <w:pStyle w:val="OptionLine"/>
            </w:pPr>
            <w:r>
              <w:rPr>
                <w:sz w:val="16"/>
              </w:rPr>
              <w:t>C. URL</w:t>
            </w:r>
          </w:p>
          <w:p w14:paraId="6BAC6F3C" w14:textId="77777777" w:rsidR="004C6ABD" w:rsidRDefault="00F35368">
            <w:pPr>
              <w:pStyle w:val="OptionLine"/>
            </w:pPr>
            <w:r>
              <w:rPr>
                <w:sz w:val="16"/>
              </w:rPr>
              <w:t>D. IP address</w:t>
            </w:r>
          </w:p>
          <w:p w14:paraId="513444E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D4573A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30. Which transport protocol is often chosen for live streaming where speed is more important than perfect delivery?</w:t>
            </w:r>
          </w:p>
          <w:p w14:paraId="4C724D38" w14:textId="77777777" w:rsidR="004C6ABD" w:rsidRDefault="00F35368">
            <w:pPr>
              <w:pStyle w:val="OptionLine"/>
            </w:pPr>
            <w:r>
              <w:rPr>
                <w:sz w:val="16"/>
              </w:rPr>
              <w:t>A. TCP</w:t>
            </w:r>
          </w:p>
          <w:p w14:paraId="580933BC" w14:textId="77777777" w:rsidR="004C6ABD" w:rsidRDefault="00F35368">
            <w:pPr>
              <w:pStyle w:val="OptionLine"/>
            </w:pPr>
            <w:r>
              <w:rPr>
                <w:sz w:val="16"/>
              </w:rPr>
              <w:t>B. SMTP</w:t>
            </w:r>
          </w:p>
          <w:p w14:paraId="74129DB1" w14:textId="77777777" w:rsidR="004C6ABD" w:rsidRDefault="00F35368">
            <w:pPr>
              <w:pStyle w:val="OptionLine"/>
            </w:pPr>
            <w:r>
              <w:rPr>
                <w:sz w:val="16"/>
              </w:rPr>
              <w:t>C. FTP</w:t>
            </w:r>
          </w:p>
          <w:p w14:paraId="09388CCF" w14:textId="77777777" w:rsidR="004C6ABD" w:rsidRDefault="00F35368">
            <w:pPr>
              <w:pStyle w:val="OptionLine"/>
            </w:pPr>
            <w:r>
              <w:rPr>
                <w:sz w:val="16"/>
              </w:rPr>
              <w:t>D. UDP</w:t>
            </w:r>
          </w:p>
          <w:p w14:paraId="597E9E4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FF64032" w14:textId="77777777">
        <w:trPr>
          <w:cantSplit/>
          <w:jc w:val="center"/>
        </w:trPr>
        <w:tc>
          <w:tcPr>
            <w:tcW w:w="5112" w:type="dxa"/>
          </w:tcPr>
          <w:p w14:paraId="7F42F3B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11. Which term best matches this description: a protocol used to send email</w:t>
            </w:r>
          </w:p>
          <w:p w14:paraId="468C64EF" w14:textId="77777777" w:rsidR="004C6ABD" w:rsidRDefault="00F35368">
            <w:pPr>
              <w:pStyle w:val="OptionLine"/>
            </w:pPr>
            <w:r>
              <w:rPr>
                <w:sz w:val="16"/>
              </w:rPr>
              <w:t>A. FTP</w:t>
            </w:r>
          </w:p>
          <w:p w14:paraId="1308FA2C" w14:textId="77777777" w:rsidR="004C6ABD" w:rsidRDefault="00F35368">
            <w:pPr>
              <w:pStyle w:val="OptionLine"/>
            </w:pPr>
            <w:r>
              <w:rPr>
                <w:sz w:val="16"/>
              </w:rPr>
              <w:t>B. Star topology</w:t>
            </w:r>
          </w:p>
          <w:p w14:paraId="5A721930" w14:textId="77777777" w:rsidR="004C6ABD" w:rsidRDefault="00F35368">
            <w:pPr>
              <w:pStyle w:val="OptionLine"/>
            </w:pPr>
            <w:r>
              <w:rPr>
                <w:sz w:val="16"/>
              </w:rPr>
              <w:t>C. SMTP</w:t>
            </w:r>
          </w:p>
          <w:p w14:paraId="663D30E9" w14:textId="77777777" w:rsidR="004C6ABD" w:rsidRDefault="00F35368">
            <w:pPr>
              <w:pStyle w:val="OptionLine"/>
            </w:pPr>
            <w:r>
              <w:rPr>
                <w:sz w:val="16"/>
              </w:rPr>
              <w:t>D. Protocol</w:t>
            </w:r>
          </w:p>
          <w:p w14:paraId="548A38C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5B0235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31. Which description correctly matches Transport layer?</w:t>
            </w:r>
          </w:p>
          <w:p w14:paraId="6148E200" w14:textId="77777777" w:rsidR="004C6ABD" w:rsidRDefault="00F35368">
            <w:pPr>
              <w:pStyle w:val="OptionLine"/>
            </w:pPr>
            <w:r>
              <w:rPr>
                <w:sz w:val="16"/>
              </w:rPr>
              <w:t>A. a device or software that requests services such as web pages from a server</w:t>
            </w:r>
          </w:p>
          <w:p w14:paraId="4412FD94" w14:textId="77777777" w:rsidR="004C6ABD" w:rsidRDefault="00F35368">
            <w:pPr>
              <w:pStyle w:val="OptionLine"/>
            </w:pPr>
            <w:r>
              <w:rPr>
                <w:sz w:val="16"/>
              </w:rPr>
              <w:t>B. a local area network covering a small geographical area such as a school or home</w:t>
            </w:r>
          </w:p>
          <w:p w14:paraId="2796FFF7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TCP/IP layer that manages end-to-end communication such as TCP or UDP</w:t>
            </w:r>
          </w:p>
          <w:p w14:paraId="66E68177" w14:textId="77777777" w:rsidR="004C6ABD" w:rsidRDefault="00F35368">
            <w:pPr>
              <w:pStyle w:val="OptionLine"/>
            </w:pPr>
            <w:r>
              <w:rPr>
                <w:sz w:val="16"/>
              </w:rPr>
              <w:t>D. a unique hardware address assigned to a network interface</w:t>
            </w:r>
          </w:p>
          <w:p w14:paraId="3401B12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D5909D9" w14:textId="77777777">
        <w:trPr>
          <w:cantSplit/>
          <w:jc w:val="center"/>
        </w:trPr>
        <w:tc>
          <w:tcPr>
            <w:tcW w:w="5112" w:type="dxa"/>
          </w:tcPr>
          <w:p w14:paraId="650990E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12. A student writes about DNS. Which statement would be correct?</w:t>
            </w:r>
          </w:p>
          <w:p w14:paraId="3B081C52" w14:textId="77777777" w:rsidR="004C6ABD" w:rsidRDefault="00F35368">
            <w:pPr>
              <w:pStyle w:val="OptionLine"/>
            </w:pPr>
            <w:r>
              <w:rPr>
                <w:sz w:val="16"/>
              </w:rPr>
              <w:t>A. a transport protocol that provides reliable, ordered delivery of packets</w:t>
            </w:r>
          </w:p>
          <w:p w14:paraId="4133570C" w14:textId="77777777" w:rsidR="004C6ABD" w:rsidRDefault="00F35368">
            <w:pPr>
              <w:pStyle w:val="OptionLine"/>
            </w:pPr>
            <w:r>
              <w:rPr>
                <w:sz w:val="16"/>
              </w:rPr>
              <w:t>B. a system of servers that translates domain names into IP addresses</w:t>
            </w:r>
          </w:p>
          <w:p w14:paraId="699F385B" w14:textId="77777777" w:rsidR="004C6ABD" w:rsidRDefault="00F35368">
            <w:pPr>
              <w:pStyle w:val="OptionLine"/>
            </w:pPr>
            <w:r>
              <w:rPr>
                <w:sz w:val="16"/>
              </w:rPr>
              <w:t>C. hardware that allows a device to connect to a network</w:t>
            </w:r>
          </w:p>
          <w:p w14:paraId="1C41E276" w14:textId="77777777" w:rsidR="004C6ABD" w:rsidRDefault="00F35368">
            <w:pPr>
              <w:pStyle w:val="OptionLine"/>
            </w:pPr>
            <w:r>
              <w:rPr>
                <w:sz w:val="16"/>
              </w:rPr>
              <w:t>D. a network where devices can act as both clients and servers</w:t>
            </w:r>
          </w:p>
          <w:p w14:paraId="269995D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D1561A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32. A student writes about Latency. Which statement would be correct?</w:t>
            </w:r>
          </w:p>
          <w:p w14:paraId="6850C8CA" w14:textId="77777777" w:rsidR="004C6ABD" w:rsidRDefault="00F35368">
            <w:pPr>
              <w:pStyle w:val="OptionLine"/>
            </w:pPr>
            <w:r>
              <w:rPr>
                <w:sz w:val="16"/>
              </w:rPr>
              <w:t>A. a worldwide collection of connected computer networks</w:t>
            </w:r>
          </w:p>
          <w:p w14:paraId="7E33EE55" w14:textId="77777777" w:rsidR="004C6ABD" w:rsidRDefault="00F35368">
            <w:pPr>
              <w:pStyle w:val="OptionLine"/>
            </w:pPr>
            <w:r>
              <w:rPr>
                <w:sz w:val="16"/>
              </w:rPr>
              <w:t>B. a protocol used to send email</w:t>
            </w:r>
          </w:p>
          <w:p w14:paraId="294B23DF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delay before data begins to arrive across a network</w:t>
            </w:r>
          </w:p>
          <w:p w14:paraId="42ABF88E" w14:textId="77777777" w:rsidR="004C6ABD" w:rsidRDefault="00F35368">
            <w:pPr>
              <w:pStyle w:val="OptionLine"/>
            </w:pPr>
            <w:r>
              <w:rPr>
                <w:sz w:val="16"/>
              </w:rPr>
              <w:t>D. a device or software that requests services such as web pages from a server</w:t>
            </w:r>
          </w:p>
          <w:p w14:paraId="5A6B318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8F89CCF" w14:textId="77777777">
        <w:trPr>
          <w:cantSplit/>
          <w:jc w:val="center"/>
        </w:trPr>
        <w:tc>
          <w:tcPr>
            <w:tcW w:w="5112" w:type="dxa"/>
          </w:tcPr>
          <w:p w14:paraId="3BDBADF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13. A student writes about Internet. Which statement would be correct?</w:t>
            </w:r>
          </w:p>
          <w:p w14:paraId="75AC9D70" w14:textId="77777777" w:rsidR="004C6ABD" w:rsidRDefault="00F35368">
            <w:pPr>
              <w:pStyle w:val="OptionLine"/>
            </w:pPr>
            <w:r>
              <w:rPr>
                <w:sz w:val="16"/>
              </w:rPr>
              <w:t>A. a worldwide collection of connected computer networks</w:t>
            </w:r>
          </w:p>
          <w:p w14:paraId="7A20B5F0" w14:textId="77777777" w:rsidR="004C6ABD" w:rsidRDefault="00F35368">
            <w:pPr>
              <w:pStyle w:val="OptionLine"/>
            </w:pPr>
            <w:r>
              <w:rPr>
                <w:sz w:val="16"/>
              </w:rPr>
              <w:t>B. storing website files on a server so they can be accessed online</w:t>
            </w:r>
          </w:p>
          <w:p w14:paraId="53F0B9E3" w14:textId="77777777" w:rsidR="004C6ABD" w:rsidRDefault="00F35368">
            <w:pPr>
              <w:pStyle w:val="OptionLine"/>
            </w:pPr>
            <w:r>
              <w:rPr>
                <w:sz w:val="16"/>
              </w:rPr>
              <w:t>C. a protocol used to transfer files between computers</w:t>
            </w:r>
          </w:p>
          <w:p w14:paraId="5518237D" w14:textId="77777777" w:rsidR="004C6ABD" w:rsidRDefault="00F35368">
            <w:pPr>
              <w:pStyle w:val="OptionLine"/>
            </w:pPr>
            <w:r>
              <w:rPr>
                <w:sz w:val="16"/>
              </w:rPr>
              <w:t>D. a protocol used to transfer web pages securely using encryption</w:t>
            </w:r>
          </w:p>
          <w:p w14:paraId="1A164D1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497A37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33. A company links offices in London, Cardiff and Manchester. What type of network is this?</w:t>
            </w:r>
          </w:p>
          <w:p w14:paraId="286837EC" w14:textId="77777777" w:rsidR="004C6ABD" w:rsidRDefault="00F35368">
            <w:pPr>
              <w:pStyle w:val="OptionLine"/>
            </w:pPr>
            <w:r>
              <w:rPr>
                <w:sz w:val="16"/>
              </w:rPr>
              <w:t>A. Single switch</w:t>
            </w:r>
          </w:p>
          <w:p w14:paraId="41362B15" w14:textId="77777777" w:rsidR="004C6ABD" w:rsidRDefault="00F35368">
            <w:pPr>
              <w:pStyle w:val="OptionLine"/>
            </w:pPr>
            <w:r>
              <w:rPr>
                <w:sz w:val="16"/>
              </w:rPr>
              <w:t>B. PAN only</w:t>
            </w:r>
          </w:p>
          <w:p w14:paraId="561F9001" w14:textId="77777777" w:rsidR="004C6ABD" w:rsidRDefault="00F35368">
            <w:pPr>
              <w:pStyle w:val="OptionLine"/>
            </w:pPr>
            <w:r>
              <w:rPr>
                <w:sz w:val="16"/>
              </w:rPr>
              <w:t>C. WAN</w:t>
            </w:r>
          </w:p>
          <w:p w14:paraId="13E46C3A" w14:textId="77777777" w:rsidR="004C6ABD" w:rsidRDefault="00F35368">
            <w:pPr>
              <w:pStyle w:val="OptionLine"/>
            </w:pPr>
            <w:r>
              <w:rPr>
                <w:sz w:val="16"/>
              </w:rPr>
              <w:t>D. LAN</w:t>
            </w:r>
          </w:p>
          <w:p w14:paraId="3D18BC3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827A634" w14:textId="77777777">
        <w:trPr>
          <w:cantSplit/>
          <w:jc w:val="center"/>
        </w:trPr>
        <w:tc>
          <w:tcPr>
            <w:tcW w:w="5112" w:type="dxa"/>
          </w:tcPr>
          <w:p w14:paraId="74A4987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14. Which term best matches this description: an email protocol that synchronises messages with a mail server</w:t>
            </w:r>
          </w:p>
          <w:p w14:paraId="6979594E" w14:textId="77777777" w:rsidR="004C6ABD" w:rsidRDefault="00F35368">
            <w:pPr>
              <w:pStyle w:val="OptionLine"/>
            </w:pPr>
            <w:r>
              <w:rPr>
                <w:sz w:val="16"/>
              </w:rPr>
              <w:t>A. Wi-Fi</w:t>
            </w:r>
          </w:p>
          <w:p w14:paraId="6F63E3F8" w14:textId="77777777" w:rsidR="004C6ABD" w:rsidRDefault="00F35368">
            <w:pPr>
              <w:pStyle w:val="OptionLine"/>
            </w:pPr>
            <w:r>
              <w:rPr>
                <w:sz w:val="16"/>
              </w:rPr>
              <w:t>B. UDP</w:t>
            </w:r>
          </w:p>
          <w:p w14:paraId="662D8ABE" w14:textId="77777777" w:rsidR="004C6ABD" w:rsidRDefault="00F35368">
            <w:pPr>
              <w:pStyle w:val="OptionLine"/>
            </w:pPr>
            <w:r>
              <w:rPr>
                <w:sz w:val="16"/>
              </w:rPr>
              <w:t>C. IMAP</w:t>
            </w:r>
          </w:p>
          <w:p w14:paraId="7C30795B" w14:textId="77777777" w:rsidR="004C6ABD" w:rsidRDefault="00F35368">
            <w:pPr>
              <w:pStyle w:val="OptionLine"/>
            </w:pPr>
            <w:r>
              <w:rPr>
                <w:sz w:val="16"/>
              </w:rPr>
              <w:t>D. Cloud</w:t>
            </w:r>
          </w:p>
          <w:p w14:paraId="6AAC8C3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88B48F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34. A student writes about Transport layer. Which statement would be correct?</w:t>
            </w:r>
          </w:p>
          <w:p w14:paraId="127BB7D4" w14:textId="77777777" w:rsidR="004C6ABD" w:rsidRDefault="00F35368">
            <w:pPr>
              <w:pStyle w:val="OptionLine"/>
            </w:pPr>
            <w:r>
              <w:rPr>
                <w:sz w:val="16"/>
              </w:rPr>
              <w:t>A. a network layout where devices are connected to many other devices</w:t>
            </w:r>
          </w:p>
          <w:p w14:paraId="2F47F032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TCP/IP layer that manages end-to-end communication such as TCP or UDP</w:t>
            </w:r>
          </w:p>
          <w:p w14:paraId="75D68022" w14:textId="77777777" w:rsidR="004C6ABD" w:rsidRDefault="00F35368">
            <w:pPr>
              <w:pStyle w:val="OptionLine"/>
            </w:pPr>
            <w:r>
              <w:rPr>
                <w:sz w:val="16"/>
              </w:rPr>
              <w:t>C. a wired networking standard commonly used in LANs</w:t>
            </w:r>
          </w:p>
          <w:p w14:paraId="40FE8D9D" w14:textId="77777777" w:rsidR="004C6ABD" w:rsidRDefault="00F35368">
            <w:pPr>
              <w:pStyle w:val="OptionLine"/>
            </w:pPr>
            <w:r>
              <w:rPr>
                <w:sz w:val="16"/>
              </w:rPr>
              <w:t>D. an agreed technical rule that allows devices from different manufacturers to communicate</w:t>
            </w:r>
          </w:p>
          <w:p w14:paraId="008BA43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3F55CE4" w14:textId="77777777">
        <w:trPr>
          <w:cantSplit/>
          <w:jc w:val="center"/>
        </w:trPr>
        <w:tc>
          <w:tcPr>
            <w:tcW w:w="5112" w:type="dxa"/>
          </w:tcPr>
          <w:p w14:paraId="741FD2A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15. Which term best matches this description: an agreed technical rule that allows devices from different manufacturers to communicate</w:t>
            </w:r>
          </w:p>
          <w:p w14:paraId="03E18476" w14:textId="77777777" w:rsidR="004C6ABD" w:rsidRDefault="00F35368">
            <w:pPr>
              <w:pStyle w:val="OptionLine"/>
            </w:pPr>
            <w:r>
              <w:rPr>
                <w:sz w:val="16"/>
              </w:rPr>
              <w:t>A. IP address</w:t>
            </w:r>
          </w:p>
          <w:p w14:paraId="7DA363AD" w14:textId="77777777" w:rsidR="004C6ABD" w:rsidRDefault="00F35368">
            <w:pPr>
              <w:pStyle w:val="OptionLine"/>
            </w:pPr>
            <w:r>
              <w:rPr>
                <w:sz w:val="16"/>
              </w:rPr>
              <w:t>B. Hosting</w:t>
            </w:r>
          </w:p>
          <w:p w14:paraId="0033E8A0" w14:textId="77777777" w:rsidR="004C6ABD" w:rsidRDefault="00F35368">
            <w:pPr>
              <w:pStyle w:val="OptionLine"/>
            </w:pPr>
            <w:r>
              <w:rPr>
                <w:sz w:val="16"/>
              </w:rPr>
              <w:t>C. Ethernet</w:t>
            </w:r>
          </w:p>
          <w:p w14:paraId="626FF081" w14:textId="77777777" w:rsidR="004C6ABD" w:rsidRDefault="00F35368">
            <w:pPr>
              <w:pStyle w:val="OptionLine"/>
            </w:pPr>
            <w:r>
              <w:rPr>
                <w:sz w:val="16"/>
              </w:rPr>
              <w:t>D. Network standard</w:t>
            </w:r>
          </w:p>
          <w:p w14:paraId="7B6A6F6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D41029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35. A student writes about Ethernet. Which statement would be correct?</w:t>
            </w:r>
          </w:p>
          <w:p w14:paraId="020DF111" w14:textId="77777777" w:rsidR="004C6ABD" w:rsidRDefault="00F35368">
            <w:pPr>
              <w:pStyle w:val="OptionLine"/>
            </w:pPr>
            <w:r>
              <w:rPr>
                <w:sz w:val="16"/>
              </w:rPr>
              <w:t>A. a network layout where devices connect to a central switch or hub</w:t>
            </w:r>
          </w:p>
          <w:p w14:paraId="6BE5DD35" w14:textId="77777777" w:rsidR="004C6ABD" w:rsidRDefault="00F35368">
            <w:pPr>
              <w:pStyle w:val="OptionLine"/>
            </w:pPr>
            <w:r>
              <w:rPr>
                <w:sz w:val="16"/>
              </w:rPr>
              <w:t>B. a network layout where devices are connected to many other devices</w:t>
            </w:r>
          </w:p>
          <w:p w14:paraId="6C6437C2" w14:textId="77777777" w:rsidR="004C6ABD" w:rsidRDefault="00F35368">
            <w:pPr>
              <w:pStyle w:val="OptionLine"/>
            </w:pPr>
            <w:r>
              <w:rPr>
                <w:sz w:val="16"/>
              </w:rPr>
              <w:t>C. a protocol used to transfer files between computers</w:t>
            </w:r>
          </w:p>
          <w:p w14:paraId="5BBC07D5" w14:textId="77777777" w:rsidR="004C6ABD" w:rsidRDefault="00F35368">
            <w:pPr>
              <w:pStyle w:val="OptionLine"/>
            </w:pPr>
            <w:r>
              <w:rPr>
                <w:sz w:val="16"/>
              </w:rPr>
              <w:t>D. a wired networking standard commonly used in LANs</w:t>
            </w:r>
          </w:p>
          <w:p w14:paraId="5785680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9918A81" w14:textId="77777777">
        <w:trPr>
          <w:cantSplit/>
          <w:jc w:val="center"/>
        </w:trPr>
        <w:tc>
          <w:tcPr>
            <w:tcW w:w="5112" w:type="dxa"/>
          </w:tcPr>
          <w:p w14:paraId="66F96A1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16. Which service translates www.example.com into an IP address?</w:t>
            </w:r>
          </w:p>
          <w:p w14:paraId="09672D2D" w14:textId="77777777" w:rsidR="004C6ABD" w:rsidRDefault="00F35368">
            <w:pPr>
              <w:pStyle w:val="OptionLine"/>
            </w:pPr>
            <w:r>
              <w:rPr>
                <w:sz w:val="16"/>
              </w:rPr>
              <w:t>A. POP</w:t>
            </w:r>
          </w:p>
          <w:p w14:paraId="563CDBC2" w14:textId="77777777" w:rsidR="004C6ABD" w:rsidRDefault="00F35368">
            <w:pPr>
              <w:pStyle w:val="OptionLine"/>
            </w:pPr>
            <w:r>
              <w:rPr>
                <w:sz w:val="16"/>
              </w:rPr>
              <w:t>B. DNS</w:t>
            </w:r>
          </w:p>
          <w:p w14:paraId="77C77518" w14:textId="77777777" w:rsidR="004C6ABD" w:rsidRDefault="00F35368">
            <w:pPr>
              <w:pStyle w:val="OptionLine"/>
            </w:pPr>
            <w:r>
              <w:rPr>
                <w:sz w:val="16"/>
              </w:rPr>
              <w:t>C. FTP</w:t>
            </w:r>
          </w:p>
          <w:p w14:paraId="39E40ED5" w14:textId="77777777" w:rsidR="004C6ABD" w:rsidRDefault="00F35368">
            <w:pPr>
              <w:pStyle w:val="OptionLine"/>
            </w:pPr>
            <w:r>
              <w:rPr>
                <w:sz w:val="16"/>
              </w:rPr>
              <w:t>D. SMTP</w:t>
            </w:r>
          </w:p>
          <w:p w14:paraId="7D19D79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371CB3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36. A student writes about FTP. Which statement would be correct?</w:t>
            </w:r>
          </w:p>
          <w:p w14:paraId="1F8E293E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TCP/IP layer that provides network services to applications</w:t>
            </w:r>
          </w:p>
          <w:p w14:paraId="2BD0F9B4" w14:textId="77777777" w:rsidR="004C6ABD" w:rsidRDefault="00F35368">
            <w:pPr>
              <w:pStyle w:val="OptionLine"/>
            </w:pPr>
            <w:r>
              <w:rPr>
                <w:sz w:val="16"/>
              </w:rPr>
              <w:t>B. a protocol used to transfer files between computers</w:t>
            </w:r>
          </w:p>
          <w:p w14:paraId="0B08417D" w14:textId="77777777" w:rsidR="004C6ABD" w:rsidRDefault="00F35368">
            <w:pPr>
              <w:pStyle w:val="OptionLine"/>
            </w:pPr>
            <w:r>
              <w:rPr>
                <w:sz w:val="16"/>
              </w:rPr>
              <w:t>C. a protocol used to transfer web pages without built-in encryption</w:t>
            </w:r>
          </w:p>
          <w:p w14:paraId="56C51CBE" w14:textId="77777777" w:rsidR="004C6ABD" w:rsidRDefault="00F35368">
            <w:pPr>
              <w:pStyle w:val="OptionLine"/>
            </w:pPr>
            <w:r>
              <w:rPr>
                <w:sz w:val="16"/>
              </w:rPr>
              <w:t>D. a wide area network covering a large geographical area, often using third-party infrastructure</w:t>
            </w:r>
          </w:p>
          <w:p w14:paraId="62EC980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02B6905" w14:textId="77777777">
        <w:trPr>
          <w:cantSplit/>
          <w:jc w:val="center"/>
        </w:trPr>
        <w:tc>
          <w:tcPr>
            <w:tcW w:w="5112" w:type="dxa"/>
          </w:tcPr>
          <w:p w14:paraId="4F7B4CA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17. Which description correctly matches Bandwidth?</w:t>
            </w:r>
          </w:p>
          <w:p w14:paraId="4838A20C" w14:textId="77777777" w:rsidR="004C6ABD" w:rsidRDefault="00F35368">
            <w:pPr>
              <w:pStyle w:val="OptionLine"/>
            </w:pPr>
            <w:r>
              <w:rPr>
                <w:sz w:val="16"/>
              </w:rPr>
              <w:t>A. a protocol used to transfer web pages without built-in encryption</w:t>
            </w:r>
          </w:p>
          <w:p w14:paraId="3FAD781B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TCP/IP layer that deals with sending data over the local network hardware</w:t>
            </w:r>
          </w:p>
          <w:p w14:paraId="7CE5842A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amount of data that can be transmitted per second over a network connection</w:t>
            </w:r>
          </w:p>
          <w:p w14:paraId="0C0C2FBB" w14:textId="77777777" w:rsidR="004C6ABD" w:rsidRDefault="00F35368">
            <w:pPr>
              <w:pStyle w:val="OptionLine"/>
            </w:pPr>
            <w:r>
              <w:rPr>
                <w:sz w:val="16"/>
              </w:rPr>
              <w:t>D. a wide area network covering a large geographical area, often using third-party infrastructure</w:t>
            </w:r>
          </w:p>
          <w:p w14:paraId="4A8FBEC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796815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37. A student writes about Wi-Fi. Which statement would be correct?</w:t>
            </w:r>
          </w:p>
          <w:p w14:paraId="33ED4837" w14:textId="77777777" w:rsidR="004C6ABD" w:rsidRDefault="00F35368">
            <w:pPr>
              <w:pStyle w:val="OptionLine"/>
            </w:pPr>
            <w:r>
              <w:rPr>
                <w:sz w:val="16"/>
              </w:rPr>
              <w:t>A. a wireless networking standard commonly used in LANs</w:t>
            </w:r>
          </w:p>
          <w:p w14:paraId="30F83CC0" w14:textId="77777777" w:rsidR="004C6ABD" w:rsidRDefault="00F35368">
            <w:pPr>
              <w:pStyle w:val="OptionLine"/>
            </w:pPr>
            <w:r>
              <w:rPr>
                <w:sz w:val="16"/>
              </w:rPr>
              <w:t>B. an email protocol that synchronises messages with a mail server</w:t>
            </w:r>
          </w:p>
          <w:p w14:paraId="3E3F5244" w14:textId="77777777" w:rsidR="004C6ABD" w:rsidRDefault="00F35368">
            <w:pPr>
              <w:pStyle w:val="OptionLine"/>
            </w:pPr>
            <w:r>
              <w:rPr>
                <w:sz w:val="16"/>
              </w:rPr>
              <w:t>C. scrambling data so it cannot be understood without the key</w:t>
            </w:r>
          </w:p>
          <w:p w14:paraId="1E43BD3E" w14:textId="77777777" w:rsidR="004C6ABD" w:rsidRDefault="00F35368">
            <w:pPr>
              <w:pStyle w:val="OptionLine"/>
            </w:pPr>
            <w:r>
              <w:rPr>
                <w:sz w:val="16"/>
              </w:rPr>
              <w:t>D. a small unit of data sent across a network</w:t>
            </w:r>
          </w:p>
          <w:p w14:paraId="27BFB26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ECDFC47" w14:textId="77777777">
        <w:trPr>
          <w:cantSplit/>
          <w:jc w:val="center"/>
        </w:trPr>
        <w:tc>
          <w:tcPr>
            <w:tcW w:w="5112" w:type="dxa"/>
          </w:tcPr>
          <w:p w14:paraId="1C688B4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18. Which description correctly matches World Wide Web?</w:t>
            </w:r>
          </w:p>
          <w:p w14:paraId="71B31D6B" w14:textId="77777777" w:rsidR="004C6ABD" w:rsidRDefault="00F35368">
            <w:pPr>
              <w:pStyle w:val="OptionLine"/>
            </w:pPr>
            <w:r>
              <w:rPr>
                <w:sz w:val="16"/>
              </w:rPr>
              <w:t>A. a protocol used to transfer web pages securely using encryption</w:t>
            </w:r>
          </w:p>
          <w:p w14:paraId="7F7C942B" w14:textId="77777777" w:rsidR="004C6ABD" w:rsidRDefault="00F35368">
            <w:pPr>
              <w:pStyle w:val="OptionLine"/>
            </w:pPr>
            <w:r>
              <w:rPr>
                <w:sz w:val="16"/>
              </w:rPr>
              <w:t>B. a service that uses the Internet to access linked web pages</w:t>
            </w:r>
          </w:p>
          <w:p w14:paraId="694D3107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TCP/IP layer that provides network services to applications</w:t>
            </w:r>
          </w:p>
          <w:p w14:paraId="515EB9AD" w14:textId="77777777" w:rsidR="004C6ABD" w:rsidRDefault="00F35368">
            <w:pPr>
              <w:pStyle w:val="OptionLine"/>
            </w:pPr>
            <w:r>
              <w:rPr>
                <w:sz w:val="16"/>
              </w:rPr>
              <w:t>D. a unique hardware address assigned to a network interface</w:t>
            </w:r>
          </w:p>
          <w:p w14:paraId="3A05FD6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2D77DA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38. Which term best matches this description: scrambling data so it cannot be understood without the key</w:t>
            </w:r>
          </w:p>
          <w:p w14:paraId="6FFB9D8B" w14:textId="77777777" w:rsidR="004C6ABD" w:rsidRDefault="00F35368">
            <w:pPr>
              <w:pStyle w:val="OptionLine"/>
            </w:pPr>
            <w:r>
              <w:rPr>
                <w:sz w:val="16"/>
              </w:rPr>
              <w:t>A. Web server</w:t>
            </w:r>
          </w:p>
          <w:p w14:paraId="22D7DAB4" w14:textId="77777777" w:rsidR="004C6ABD" w:rsidRDefault="00F35368">
            <w:pPr>
              <w:pStyle w:val="OptionLine"/>
            </w:pPr>
            <w:r>
              <w:rPr>
                <w:sz w:val="16"/>
              </w:rPr>
              <w:t>B. Network standard</w:t>
            </w:r>
          </w:p>
          <w:p w14:paraId="4DEDF2F2" w14:textId="77777777" w:rsidR="004C6ABD" w:rsidRDefault="00F35368">
            <w:pPr>
              <w:pStyle w:val="OptionLine"/>
            </w:pPr>
            <w:r>
              <w:rPr>
                <w:sz w:val="16"/>
              </w:rPr>
              <w:t>C. Router</w:t>
            </w:r>
          </w:p>
          <w:p w14:paraId="3C8E19A9" w14:textId="77777777" w:rsidR="004C6ABD" w:rsidRDefault="00F35368">
            <w:pPr>
              <w:pStyle w:val="OptionLine"/>
            </w:pPr>
            <w:r>
              <w:rPr>
                <w:sz w:val="16"/>
              </w:rPr>
              <w:t>D. Encryption</w:t>
            </w:r>
          </w:p>
          <w:p w14:paraId="327B49E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523F9A5" w14:textId="77777777">
        <w:trPr>
          <w:cantSplit/>
          <w:jc w:val="center"/>
        </w:trPr>
        <w:tc>
          <w:tcPr>
            <w:tcW w:w="5112" w:type="dxa"/>
          </w:tcPr>
          <w:p w14:paraId="7F540AD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19. Which description correctly matches TCP?</w:t>
            </w:r>
          </w:p>
          <w:p w14:paraId="56305B74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TCP/IP layer that deals with sending data over the local network hardware</w:t>
            </w:r>
          </w:p>
          <w:p w14:paraId="18315579" w14:textId="77777777" w:rsidR="004C6ABD" w:rsidRDefault="00F35368">
            <w:pPr>
              <w:pStyle w:val="OptionLine"/>
            </w:pPr>
            <w:r>
              <w:rPr>
                <w:sz w:val="16"/>
              </w:rPr>
              <w:t>B. a wireless networking standard commonly used in LANs</w:t>
            </w:r>
          </w:p>
          <w:p w14:paraId="37A8BEC0" w14:textId="77777777" w:rsidR="004C6ABD" w:rsidRDefault="00F35368">
            <w:pPr>
              <w:pStyle w:val="OptionLine"/>
            </w:pPr>
            <w:r>
              <w:rPr>
                <w:sz w:val="16"/>
              </w:rPr>
              <w:t>C. a computer that stores and sends web pages to clients</w:t>
            </w:r>
          </w:p>
          <w:p w14:paraId="5FAAA3A4" w14:textId="77777777" w:rsidR="004C6ABD" w:rsidRDefault="00F35368">
            <w:pPr>
              <w:pStyle w:val="OptionLine"/>
            </w:pPr>
            <w:r>
              <w:rPr>
                <w:sz w:val="16"/>
              </w:rPr>
              <w:t>D. a transport protocol that provides reliable, ordered delivery of packets</w:t>
            </w:r>
          </w:p>
          <w:p w14:paraId="3054A6E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A934A4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39. Which description correctly matches IMAP?</w:t>
            </w:r>
          </w:p>
          <w:p w14:paraId="3F954A47" w14:textId="77777777" w:rsidR="004C6ABD" w:rsidRDefault="00F35368">
            <w:pPr>
              <w:pStyle w:val="OptionLine"/>
            </w:pPr>
            <w:r>
              <w:rPr>
                <w:sz w:val="16"/>
              </w:rPr>
              <w:t>A. an email protocol that synchronises messages with a mail server</w:t>
            </w:r>
          </w:p>
          <w:p w14:paraId="5D4F6061" w14:textId="77777777" w:rsidR="004C6ABD" w:rsidRDefault="00F35368">
            <w:pPr>
              <w:pStyle w:val="OptionLine"/>
            </w:pPr>
            <w:r>
              <w:rPr>
                <w:sz w:val="16"/>
              </w:rPr>
              <w:t>B. a wired networking standard commonly used in LANs</w:t>
            </w:r>
          </w:p>
          <w:p w14:paraId="49315A3B" w14:textId="77777777" w:rsidR="004C6ABD" w:rsidRDefault="00F35368">
            <w:pPr>
              <w:pStyle w:val="OptionLine"/>
            </w:pPr>
            <w:r>
              <w:rPr>
                <w:sz w:val="16"/>
              </w:rPr>
              <w:t>C. a logical address used to identify a device on a network</w:t>
            </w:r>
          </w:p>
          <w:p w14:paraId="055F5FFB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TCP/IP layer that deals with sending data over the local network hardware</w:t>
            </w:r>
          </w:p>
          <w:p w14:paraId="36F1CBC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95EE117" w14:textId="77777777">
        <w:trPr>
          <w:cantSplit/>
          <w:jc w:val="center"/>
        </w:trPr>
        <w:tc>
          <w:tcPr>
            <w:tcW w:w="5112" w:type="dxa"/>
          </w:tcPr>
          <w:p w14:paraId="002D130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20. Which description correctly matches Hosting?</w:t>
            </w:r>
          </w:p>
          <w:p w14:paraId="5C40809C" w14:textId="77777777" w:rsidR="004C6ABD" w:rsidRDefault="00F35368">
            <w:pPr>
              <w:pStyle w:val="OptionLine"/>
            </w:pPr>
            <w:r>
              <w:rPr>
                <w:sz w:val="16"/>
              </w:rPr>
              <w:t>A. a wireless networking standard commonly used in LANs</w:t>
            </w:r>
          </w:p>
          <w:p w14:paraId="3192C4EE" w14:textId="77777777" w:rsidR="004C6ABD" w:rsidRDefault="00F35368">
            <w:pPr>
              <w:pStyle w:val="OptionLine"/>
            </w:pPr>
            <w:r>
              <w:rPr>
                <w:sz w:val="16"/>
              </w:rPr>
              <w:t>B. a set of rules for communication between devices</w:t>
            </w:r>
          </w:p>
          <w:p w14:paraId="6699A1AB" w14:textId="77777777" w:rsidR="004C6ABD" w:rsidRDefault="00F35368">
            <w:pPr>
              <w:pStyle w:val="OptionLine"/>
            </w:pPr>
            <w:r>
              <w:rPr>
                <w:sz w:val="16"/>
              </w:rPr>
              <w:t>C. storing website files on a server so they can be accessed online</w:t>
            </w:r>
          </w:p>
          <w:p w14:paraId="2EDC1AB4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TCP/IP layer that deals with sending data over the local network hardware</w:t>
            </w:r>
          </w:p>
          <w:p w14:paraId="4CF92F5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E9A5FD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40. A student writes about MAC address. Which statement would be correct?</w:t>
            </w:r>
          </w:p>
          <w:p w14:paraId="535CAF20" w14:textId="77777777" w:rsidR="004C6ABD" w:rsidRDefault="00F35368">
            <w:pPr>
              <w:pStyle w:val="OptionLine"/>
            </w:pPr>
            <w:r>
              <w:rPr>
                <w:sz w:val="16"/>
              </w:rPr>
              <w:t>A. a worldwide collection of connected computer networks</w:t>
            </w:r>
          </w:p>
          <w:p w14:paraId="25B7328C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TCP/IP layer that manages end-to-end communication such as TCP or UDP</w:t>
            </w:r>
          </w:p>
          <w:p w14:paraId="001AE920" w14:textId="77777777" w:rsidR="004C6ABD" w:rsidRDefault="00F35368">
            <w:pPr>
              <w:pStyle w:val="OptionLine"/>
            </w:pPr>
            <w:r>
              <w:rPr>
                <w:sz w:val="16"/>
              </w:rPr>
              <w:t>C. hardware that allows a device to connect to a network</w:t>
            </w:r>
          </w:p>
          <w:p w14:paraId="236E0FF2" w14:textId="77777777" w:rsidR="004C6ABD" w:rsidRDefault="00F35368">
            <w:pPr>
              <w:pStyle w:val="OptionLine"/>
            </w:pPr>
            <w:r>
              <w:rPr>
                <w:sz w:val="16"/>
              </w:rPr>
              <w:t>D. a unique hardware address assigned to a network interface</w:t>
            </w:r>
          </w:p>
          <w:p w14:paraId="50668DE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</w:tbl>
    <w:sectPr w:rsidR="00F35368" w:rsidSect="00034616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700B" w14:textId="77777777" w:rsidR="00F35368" w:rsidRDefault="00F35368">
      <w:pPr>
        <w:spacing w:after="0" w:line="240" w:lineRule="auto"/>
      </w:pPr>
      <w:r>
        <w:separator/>
      </w:r>
    </w:p>
  </w:endnote>
  <w:endnote w:type="continuationSeparator" w:id="0">
    <w:p w14:paraId="40FE9904" w14:textId="77777777" w:rsidR="00F35368" w:rsidRDefault="00F3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4382" w14:textId="77777777" w:rsidR="004C6ABD" w:rsidRDefault="00F35368">
    <w:pPr>
      <w:pStyle w:val="Footer"/>
      <w:jc w:val="center"/>
    </w:pPr>
    <w:r>
      <w:rPr>
        <w:sz w:val="16"/>
      </w:rPr>
      <w:t>OCR J277 GCSE Computer Science MCQ Exam-Preparation Pack - Unofficial revision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1682" w14:textId="77777777" w:rsidR="00F35368" w:rsidRDefault="00F35368">
      <w:pPr>
        <w:spacing w:after="0" w:line="240" w:lineRule="auto"/>
      </w:pPr>
      <w:r>
        <w:separator/>
      </w:r>
    </w:p>
  </w:footnote>
  <w:footnote w:type="continuationSeparator" w:id="0">
    <w:p w14:paraId="1EBD150E" w14:textId="77777777" w:rsidR="00F35368" w:rsidRDefault="00F3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97722">
    <w:abstractNumId w:val="8"/>
  </w:num>
  <w:num w:numId="2" w16cid:durableId="1215657904">
    <w:abstractNumId w:val="6"/>
  </w:num>
  <w:num w:numId="3" w16cid:durableId="716046562">
    <w:abstractNumId w:val="5"/>
  </w:num>
  <w:num w:numId="4" w16cid:durableId="2089619016">
    <w:abstractNumId w:val="4"/>
  </w:num>
  <w:num w:numId="5" w16cid:durableId="20059235">
    <w:abstractNumId w:val="7"/>
  </w:num>
  <w:num w:numId="6" w16cid:durableId="1050812661">
    <w:abstractNumId w:val="3"/>
  </w:num>
  <w:num w:numId="7" w16cid:durableId="567568791">
    <w:abstractNumId w:val="2"/>
  </w:num>
  <w:num w:numId="8" w16cid:durableId="1392535892">
    <w:abstractNumId w:val="1"/>
  </w:num>
  <w:num w:numId="9" w16cid:durableId="182381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ABD"/>
    <w:rsid w:val="00630CBF"/>
    <w:rsid w:val="00AA1D8D"/>
    <w:rsid w:val="00B47730"/>
    <w:rsid w:val="00C22FC3"/>
    <w:rsid w:val="00CB0664"/>
    <w:rsid w:val="00F353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A98B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Stem">
    <w:name w:val="QuestionStem"/>
    <w:basedOn w:val="Normal"/>
    <w:pPr>
      <w:keepLines/>
      <w:spacing w:before="40" w:after="20"/>
    </w:pPr>
  </w:style>
  <w:style w:type="paragraph" w:customStyle="1" w:styleId="OptionLine">
    <w:name w:val="OptionLine"/>
    <w:basedOn w:val="Normal"/>
    <w:pPr>
      <w:spacing w:after="0"/>
      <w:ind w:left="216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114</Pages>
  <Words>50203</Words>
  <Characters>286163</Characters>
  <Application>Microsoft Office Word</Application>
  <DocSecurity>0</DocSecurity>
  <Lines>2384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2</cp:revision>
  <dcterms:created xsi:type="dcterms:W3CDTF">2013-12-23T23:15:00Z</dcterms:created>
  <dcterms:modified xsi:type="dcterms:W3CDTF">2026-06-09T09:37:00Z</dcterms:modified>
  <cp:category/>
</cp:coreProperties>
</file>