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5AAD" w14:textId="77777777" w:rsidR="004C6ABD" w:rsidRDefault="00F35368">
      <w:pPr>
        <w:pStyle w:val="Heading1"/>
      </w:pPr>
      <w:r>
        <w:lastRenderedPageBreak/>
        <w:t>1.4 Network security - Quiz A</w:t>
      </w:r>
    </w:p>
    <w:p w14:paraId="164A522D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3C3F4C15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68BF3AB8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6356A342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0DC20ED2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2383049F" w14:textId="77777777">
        <w:trPr>
          <w:cantSplit/>
          <w:jc w:val="center"/>
        </w:trPr>
        <w:tc>
          <w:tcPr>
            <w:tcW w:w="5112" w:type="dxa"/>
          </w:tcPr>
          <w:p w14:paraId="0B3C9A0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description correctly matches Input sanitisation?</w:t>
            </w:r>
          </w:p>
          <w:p w14:paraId="2EEE020B" w14:textId="77777777" w:rsidR="004C6ABD" w:rsidRDefault="00F35368">
            <w:pPr>
              <w:pStyle w:val="OptionLine"/>
            </w:pPr>
            <w:r>
              <w:rPr>
                <w:sz w:val="16"/>
              </w:rPr>
              <w:t>A. authentication using two different types of evidence</w:t>
            </w:r>
          </w:p>
          <w:p w14:paraId="7BD1315D" w14:textId="77777777" w:rsidR="004C6ABD" w:rsidRDefault="00F35368">
            <w:pPr>
              <w:pStyle w:val="OptionLine"/>
            </w:pPr>
            <w:r>
              <w:rPr>
                <w:sz w:val="16"/>
              </w:rPr>
              <w:t>B. malware that encrypts data and demands payment to restore access</w:t>
            </w:r>
          </w:p>
          <w:p w14:paraId="235FC708" w14:textId="77777777" w:rsidR="004C6ABD" w:rsidRDefault="00F35368">
            <w:pPr>
              <w:pStyle w:val="OptionLine"/>
            </w:pPr>
            <w:r>
              <w:rPr>
                <w:sz w:val="16"/>
              </w:rPr>
              <w:t>C. malware that attaches to files and spreads when the files are run or shared</w:t>
            </w:r>
          </w:p>
          <w:p w14:paraId="2C633654" w14:textId="77777777" w:rsidR="004C6ABD" w:rsidRDefault="00F35368">
            <w:pPr>
              <w:pStyle w:val="OptionLine"/>
            </w:pPr>
            <w:r>
              <w:rPr>
                <w:sz w:val="16"/>
              </w:rPr>
              <w:t>D. cleaning or checking input to prevent malicious commands</w:t>
            </w:r>
          </w:p>
          <w:p w14:paraId="752805B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B70F99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measure would best reduce damage if ransomware encrypted a file server?</w:t>
            </w:r>
          </w:p>
          <w:p w14:paraId="58246FF8" w14:textId="77777777" w:rsidR="004C6ABD" w:rsidRDefault="00F35368">
            <w:pPr>
              <w:pStyle w:val="OptionLine"/>
            </w:pPr>
            <w:r>
              <w:rPr>
                <w:sz w:val="16"/>
              </w:rPr>
              <w:t>A. Recent offline backups</w:t>
            </w:r>
          </w:p>
          <w:p w14:paraId="08E873EF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lower bit depth</w:t>
            </w:r>
          </w:p>
          <w:p w14:paraId="58B44E72" w14:textId="77777777" w:rsidR="004C6ABD" w:rsidRDefault="00F35368">
            <w:pPr>
              <w:pStyle w:val="OptionLine"/>
            </w:pPr>
            <w:r>
              <w:rPr>
                <w:sz w:val="16"/>
              </w:rPr>
              <w:t>C. A higher screen resolution</w:t>
            </w:r>
          </w:p>
          <w:p w14:paraId="18325537" w14:textId="77777777" w:rsidR="004C6ABD" w:rsidRDefault="00F35368">
            <w:pPr>
              <w:pStyle w:val="OptionLine"/>
            </w:pPr>
            <w:r>
              <w:rPr>
                <w:sz w:val="16"/>
              </w:rPr>
              <w:t>D. More browser tabs</w:t>
            </w:r>
          </w:p>
          <w:p w14:paraId="5DFBE4B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D048894" w14:textId="77777777">
        <w:trPr>
          <w:cantSplit/>
          <w:jc w:val="center"/>
        </w:trPr>
        <w:tc>
          <w:tcPr>
            <w:tcW w:w="5112" w:type="dxa"/>
          </w:tcPr>
          <w:p w14:paraId="7455190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description correctly matches Spyware?</w:t>
            </w:r>
          </w:p>
          <w:p w14:paraId="7FAF315B" w14:textId="77777777" w:rsidR="004C6ABD" w:rsidRDefault="00F35368">
            <w:pPr>
              <w:pStyle w:val="OptionLine"/>
            </w:pPr>
            <w:r>
              <w:rPr>
                <w:sz w:val="16"/>
              </w:rPr>
              <w:t>A. a security risk caused by someone within the organisation</w:t>
            </w:r>
          </w:p>
          <w:p w14:paraId="7F057940" w14:textId="77777777" w:rsidR="004C6ABD" w:rsidRDefault="00F35368">
            <w:pPr>
              <w:pStyle w:val="OptionLine"/>
            </w:pPr>
            <w:r>
              <w:rPr>
                <w:sz w:val="16"/>
              </w:rPr>
              <w:t>B. malware that encrypts data and demands payment to restore access</w:t>
            </w:r>
          </w:p>
          <w:p w14:paraId="10097C92" w14:textId="77777777" w:rsidR="004C6ABD" w:rsidRDefault="00F35368">
            <w:pPr>
              <w:pStyle w:val="OptionLine"/>
            </w:pPr>
            <w:r>
              <w:rPr>
                <w:sz w:val="16"/>
              </w:rPr>
              <w:t>C. malware that secretly monitors user activity or collects data</w:t>
            </w:r>
          </w:p>
          <w:p w14:paraId="56FCAB4E" w14:textId="77777777" w:rsidR="004C6ABD" w:rsidRDefault="00F35368">
            <w:pPr>
              <w:pStyle w:val="OptionLine"/>
            </w:pPr>
            <w:r>
              <w:rPr>
                <w:sz w:val="16"/>
              </w:rPr>
              <w:t>D. trying many possible passwords or keys until one works</w:t>
            </w:r>
          </w:p>
          <w:p w14:paraId="3644A70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2C798C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description correctly matches Physical security?</w:t>
            </w:r>
          </w:p>
          <w:p w14:paraId="3E3C9B61" w14:textId="77777777" w:rsidR="004C6ABD" w:rsidRDefault="00F35368">
            <w:pPr>
              <w:pStyle w:val="OptionLine"/>
            </w:pPr>
            <w:r>
              <w:rPr>
                <w:sz w:val="16"/>
              </w:rPr>
              <w:t>A. measures that stop unauthorised physical access to equipment</w:t>
            </w:r>
          </w:p>
          <w:p w14:paraId="36219B9A" w14:textId="77777777" w:rsidR="004C6ABD" w:rsidRDefault="00F35368">
            <w:pPr>
              <w:pStyle w:val="OptionLine"/>
            </w:pPr>
            <w:r>
              <w:rPr>
                <w:sz w:val="16"/>
              </w:rPr>
              <w:t>B. a password that is hard to guess because it is long and not predictable</w:t>
            </w:r>
          </w:p>
          <w:p w14:paraId="425B38BD" w14:textId="77777777" w:rsidR="004C6ABD" w:rsidRDefault="00F35368">
            <w:pPr>
              <w:pStyle w:val="OptionLine"/>
            </w:pPr>
            <w:r>
              <w:rPr>
                <w:sz w:val="16"/>
              </w:rPr>
              <w:t>C. hardware or software that monitors and filters network traffic</w:t>
            </w:r>
          </w:p>
          <w:p w14:paraId="409C83AD" w14:textId="77777777" w:rsidR="004C6ABD" w:rsidRDefault="00F35368">
            <w:pPr>
              <w:pStyle w:val="OptionLine"/>
            </w:pPr>
            <w:r>
              <w:rPr>
                <w:sz w:val="16"/>
              </w:rPr>
              <w:t>D. giving users only the access they need to do their job</w:t>
            </w:r>
          </w:p>
          <w:p w14:paraId="4F74559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D36B300" w14:textId="77777777">
        <w:trPr>
          <w:cantSplit/>
          <w:jc w:val="center"/>
        </w:trPr>
        <w:tc>
          <w:tcPr>
            <w:tcW w:w="5112" w:type="dxa"/>
          </w:tcPr>
          <w:p w14:paraId="71F85FD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description correctly matches Phishing?</w:t>
            </w:r>
          </w:p>
          <w:p w14:paraId="6082BA23" w14:textId="77777777" w:rsidR="004C6ABD" w:rsidRDefault="00F35368">
            <w:pPr>
              <w:pStyle w:val="OptionLine"/>
            </w:pPr>
            <w:r>
              <w:rPr>
                <w:sz w:val="16"/>
              </w:rPr>
              <w:t>A. following an authorised person into a restricted area</w:t>
            </w:r>
          </w:p>
          <w:p w14:paraId="122BBF89" w14:textId="77777777" w:rsidR="004C6ABD" w:rsidRDefault="00F35368">
            <w:pPr>
              <w:pStyle w:val="OptionLine"/>
            </w:pPr>
            <w:r>
              <w:rPr>
                <w:sz w:val="16"/>
              </w:rPr>
              <w:t>B. a social-engineering attack that tricks users into giving away information</w:t>
            </w:r>
          </w:p>
          <w:p w14:paraId="335FB70C" w14:textId="77777777" w:rsidR="004C6ABD" w:rsidRDefault="00F35368">
            <w:pPr>
              <w:pStyle w:val="OptionLine"/>
            </w:pPr>
            <w:r>
              <w:rPr>
                <w:sz w:val="16"/>
              </w:rPr>
              <w:t>C. entering malicious SQL through input fields to access or change database data</w:t>
            </w:r>
          </w:p>
          <w:p w14:paraId="79FE1DC0" w14:textId="77777777" w:rsidR="004C6ABD" w:rsidRDefault="00F35368">
            <w:pPr>
              <w:pStyle w:val="OptionLine"/>
            </w:pPr>
            <w:r>
              <w:rPr>
                <w:sz w:val="16"/>
              </w:rPr>
              <w:t>D. turning readable data into unreadable ciphertext without the key</w:t>
            </w:r>
          </w:p>
          <w:p w14:paraId="24C8392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0453DF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A student writes about Backup. Which statement would be correct?</w:t>
            </w:r>
          </w:p>
          <w:p w14:paraId="6B665044" w14:textId="77777777" w:rsidR="004C6ABD" w:rsidRDefault="00F35368">
            <w:pPr>
              <w:pStyle w:val="OptionLine"/>
            </w:pPr>
            <w:r>
              <w:rPr>
                <w:sz w:val="16"/>
              </w:rPr>
              <w:t>A. a weakness that could be exploited by an attacker</w:t>
            </w:r>
          </w:p>
          <w:p w14:paraId="4F223B5C" w14:textId="77777777" w:rsidR="004C6ABD" w:rsidRDefault="00F35368">
            <w:pPr>
              <w:pStyle w:val="OptionLine"/>
            </w:pPr>
            <w:r>
              <w:rPr>
                <w:sz w:val="16"/>
              </w:rPr>
              <w:t>B. capturing data while it is being transmitted</w:t>
            </w:r>
          </w:p>
          <w:p w14:paraId="6F4C1F98" w14:textId="77777777" w:rsidR="004C6ABD" w:rsidRDefault="00F35368">
            <w:pPr>
              <w:pStyle w:val="OptionLine"/>
            </w:pPr>
            <w:r>
              <w:rPr>
                <w:sz w:val="16"/>
              </w:rPr>
              <w:t>C. hardware or software that monitors and filters network traffic</w:t>
            </w:r>
          </w:p>
          <w:p w14:paraId="56650EFE" w14:textId="77777777" w:rsidR="004C6ABD" w:rsidRDefault="00F35368">
            <w:pPr>
              <w:pStyle w:val="OptionLine"/>
            </w:pPr>
            <w:r>
              <w:rPr>
                <w:sz w:val="16"/>
              </w:rPr>
              <w:t>D. a copy of data kept so it can be restored after loss or damage</w:t>
            </w:r>
          </w:p>
          <w:p w14:paraId="7DFCFB0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190F060" w14:textId="77777777">
        <w:trPr>
          <w:cantSplit/>
          <w:jc w:val="center"/>
        </w:trPr>
        <w:tc>
          <w:tcPr>
            <w:tcW w:w="5112" w:type="dxa"/>
          </w:tcPr>
          <w:p w14:paraId="667DEC3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A student writes about Account lockout. Which statement would be correct?</w:t>
            </w:r>
          </w:p>
          <w:p w14:paraId="07DC5633" w14:textId="77777777" w:rsidR="004C6ABD" w:rsidRDefault="00F35368">
            <w:pPr>
              <w:pStyle w:val="OptionLine"/>
            </w:pPr>
            <w:r>
              <w:rPr>
                <w:sz w:val="16"/>
              </w:rPr>
              <w:t>A. hardware or software that monitors and filters network traffic</w:t>
            </w:r>
          </w:p>
          <w:p w14:paraId="2AE38FEF" w14:textId="77777777" w:rsidR="004C6ABD" w:rsidRDefault="00F35368">
            <w:pPr>
              <w:pStyle w:val="OptionLine"/>
            </w:pPr>
            <w:r>
              <w:rPr>
                <w:sz w:val="16"/>
              </w:rPr>
              <w:t>B. watching someone enter confidential information</w:t>
            </w:r>
          </w:p>
          <w:p w14:paraId="7715A082" w14:textId="77777777" w:rsidR="004C6ABD" w:rsidRDefault="00F35368">
            <w:pPr>
              <w:pStyle w:val="OptionLine"/>
            </w:pPr>
            <w:r>
              <w:rPr>
                <w:sz w:val="16"/>
              </w:rPr>
              <w:t>C. temporarily disabling login attempts after repeated failures</w:t>
            </w:r>
          </w:p>
          <w:p w14:paraId="13BB8F85" w14:textId="77777777" w:rsidR="004C6ABD" w:rsidRDefault="00F35368">
            <w:pPr>
              <w:pStyle w:val="OptionLine"/>
            </w:pPr>
            <w:r>
              <w:rPr>
                <w:sz w:val="16"/>
              </w:rPr>
              <w:t>D. a patch or new version that can fix security weaknesses</w:t>
            </w:r>
          </w:p>
          <w:p w14:paraId="1D7D913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538079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description correctly matches Vulnerability?</w:t>
            </w:r>
          </w:p>
          <w:p w14:paraId="01896483" w14:textId="77777777" w:rsidR="004C6ABD" w:rsidRDefault="00F35368">
            <w:pPr>
              <w:pStyle w:val="OptionLine"/>
            </w:pPr>
            <w:r>
              <w:rPr>
                <w:sz w:val="16"/>
              </w:rPr>
              <w:t>A. a password that is hard to guess because it is long and not predictable</w:t>
            </w:r>
          </w:p>
          <w:p w14:paraId="0EE1B1E9" w14:textId="77777777" w:rsidR="004C6ABD" w:rsidRDefault="00F35368">
            <w:pPr>
              <w:pStyle w:val="OptionLine"/>
            </w:pPr>
            <w:r>
              <w:rPr>
                <w:sz w:val="16"/>
              </w:rPr>
              <w:t>B. a weakness that could be exploited by an attacker</w:t>
            </w:r>
          </w:p>
          <w:p w14:paraId="0372F398" w14:textId="77777777" w:rsidR="004C6ABD" w:rsidRDefault="00F35368">
            <w:pPr>
              <w:pStyle w:val="OptionLine"/>
            </w:pPr>
            <w:r>
              <w:rPr>
                <w:sz w:val="16"/>
              </w:rPr>
              <w:t>C. entering malicious SQL through input fields to access or change database data</w:t>
            </w:r>
          </w:p>
          <w:p w14:paraId="6BF7B2D2" w14:textId="77777777" w:rsidR="004C6ABD" w:rsidRDefault="00F35368">
            <w:pPr>
              <w:pStyle w:val="OptionLine"/>
            </w:pPr>
            <w:r>
              <w:rPr>
                <w:sz w:val="16"/>
              </w:rPr>
              <w:t>D. authorised testing that attempts to find vulnerabilities in a system</w:t>
            </w:r>
          </w:p>
          <w:p w14:paraId="1894050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2559690" w14:textId="77777777">
        <w:trPr>
          <w:cantSplit/>
          <w:jc w:val="center"/>
        </w:trPr>
        <w:tc>
          <w:tcPr>
            <w:tcW w:w="5112" w:type="dxa"/>
          </w:tcPr>
          <w:p w14:paraId="306253C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is most likely to identify who accessed a file after a security incident?</w:t>
            </w:r>
          </w:p>
          <w:p w14:paraId="47344538" w14:textId="77777777" w:rsidR="004C6ABD" w:rsidRDefault="00F35368">
            <w:pPr>
              <w:pStyle w:val="OptionLine"/>
            </w:pPr>
            <w:r>
              <w:rPr>
                <w:sz w:val="16"/>
              </w:rPr>
              <w:t>A. Audit log</w:t>
            </w:r>
          </w:p>
          <w:p w14:paraId="3B505178" w14:textId="77777777" w:rsidR="004C6ABD" w:rsidRDefault="00F35368">
            <w:pPr>
              <w:pStyle w:val="OptionLine"/>
            </w:pPr>
            <w:r>
              <w:rPr>
                <w:sz w:val="16"/>
              </w:rPr>
              <w:t>B. Primary storage</w:t>
            </w:r>
          </w:p>
          <w:p w14:paraId="13523BC4" w14:textId="77777777" w:rsidR="004C6ABD" w:rsidRDefault="00F35368">
            <w:pPr>
              <w:pStyle w:val="OptionLine"/>
            </w:pPr>
            <w:r>
              <w:rPr>
                <w:sz w:val="16"/>
              </w:rPr>
              <w:t>C. Colour depth</w:t>
            </w:r>
          </w:p>
          <w:p w14:paraId="54CB9981" w14:textId="77777777" w:rsidR="004C6ABD" w:rsidRDefault="00F35368">
            <w:pPr>
              <w:pStyle w:val="OptionLine"/>
            </w:pPr>
            <w:r>
              <w:rPr>
                <w:sz w:val="16"/>
              </w:rPr>
              <w:t>D. Binary shift</w:t>
            </w:r>
          </w:p>
          <w:p w14:paraId="21CCD8C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AA45DB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Which term best matches this description: malware that secretly monitors user activity or collects data</w:t>
            </w:r>
          </w:p>
          <w:p w14:paraId="1EAC547B" w14:textId="77777777" w:rsidR="004C6ABD" w:rsidRDefault="00F35368">
            <w:pPr>
              <w:pStyle w:val="OptionLine"/>
            </w:pPr>
            <w:r>
              <w:rPr>
                <w:sz w:val="16"/>
              </w:rPr>
              <w:t>A. Spyware</w:t>
            </w:r>
          </w:p>
          <w:p w14:paraId="5431B718" w14:textId="77777777" w:rsidR="004C6ABD" w:rsidRDefault="00F35368">
            <w:pPr>
              <w:pStyle w:val="OptionLine"/>
            </w:pPr>
            <w:r>
              <w:rPr>
                <w:sz w:val="16"/>
              </w:rPr>
              <w:t>B. Authorisation</w:t>
            </w:r>
          </w:p>
          <w:p w14:paraId="1249E758" w14:textId="77777777" w:rsidR="004C6ABD" w:rsidRDefault="00F35368">
            <w:pPr>
              <w:pStyle w:val="OptionLine"/>
            </w:pPr>
            <w:r>
              <w:rPr>
                <w:sz w:val="16"/>
              </w:rPr>
              <w:t>C. Phishing</w:t>
            </w:r>
          </w:p>
          <w:p w14:paraId="383CC35B" w14:textId="77777777" w:rsidR="004C6ABD" w:rsidRDefault="00F35368">
            <w:pPr>
              <w:pStyle w:val="OptionLine"/>
            </w:pPr>
            <w:r>
              <w:rPr>
                <w:sz w:val="16"/>
              </w:rPr>
              <w:t>D. User access levels</w:t>
            </w:r>
          </w:p>
          <w:p w14:paraId="0E1F503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97A806E" w14:textId="77777777">
        <w:trPr>
          <w:cantSplit/>
          <w:jc w:val="center"/>
        </w:trPr>
        <w:tc>
          <w:tcPr>
            <w:tcW w:w="5112" w:type="dxa"/>
          </w:tcPr>
          <w:p w14:paraId="087DF5D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description correctly matches Worm?</w:t>
            </w:r>
          </w:p>
          <w:p w14:paraId="634C3528" w14:textId="77777777" w:rsidR="004C6ABD" w:rsidRDefault="00F35368">
            <w:pPr>
              <w:pStyle w:val="OptionLine"/>
            </w:pPr>
            <w:r>
              <w:rPr>
                <w:sz w:val="16"/>
              </w:rPr>
              <w:t>A. hardware or software that monitors and filters network traffic</w:t>
            </w:r>
          </w:p>
          <w:p w14:paraId="7DA01E63" w14:textId="77777777" w:rsidR="004C6ABD" w:rsidRDefault="00F35368">
            <w:pPr>
              <w:pStyle w:val="OptionLine"/>
            </w:pPr>
            <w:r>
              <w:rPr>
                <w:sz w:val="16"/>
              </w:rPr>
              <w:t>B. manipulating people into breaking security procedures</w:t>
            </w:r>
          </w:p>
          <w:p w14:paraId="02BABA86" w14:textId="77777777" w:rsidR="004C6ABD" w:rsidRDefault="00F35368">
            <w:pPr>
              <w:pStyle w:val="OptionLine"/>
            </w:pPr>
            <w:r>
              <w:rPr>
                <w:sz w:val="16"/>
              </w:rPr>
              <w:t>C. malware that can spread across networks without needing a host file</w:t>
            </w:r>
          </w:p>
          <w:p w14:paraId="50925236" w14:textId="77777777" w:rsidR="004C6ABD" w:rsidRDefault="00F35368">
            <w:pPr>
              <w:pStyle w:val="OptionLine"/>
            </w:pPr>
            <w:r>
              <w:rPr>
                <w:sz w:val="16"/>
              </w:rPr>
              <w:t>D. malware disguised as legitimate software</w:t>
            </w:r>
          </w:p>
          <w:p w14:paraId="1868CFE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7FD1CE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A student writes about Tailgating. Which statement would be correct?</w:t>
            </w:r>
          </w:p>
          <w:p w14:paraId="14498130" w14:textId="77777777" w:rsidR="004C6ABD" w:rsidRDefault="00F35368">
            <w:pPr>
              <w:pStyle w:val="OptionLine"/>
            </w:pPr>
            <w:r>
              <w:rPr>
                <w:sz w:val="16"/>
              </w:rPr>
              <w:t>A. malware disguised as legitimate software</w:t>
            </w:r>
          </w:p>
          <w:p w14:paraId="62EDD0AC" w14:textId="77777777" w:rsidR="004C6ABD" w:rsidRDefault="00F35368">
            <w:pPr>
              <w:pStyle w:val="OptionLine"/>
            </w:pPr>
            <w:r>
              <w:rPr>
                <w:sz w:val="16"/>
              </w:rPr>
              <w:t>B. following an authorised person into a restricted area</w:t>
            </w:r>
          </w:p>
          <w:p w14:paraId="586B4634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that detects, blocks or removes malicious software</w:t>
            </w:r>
          </w:p>
          <w:p w14:paraId="26710C10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a user is who they claim to be</w:t>
            </w:r>
          </w:p>
          <w:p w14:paraId="59E88D1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420BE6B" w14:textId="77777777">
        <w:trPr>
          <w:cantSplit/>
          <w:jc w:val="center"/>
        </w:trPr>
        <w:tc>
          <w:tcPr>
            <w:tcW w:w="5112" w:type="dxa"/>
          </w:tcPr>
          <w:p w14:paraId="7B9DCF3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7. Which description correctly matches User access levels?</w:t>
            </w:r>
          </w:p>
          <w:p w14:paraId="7022F686" w14:textId="77777777" w:rsidR="004C6ABD" w:rsidRDefault="00F35368">
            <w:pPr>
              <w:pStyle w:val="OptionLine"/>
            </w:pPr>
            <w:r>
              <w:rPr>
                <w:sz w:val="16"/>
              </w:rPr>
              <w:t>A. temporarily disabling login attempts after repeated failures</w:t>
            </w:r>
          </w:p>
          <w:p w14:paraId="08585D9B" w14:textId="77777777" w:rsidR="004C6ABD" w:rsidRDefault="00F35368">
            <w:pPr>
              <w:pStyle w:val="OptionLine"/>
            </w:pPr>
            <w:r>
              <w:rPr>
                <w:sz w:val="16"/>
              </w:rPr>
              <w:t>B. cleaning or checking input to prevent malicious commands</w:t>
            </w:r>
          </w:p>
          <w:p w14:paraId="410BBE94" w14:textId="77777777" w:rsidR="004C6ABD" w:rsidRDefault="00F35368">
            <w:pPr>
              <w:pStyle w:val="OptionLine"/>
            </w:pPr>
            <w:r>
              <w:rPr>
                <w:sz w:val="16"/>
              </w:rPr>
              <w:t>C. permissions that restrict what different users can see or do</w:t>
            </w:r>
          </w:p>
          <w:p w14:paraId="7A9B013D" w14:textId="77777777" w:rsidR="004C6ABD" w:rsidRDefault="00F35368">
            <w:pPr>
              <w:pStyle w:val="OptionLine"/>
            </w:pPr>
            <w:r>
              <w:rPr>
                <w:sz w:val="16"/>
              </w:rPr>
              <w:t>D. a weakness that could be exploited by an attacker</w:t>
            </w:r>
          </w:p>
          <w:p w14:paraId="278B7A5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CE06AB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Which description correctly matches Firewall?</w:t>
            </w:r>
          </w:p>
          <w:p w14:paraId="3869C60B" w14:textId="77777777" w:rsidR="004C6ABD" w:rsidRDefault="00F35368">
            <w:pPr>
              <w:pStyle w:val="OptionLine"/>
            </w:pPr>
            <w:r>
              <w:rPr>
                <w:sz w:val="16"/>
              </w:rPr>
              <w:t>A. temporarily disabling login attempts after repeated failures</w:t>
            </w:r>
          </w:p>
          <w:p w14:paraId="4CDF613F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designed to damage, disrupt or gain unauthorised access to a system</w:t>
            </w:r>
          </w:p>
          <w:p w14:paraId="30A29224" w14:textId="77777777" w:rsidR="004C6ABD" w:rsidRDefault="00F35368">
            <w:pPr>
              <w:pStyle w:val="OptionLine"/>
            </w:pPr>
            <w:r>
              <w:rPr>
                <w:sz w:val="16"/>
              </w:rPr>
              <w:t>C. permissions that restrict what different users can see or do</w:t>
            </w:r>
          </w:p>
          <w:p w14:paraId="67CD4A44" w14:textId="77777777" w:rsidR="004C6ABD" w:rsidRDefault="00F35368">
            <w:pPr>
              <w:pStyle w:val="OptionLine"/>
            </w:pPr>
            <w:r>
              <w:rPr>
                <w:sz w:val="16"/>
              </w:rPr>
              <w:t>D. hardware or software that monitors and filters network traffic</w:t>
            </w:r>
          </w:p>
          <w:p w14:paraId="49A6EEB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EE37E65" w14:textId="77777777">
        <w:trPr>
          <w:cantSplit/>
          <w:jc w:val="center"/>
        </w:trPr>
        <w:tc>
          <w:tcPr>
            <w:tcW w:w="5112" w:type="dxa"/>
          </w:tcPr>
          <w:p w14:paraId="1735E3D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8. Which term best matches this description: hardware or software that monitors and filters network traffic</w:t>
            </w:r>
          </w:p>
          <w:p w14:paraId="09728833" w14:textId="77777777" w:rsidR="004C6ABD" w:rsidRDefault="00F35368">
            <w:pPr>
              <w:pStyle w:val="OptionLine"/>
            </w:pPr>
            <w:r>
              <w:rPr>
                <w:sz w:val="16"/>
              </w:rPr>
              <w:t>A. Encryption</w:t>
            </w:r>
          </w:p>
          <w:p w14:paraId="09DFBEE2" w14:textId="77777777" w:rsidR="004C6ABD" w:rsidRDefault="00F35368">
            <w:pPr>
              <w:pStyle w:val="OptionLine"/>
            </w:pPr>
            <w:r>
              <w:rPr>
                <w:sz w:val="16"/>
              </w:rPr>
              <w:t>B. Firewall</w:t>
            </w:r>
          </w:p>
          <w:p w14:paraId="67AA99F9" w14:textId="77777777" w:rsidR="004C6ABD" w:rsidRDefault="00F35368">
            <w:pPr>
              <w:pStyle w:val="OptionLine"/>
            </w:pPr>
            <w:r>
              <w:rPr>
                <w:sz w:val="16"/>
              </w:rPr>
              <w:t>C. Worm</w:t>
            </w:r>
          </w:p>
          <w:p w14:paraId="16E1D64D" w14:textId="77777777" w:rsidR="004C6ABD" w:rsidRDefault="00F35368">
            <w:pPr>
              <w:pStyle w:val="OptionLine"/>
            </w:pPr>
            <w:r>
              <w:rPr>
                <w:sz w:val="16"/>
              </w:rPr>
              <w:t>D. Brute-force attack</w:t>
            </w:r>
          </w:p>
          <w:p w14:paraId="70E7109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B73D7F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A fake update installer secretly installs malware. Which type of malware is this closest to?</w:t>
            </w:r>
          </w:p>
          <w:p w14:paraId="56318655" w14:textId="77777777" w:rsidR="004C6ABD" w:rsidRDefault="00F35368">
            <w:pPr>
              <w:pStyle w:val="OptionLine"/>
            </w:pPr>
            <w:r>
              <w:rPr>
                <w:sz w:val="16"/>
              </w:rPr>
              <w:t>A. DNS</w:t>
            </w:r>
          </w:p>
          <w:p w14:paraId="44FB561A" w14:textId="77777777" w:rsidR="004C6ABD" w:rsidRDefault="00F35368">
            <w:pPr>
              <w:pStyle w:val="OptionLine"/>
            </w:pPr>
            <w:r>
              <w:rPr>
                <w:sz w:val="16"/>
              </w:rPr>
              <w:t>B. Trojan</w:t>
            </w:r>
          </w:p>
          <w:p w14:paraId="7922FA82" w14:textId="77777777" w:rsidR="004C6ABD" w:rsidRDefault="00F35368">
            <w:pPr>
              <w:pStyle w:val="OptionLine"/>
            </w:pPr>
            <w:r>
              <w:rPr>
                <w:sz w:val="16"/>
              </w:rPr>
              <w:t>C. Firewall</w:t>
            </w:r>
          </w:p>
          <w:p w14:paraId="4DF14FFA" w14:textId="77777777" w:rsidR="004C6ABD" w:rsidRDefault="00F35368">
            <w:pPr>
              <w:pStyle w:val="OptionLine"/>
            </w:pPr>
            <w:r>
              <w:rPr>
                <w:sz w:val="16"/>
              </w:rPr>
              <w:t>D. RAM</w:t>
            </w:r>
          </w:p>
          <w:p w14:paraId="3D96025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C7DB170" w14:textId="77777777">
        <w:trPr>
          <w:cantSplit/>
          <w:jc w:val="center"/>
        </w:trPr>
        <w:tc>
          <w:tcPr>
            <w:tcW w:w="5112" w:type="dxa"/>
          </w:tcPr>
          <w:p w14:paraId="3874BF8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term best matches this description: a patch or new version that can fix security weaknesses</w:t>
            </w:r>
          </w:p>
          <w:p w14:paraId="71E4B240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update</w:t>
            </w:r>
          </w:p>
          <w:p w14:paraId="6D972607" w14:textId="77777777" w:rsidR="004C6ABD" w:rsidRDefault="00F35368">
            <w:pPr>
              <w:pStyle w:val="OptionLine"/>
            </w:pPr>
            <w:r>
              <w:rPr>
                <w:sz w:val="16"/>
              </w:rPr>
              <w:t>B. Authorisation</w:t>
            </w:r>
          </w:p>
          <w:p w14:paraId="5A9AC038" w14:textId="77777777" w:rsidR="004C6ABD" w:rsidRDefault="00F35368">
            <w:pPr>
              <w:pStyle w:val="OptionLine"/>
            </w:pPr>
            <w:r>
              <w:rPr>
                <w:sz w:val="16"/>
              </w:rPr>
              <w:t>C. Backup</w:t>
            </w:r>
          </w:p>
          <w:p w14:paraId="7DCD10E9" w14:textId="77777777" w:rsidR="004C6ABD" w:rsidRDefault="00F35368">
            <w:pPr>
              <w:pStyle w:val="OptionLine"/>
            </w:pPr>
            <w:r>
              <w:rPr>
                <w:sz w:val="16"/>
              </w:rPr>
              <w:t>D. Malware</w:t>
            </w:r>
          </w:p>
          <w:p w14:paraId="3F0EC26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4453B7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option is most closely associated with malware that attaches to files and spreads when the files are run or shared</w:t>
            </w:r>
          </w:p>
          <w:p w14:paraId="5F063D35" w14:textId="77777777" w:rsidR="004C6ABD" w:rsidRDefault="00F35368">
            <w:pPr>
              <w:pStyle w:val="OptionLine"/>
            </w:pPr>
            <w:r>
              <w:rPr>
                <w:sz w:val="16"/>
              </w:rPr>
              <w:t>A. Phishing</w:t>
            </w:r>
          </w:p>
          <w:p w14:paraId="0D670E52" w14:textId="77777777" w:rsidR="004C6ABD" w:rsidRDefault="00F35368">
            <w:pPr>
              <w:pStyle w:val="OptionLine"/>
            </w:pPr>
            <w:r>
              <w:rPr>
                <w:sz w:val="16"/>
              </w:rPr>
              <w:t>B. Authentication</w:t>
            </w:r>
          </w:p>
          <w:p w14:paraId="459D2120" w14:textId="77777777" w:rsidR="004C6ABD" w:rsidRDefault="00F35368">
            <w:pPr>
              <w:pStyle w:val="OptionLine"/>
            </w:pPr>
            <w:r>
              <w:rPr>
                <w:sz w:val="16"/>
              </w:rPr>
              <w:t>C. Virus</w:t>
            </w:r>
          </w:p>
          <w:p w14:paraId="380CB173" w14:textId="77777777" w:rsidR="004C6ABD" w:rsidRDefault="00F35368">
            <w:pPr>
              <w:pStyle w:val="OptionLine"/>
            </w:pPr>
            <w:r>
              <w:rPr>
                <w:sz w:val="16"/>
              </w:rPr>
              <w:t>D. Insider threat</w:t>
            </w:r>
          </w:p>
          <w:p w14:paraId="5A00670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9E4FE70" w14:textId="77777777">
        <w:trPr>
          <w:cantSplit/>
          <w:jc w:val="center"/>
        </w:trPr>
        <w:tc>
          <w:tcPr>
            <w:tcW w:w="5112" w:type="dxa"/>
          </w:tcPr>
          <w:p w14:paraId="5D0D087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A student writes about Authorisation. Which statement would be correct?</w:t>
            </w:r>
          </w:p>
          <w:p w14:paraId="580B14A6" w14:textId="77777777" w:rsidR="004C6ABD" w:rsidRDefault="00F35368">
            <w:pPr>
              <w:pStyle w:val="OptionLine"/>
            </w:pPr>
            <w:r>
              <w:rPr>
                <w:sz w:val="16"/>
              </w:rPr>
              <w:t>A. malware that can spread across networks without needing a host file</w:t>
            </w:r>
          </w:p>
          <w:p w14:paraId="3C240676" w14:textId="77777777" w:rsidR="004C6ABD" w:rsidRDefault="00F35368">
            <w:pPr>
              <w:pStyle w:val="OptionLine"/>
            </w:pPr>
            <w:r>
              <w:rPr>
                <w:sz w:val="16"/>
              </w:rPr>
              <w:t>B. deciding what an authenticated user is allowed to access</w:t>
            </w:r>
          </w:p>
          <w:p w14:paraId="4D18B4C2" w14:textId="77777777" w:rsidR="004C6ABD" w:rsidRDefault="00F35368">
            <w:pPr>
              <w:pStyle w:val="OptionLine"/>
            </w:pPr>
            <w:r>
              <w:rPr>
                <w:sz w:val="16"/>
              </w:rPr>
              <w:t>C. a password that is hard to guess because it is long and not predictable</w:t>
            </w:r>
          </w:p>
          <w:p w14:paraId="47DB52CA" w14:textId="77777777" w:rsidR="004C6ABD" w:rsidRDefault="00F35368">
            <w:pPr>
              <w:pStyle w:val="OptionLine"/>
            </w:pPr>
            <w:r>
              <w:rPr>
                <w:sz w:val="16"/>
              </w:rPr>
              <w:t>D. malware disguised as legitimate software</w:t>
            </w:r>
          </w:p>
          <w:p w14:paraId="4403E0D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3D50FD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A student writes about Two-factor authentication. Which statement would be correct?</w:t>
            </w:r>
          </w:p>
          <w:p w14:paraId="7FCE6BDF" w14:textId="77777777" w:rsidR="004C6ABD" w:rsidRDefault="00F35368">
            <w:pPr>
              <w:pStyle w:val="OptionLine"/>
            </w:pPr>
            <w:r>
              <w:rPr>
                <w:sz w:val="16"/>
              </w:rPr>
              <w:t>A. a weakness that could be exploited by an attacker</w:t>
            </w:r>
          </w:p>
          <w:p w14:paraId="2D0D3B01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copy of data kept so it can be restored after loss or damage</w:t>
            </w:r>
          </w:p>
          <w:p w14:paraId="6F9D6BE7" w14:textId="77777777" w:rsidR="004C6ABD" w:rsidRDefault="00F35368">
            <w:pPr>
              <w:pStyle w:val="OptionLine"/>
            </w:pPr>
            <w:r>
              <w:rPr>
                <w:sz w:val="16"/>
              </w:rPr>
              <w:t>C. cleaning or checking input to prevent malicious commands</w:t>
            </w:r>
          </w:p>
          <w:p w14:paraId="05417542" w14:textId="77777777" w:rsidR="004C6ABD" w:rsidRDefault="00F35368">
            <w:pPr>
              <w:pStyle w:val="OptionLine"/>
            </w:pPr>
            <w:r>
              <w:rPr>
                <w:sz w:val="16"/>
              </w:rPr>
              <w:t>D. authentication using two different types of evidence</w:t>
            </w:r>
          </w:p>
          <w:p w14:paraId="3B3C0DA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AC07E45" w14:textId="77777777">
        <w:trPr>
          <w:cantSplit/>
          <w:jc w:val="center"/>
        </w:trPr>
        <w:tc>
          <w:tcPr>
            <w:tcW w:w="5112" w:type="dxa"/>
          </w:tcPr>
          <w:p w14:paraId="3101D3B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description correctly matches Data interception?</w:t>
            </w:r>
          </w:p>
          <w:p w14:paraId="2E2338AB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checking that a user is who they claim to be</w:t>
            </w:r>
          </w:p>
          <w:p w14:paraId="1841CC45" w14:textId="77777777" w:rsidR="004C6ABD" w:rsidRDefault="00F35368">
            <w:pPr>
              <w:pStyle w:val="OptionLine"/>
            </w:pPr>
            <w:r>
              <w:rPr>
                <w:sz w:val="16"/>
              </w:rPr>
              <w:t>B. capturing data while it is being transmitted</w:t>
            </w:r>
          </w:p>
          <w:p w14:paraId="2F4625DE" w14:textId="77777777" w:rsidR="004C6ABD" w:rsidRDefault="00F35368">
            <w:pPr>
              <w:pStyle w:val="OptionLine"/>
            </w:pPr>
            <w:r>
              <w:rPr>
                <w:sz w:val="16"/>
              </w:rPr>
              <w:t>C. malware that can spread across networks without needing a host file</w:t>
            </w:r>
          </w:p>
          <w:p w14:paraId="31279555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designed to damage, disrupt or gain unauthorised access to a system</w:t>
            </w:r>
          </w:p>
          <w:p w14:paraId="5698B5F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B8AC27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description correctly matches Audit log?</w:t>
            </w:r>
          </w:p>
          <w:p w14:paraId="555420DB" w14:textId="77777777" w:rsidR="004C6ABD" w:rsidRDefault="00F35368">
            <w:pPr>
              <w:pStyle w:val="OptionLine"/>
            </w:pPr>
            <w:r>
              <w:rPr>
                <w:sz w:val="16"/>
              </w:rPr>
              <w:t>A. temporarily disabling login attempts after repeated failures</w:t>
            </w:r>
          </w:p>
          <w:p w14:paraId="177D5D88" w14:textId="77777777" w:rsidR="004C6ABD" w:rsidRDefault="00F35368">
            <w:pPr>
              <w:pStyle w:val="OptionLine"/>
            </w:pPr>
            <w:r>
              <w:rPr>
                <w:sz w:val="16"/>
              </w:rPr>
              <w:t>B. hardware or software that monitors and filters network traffic</w:t>
            </w:r>
          </w:p>
          <w:p w14:paraId="3F79FA6E" w14:textId="77777777" w:rsidR="004C6ABD" w:rsidRDefault="00F35368">
            <w:pPr>
              <w:pStyle w:val="OptionLine"/>
            </w:pPr>
            <w:r>
              <w:rPr>
                <w:sz w:val="16"/>
              </w:rPr>
              <w:t>C. a record of actions that can be reviewed for security monitoring</w:t>
            </w:r>
          </w:p>
          <w:p w14:paraId="45892780" w14:textId="77777777" w:rsidR="004C6ABD" w:rsidRDefault="00F35368">
            <w:pPr>
              <w:pStyle w:val="OptionLine"/>
            </w:pPr>
            <w:r>
              <w:rPr>
                <w:sz w:val="16"/>
              </w:rPr>
              <w:t>D. manipulating people into breaking security procedures</w:t>
            </w:r>
          </w:p>
          <w:p w14:paraId="39BD35A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94942B3" w14:textId="77777777">
        <w:trPr>
          <w:cantSplit/>
          <w:jc w:val="center"/>
        </w:trPr>
        <w:tc>
          <w:tcPr>
            <w:tcW w:w="5112" w:type="dxa"/>
          </w:tcPr>
          <w:p w14:paraId="35B8E9C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Which term best matches this description: manipulating people into breaking security procedures</w:t>
            </w:r>
          </w:p>
          <w:p w14:paraId="11EDEA97" w14:textId="77777777" w:rsidR="004C6ABD" w:rsidRDefault="00F35368">
            <w:pPr>
              <w:pStyle w:val="OptionLine"/>
            </w:pPr>
            <w:r>
              <w:rPr>
                <w:sz w:val="16"/>
              </w:rPr>
              <w:t>A. Ransomware</w:t>
            </w:r>
          </w:p>
          <w:p w14:paraId="6F4D4E29" w14:textId="77777777" w:rsidR="004C6ABD" w:rsidRDefault="00F35368">
            <w:pPr>
              <w:pStyle w:val="OptionLine"/>
            </w:pPr>
            <w:r>
              <w:rPr>
                <w:sz w:val="16"/>
              </w:rPr>
              <w:t>B. Social engineering</w:t>
            </w:r>
          </w:p>
          <w:p w14:paraId="03BC7AA7" w14:textId="77777777" w:rsidR="004C6ABD" w:rsidRDefault="00F35368">
            <w:pPr>
              <w:pStyle w:val="OptionLine"/>
            </w:pPr>
            <w:r>
              <w:rPr>
                <w:sz w:val="16"/>
              </w:rPr>
              <w:t>C. Authentication</w:t>
            </w:r>
          </w:p>
          <w:p w14:paraId="70BA009A" w14:textId="77777777" w:rsidR="004C6ABD" w:rsidRDefault="00F35368">
            <w:pPr>
              <w:pStyle w:val="OptionLine"/>
            </w:pPr>
            <w:r>
              <w:rPr>
                <w:sz w:val="16"/>
              </w:rPr>
              <w:t>D. Virus</w:t>
            </w:r>
          </w:p>
          <w:p w14:paraId="2AB60D0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51EB3C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A student writes about Input sanitisation. Which statement would be correct?</w:t>
            </w:r>
          </w:p>
          <w:p w14:paraId="25E32119" w14:textId="77777777" w:rsidR="004C6ABD" w:rsidRDefault="00F35368">
            <w:pPr>
              <w:pStyle w:val="OptionLine"/>
            </w:pPr>
            <w:r>
              <w:rPr>
                <w:sz w:val="16"/>
              </w:rPr>
              <w:t>A. deciding what an authenticated user is allowed to access</w:t>
            </w:r>
          </w:p>
          <w:p w14:paraId="15798D15" w14:textId="77777777" w:rsidR="004C6ABD" w:rsidRDefault="00F35368">
            <w:pPr>
              <w:pStyle w:val="OptionLine"/>
            </w:pPr>
            <w:r>
              <w:rPr>
                <w:sz w:val="16"/>
              </w:rPr>
              <w:t>B. watching someone enter confidential information</w:t>
            </w:r>
          </w:p>
          <w:p w14:paraId="73261FAA" w14:textId="77777777" w:rsidR="004C6ABD" w:rsidRDefault="00F35368">
            <w:pPr>
              <w:pStyle w:val="OptionLine"/>
            </w:pPr>
            <w:r>
              <w:rPr>
                <w:sz w:val="16"/>
              </w:rPr>
              <w:t>C. cleaning or checking input to prevent malicious commands</w:t>
            </w:r>
          </w:p>
          <w:p w14:paraId="1899B013" w14:textId="77777777" w:rsidR="004C6ABD" w:rsidRDefault="00F35368">
            <w:pPr>
              <w:pStyle w:val="OptionLine"/>
            </w:pPr>
            <w:r>
              <w:rPr>
                <w:sz w:val="16"/>
              </w:rPr>
              <w:t>D. manipulating people into breaking security procedures</w:t>
            </w:r>
          </w:p>
          <w:p w14:paraId="5B04915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A201FC5" w14:textId="77777777">
        <w:trPr>
          <w:cantSplit/>
          <w:jc w:val="center"/>
        </w:trPr>
        <w:tc>
          <w:tcPr>
            <w:tcW w:w="5112" w:type="dxa"/>
          </w:tcPr>
          <w:p w14:paraId="6A90A36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A student writes about Penetration testing. Which statement would be correct?</w:t>
            </w:r>
          </w:p>
          <w:p w14:paraId="49DA2A45" w14:textId="77777777" w:rsidR="004C6ABD" w:rsidRDefault="00F35368">
            <w:pPr>
              <w:pStyle w:val="OptionLine"/>
            </w:pPr>
            <w:r>
              <w:rPr>
                <w:sz w:val="16"/>
              </w:rPr>
              <w:t>A. authorised testing that attempts to find vulnerabilities in a system</w:t>
            </w:r>
          </w:p>
          <w:p w14:paraId="51947035" w14:textId="77777777" w:rsidR="004C6ABD" w:rsidRDefault="00F35368">
            <w:pPr>
              <w:pStyle w:val="OptionLine"/>
            </w:pPr>
            <w:r>
              <w:rPr>
                <w:sz w:val="16"/>
              </w:rPr>
              <w:t>B. malware that encrypts data and demands payment to restore access</w:t>
            </w:r>
          </w:p>
          <w:p w14:paraId="46A1849C" w14:textId="77777777" w:rsidR="004C6ABD" w:rsidRDefault="00F35368">
            <w:pPr>
              <w:pStyle w:val="OptionLine"/>
            </w:pPr>
            <w:r>
              <w:rPr>
                <w:sz w:val="16"/>
              </w:rPr>
              <w:t>C. a password that is hard to guess because it is long and not predictable</w:t>
            </w:r>
          </w:p>
          <w:p w14:paraId="3D6928F7" w14:textId="77777777" w:rsidR="004C6ABD" w:rsidRDefault="00F35368">
            <w:pPr>
              <w:pStyle w:val="OptionLine"/>
            </w:pPr>
            <w:r>
              <w:rPr>
                <w:sz w:val="16"/>
              </w:rPr>
              <w:t>D. manipulating people into breaking security procedures</w:t>
            </w:r>
          </w:p>
          <w:p w14:paraId="065572D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7232CD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A student writes about Authentication. Which statement would be correct?</w:t>
            </w:r>
          </w:p>
          <w:p w14:paraId="3B7B4D28" w14:textId="77777777" w:rsidR="004C6ABD" w:rsidRDefault="00F35368">
            <w:pPr>
              <w:pStyle w:val="OptionLine"/>
            </w:pPr>
            <w:r>
              <w:rPr>
                <w:sz w:val="16"/>
              </w:rPr>
              <w:t>A. deciding what an authenticated user is allowed to access</w:t>
            </w:r>
          </w:p>
          <w:p w14:paraId="044BBB58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checking that a user is who they claim to be</w:t>
            </w:r>
          </w:p>
          <w:p w14:paraId="685EE134" w14:textId="77777777" w:rsidR="004C6ABD" w:rsidRDefault="00F35368">
            <w:pPr>
              <w:pStyle w:val="OptionLine"/>
            </w:pPr>
            <w:r>
              <w:rPr>
                <w:sz w:val="16"/>
              </w:rPr>
              <w:t>C. authorised testing that attempts to find vulnerabilities in a system</w:t>
            </w:r>
          </w:p>
          <w:p w14:paraId="1AF2779C" w14:textId="77777777" w:rsidR="004C6ABD" w:rsidRDefault="00F35368">
            <w:pPr>
              <w:pStyle w:val="OptionLine"/>
            </w:pPr>
            <w:r>
              <w:rPr>
                <w:sz w:val="16"/>
              </w:rPr>
              <w:t>D. turning readable data into unreadable ciphertext without the key</w:t>
            </w:r>
          </w:p>
          <w:p w14:paraId="62E36ED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44C8798" w14:textId="77777777">
        <w:trPr>
          <w:cantSplit/>
          <w:jc w:val="center"/>
        </w:trPr>
        <w:tc>
          <w:tcPr>
            <w:tcW w:w="5112" w:type="dxa"/>
          </w:tcPr>
          <w:p w14:paraId="4D6FB77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A student writes about Encryption. Which statement would be correct?</w:t>
            </w:r>
          </w:p>
          <w:p w14:paraId="51DDFD1D" w14:textId="77777777" w:rsidR="004C6ABD" w:rsidRDefault="00F35368">
            <w:pPr>
              <w:pStyle w:val="OptionLine"/>
            </w:pPr>
            <w:r>
              <w:rPr>
                <w:sz w:val="16"/>
              </w:rPr>
              <w:t>A. a patch or new version that can fix security weaknesses</w:t>
            </w:r>
          </w:p>
          <w:p w14:paraId="4C4413CE" w14:textId="77777777" w:rsidR="004C6ABD" w:rsidRDefault="00F35368">
            <w:pPr>
              <w:pStyle w:val="OptionLine"/>
            </w:pPr>
            <w:r>
              <w:rPr>
                <w:sz w:val="16"/>
              </w:rPr>
              <w:t>B. turning readable data into unreadable ciphertext without the key</w:t>
            </w:r>
          </w:p>
          <w:p w14:paraId="6AB8B09B" w14:textId="77777777" w:rsidR="004C6ABD" w:rsidRDefault="00F35368">
            <w:pPr>
              <w:pStyle w:val="OptionLine"/>
            </w:pPr>
            <w:r>
              <w:rPr>
                <w:sz w:val="16"/>
              </w:rPr>
              <w:t>C. trying many possible passwords or keys until one works</w:t>
            </w:r>
          </w:p>
          <w:p w14:paraId="4A5C244B" w14:textId="77777777" w:rsidR="004C6ABD" w:rsidRDefault="00F35368">
            <w:pPr>
              <w:pStyle w:val="OptionLine"/>
            </w:pPr>
            <w:r>
              <w:rPr>
                <w:sz w:val="16"/>
              </w:rPr>
              <w:t>D. overwhelming a system with traffic so legitimate users cannot access it</w:t>
            </w:r>
          </w:p>
          <w:p w14:paraId="4BE91FF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97D4FC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description correctly matches Tailgating?</w:t>
            </w:r>
          </w:p>
          <w:p w14:paraId="676B6754" w14:textId="77777777" w:rsidR="004C6ABD" w:rsidRDefault="00F35368">
            <w:pPr>
              <w:pStyle w:val="OptionLine"/>
            </w:pPr>
            <w:r>
              <w:rPr>
                <w:sz w:val="16"/>
              </w:rPr>
              <w:t>A. a patch or new version that can fix security weaknesses</w:t>
            </w:r>
          </w:p>
          <w:p w14:paraId="1E67E506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checking that a user is who they claim to be</w:t>
            </w:r>
          </w:p>
          <w:p w14:paraId="12C9D30D" w14:textId="77777777" w:rsidR="004C6ABD" w:rsidRDefault="00F35368">
            <w:pPr>
              <w:pStyle w:val="OptionLine"/>
            </w:pPr>
            <w:r>
              <w:rPr>
                <w:sz w:val="16"/>
              </w:rPr>
              <w:t>C. following an authorised person into a restricted area</w:t>
            </w:r>
          </w:p>
          <w:p w14:paraId="63B25237" w14:textId="77777777" w:rsidR="004C6ABD" w:rsidRDefault="00F35368">
            <w:pPr>
              <w:pStyle w:val="OptionLine"/>
            </w:pPr>
            <w:r>
              <w:rPr>
                <w:sz w:val="16"/>
              </w:rPr>
              <w:t>D. turning readable data into unreadable ciphertext without the key</w:t>
            </w:r>
          </w:p>
          <w:p w14:paraId="4B09068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D8F9D5A" w14:textId="77777777">
        <w:trPr>
          <w:cantSplit/>
          <w:jc w:val="center"/>
        </w:trPr>
        <w:tc>
          <w:tcPr>
            <w:tcW w:w="5112" w:type="dxa"/>
          </w:tcPr>
          <w:p w14:paraId="76FA932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15. Which security measure filters traffic entering and leaving a network?</w:t>
            </w:r>
          </w:p>
          <w:p w14:paraId="05ED3810" w14:textId="77777777" w:rsidR="004C6ABD" w:rsidRDefault="00F35368">
            <w:pPr>
              <w:pStyle w:val="OptionLine"/>
            </w:pPr>
            <w:r>
              <w:rPr>
                <w:sz w:val="16"/>
              </w:rPr>
              <w:t>A. ASCII</w:t>
            </w:r>
          </w:p>
          <w:p w14:paraId="788C6419" w14:textId="77777777" w:rsidR="004C6ABD" w:rsidRDefault="00F35368">
            <w:pPr>
              <w:pStyle w:val="OptionLine"/>
            </w:pPr>
            <w:r>
              <w:rPr>
                <w:sz w:val="16"/>
              </w:rPr>
              <w:t>B. Register</w:t>
            </w:r>
          </w:p>
          <w:p w14:paraId="3CE90C51" w14:textId="77777777" w:rsidR="004C6ABD" w:rsidRDefault="00F35368">
            <w:pPr>
              <w:pStyle w:val="OptionLine"/>
            </w:pPr>
            <w:r>
              <w:rPr>
                <w:sz w:val="16"/>
              </w:rPr>
              <w:t>C. Firewall</w:t>
            </w:r>
          </w:p>
          <w:p w14:paraId="538A555E" w14:textId="77777777" w:rsidR="004C6ABD" w:rsidRDefault="00F35368">
            <w:pPr>
              <w:pStyle w:val="OptionLine"/>
            </w:pPr>
            <w:r>
              <w:rPr>
                <w:sz w:val="16"/>
              </w:rPr>
              <w:t>D. Compiler</w:t>
            </w:r>
          </w:p>
          <w:p w14:paraId="7CF9DE1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8CA54F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A student writes about Shoulder surfing. Which statement would be correct?</w:t>
            </w:r>
          </w:p>
          <w:p w14:paraId="2529CF76" w14:textId="77777777" w:rsidR="004C6ABD" w:rsidRDefault="00F35368">
            <w:pPr>
              <w:pStyle w:val="OptionLine"/>
            </w:pPr>
            <w:r>
              <w:rPr>
                <w:sz w:val="16"/>
              </w:rPr>
              <w:t>A. watching someone enter confidential information</w:t>
            </w:r>
          </w:p>
          <w:p w14:paraId="5008ABE5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checking that a user is who they claim to be</w:t>
            </w:r>
          </w:p>
          <w:p w14:paraId="77B75BB6" w14:textId="77777777" w:rsidR="004C6ABD" w:rsidRDefault="00F35368">
            <w:pPr>
              <w:pStyle w:val="OptionLine"/>
            </w:pPr>
            <w:r>
              <w:rPr>
                <w:sz w:val="16"/>
              </w:rPr>
              <w:t>C. a patch or new version that can fix security weaknesses</w:t>
            </w:r>
          </w:p>
          <w:p w14:paraId="5046480E" w14:textId="77777777" w:rsidR="004C6ABD" w:rsidRDefault="00F35368">
            <w:pPr>
              <w:pStyle w:val="OptionLine"/>
            </w:pPr>
            <w:r>
              <w:rPr>
                <w:sz w:val="16"/>
              </w:rPr>
              <w:t>D. authorised testing that attempts to find vulnerabilities in a system</w:t>
            </w:r>
          </w:p>
          <w:p w14:paraId="3347338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DC839BE" w14:textId="77777777">
        <w:trPr>
          <w:cantSplit/>
          <w:jc w:val="center"/>
        </w:trPr>
        <w:tc>
          <w:tcPr>
            <w:tcW w:w="5112" w:type="dxa"/>
          </w:tcPr>
          <w:p w14:paraId="1994561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An email says a bank account will be closed unless the user clicks a link and enters their password. What attack is this?</w:t>
            </w:r>
          </w:p>
          <w:p w14:paraId="6AB7ACBC" w14:textId="77777777" w:rsidR="004C6ABD" w:rsidRDefault="00F35368">
            <w:pPr>
              <w:pStyle w:val="OptionLine"/>
            </w:pPr>
            <w:r>
              <w:rPr>
                <w:sz w:val="16"/>
              </w:rPr>
              <w:t>A. Denial-of-service attack</w:t>
            </w:r>
          </w:p>
          <w:p w14:paraId="236A9638" w14:textId="77777777" w:rsidR="004C6ABD" w:rsidRDefault="00F35368">
            <w:pPr>
              <w:pStyle w:val="OptionLine"/>
            </w:pPr>
            <w:r>
              <w:rPr>
                <w:sz w:val="16"/>
              </w:rPr>
              <w:t>B. Phishing</w:t>
            </w:r>
          </w:p>
          <w:p w14:paraId="4B11A7BA" w14:textId="77777777" w:rsidR="004C6ABD" w:rsidRDefault="00F35368">
            <w:pPr>
              <w:pStyle w:val="OptionLine"/>
            </w:pPr>
            <w:r>
              <w:rPr>
                <w:sz w:val="16"/>
              </w:rPr>
              <w:t>C. Brute-force attack</w:t>
            </w:r>
          </w:p>
          <w:p w14:paraId="7F5C6C0C" w14:textId="77777777" w:rsidR="004C6ABD" w:rsidRDefault="00F35368">
            <w:pPr>
              <w:pStyle w:val="OptionLine"/>
            </w:pPr>
            <w:r>
              <w:rPr>
                <w:sz w:val="16"/>
              </w:rPr>
              <w:t>D. Defragmentation</w:t>
            </w:r>
          </w:p>
          <w:p w14:paraId="17AA14A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2E6192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A school gives pupils read-only access but teachers can edit marks. Which control is being used?</w:t>
            </w:r>
          </w:p>
          <w:p w14:paraId="00602E56" w14:textId="77777777" w:rsidR="004C6ABD" w:rsidRDefault="00F35368">
            <w:pPr>
              <w:pStyle w:val="OptionLine"/>
            </w:pPr>
            <w:r>
              <w:rPr>
                <w:sz w:val="16"/>
              </w:rPr>
              <w:t>A. User access levels</w:t>
            </w:r>
          </w:p>
          <w:p w14:paraId="04DE5736" w14:textId="77777777" w:rsidR="004C6ABD" w:rsidRDefault="00F35368">
            <w:pPr>
              <w:pStyle w:val="OptionLine"/>
            </w:pPr>
            <w:r>
              <w:rPr>
                <w:sz w:val="16"/>
              </w:rPr>
              <w:t>B. Cache size</w:t>
            </w:r>
          </w:p>
          <w:p w14:paraId="60C46E69" w14:textId="77777777" w:rsidR="004C6ABD" w:rsidRDefault="00F35368">
            <w:pPr>
              <w:pStyle w:val="OptionLine"/>
            </w:pPr>
            <w:r>
              <w:rPr>
                <w:sz w:val="16"/>
              </w:rPr>
              <w:t>C. Ransomware</w:t>
            </w:r>
          </w:p>
          <w:p w14:paraId="6ACC9868" w14:textId="77777777" w:rsidR="004C6ABD" w:rsidRDefault="00F35368">
            <w:pPr>
              <w:pStyle w:val="OptionLine"/>
            </w:pPr>
            <w:r>
              <w:rPr>
                <w:sz w:val="16"/>
              </w:rPr>
              <w:t>D. Binary search</w:t>
            </w:r>
          </w:p>
          <w:p w14:paraId="45FFB4C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7DB53E4" w14:textId="77777777">
        <w:trPr>
          <w:cantSplit/>
          <w:jc w:val="center"/>
        </w:trPr>
        <w:tc>
          <w:tcPr>
            <w:tcW w:w="5112" w:type="dxa"/>
          </w:tcPr>
          <w:p w14:paraId="055C385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Which term best matches this description: capturing data while it is being transmitted</w:t>
            </w:r>
          </w:p>
          <w:p w14:paraId="3DEA476F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interception</w:t>
            </w:r>
          </w:p>
          <w:p w14:paraId="5FC34164" w14:textId="77777777" w:rsidR="004C6ABD" w:rsidRDefault="00F35368">
            <w:pPr>
              <w:pStyle w:val="OptionLine"/>
            </w:pPr>
            <w:r>
              <w:rPr>
                <w:sz w:val="16"/>
              </w:rPr>
              <w:t>B. Denial-of-service attack</w:t>
            </w:r>
          </w:p>
          <w:p w14:paraId="60B091E3" w14:textId="77777777" w:rsidR="004C6ABD" w:rsidRDefault="00F35368">
            <w:pPr>
              <w:pStyle w:val="OptionLine"/>
            </w:pPr>
            <w:r>
              <w:rPr>
                <w:sz w:val="16"/>
              </w:rPr>
              <w:t>C. User access levels</w:t>
            </w:r>
          </w:p>
          <w:p w14:paraId="70D99544" w14:textId="77777777" w:rsidR="004C6ABD" w:rsidRDefault="00F35368">
            <w:pPr>
              <w:pStyle w:val="OptionLine"/>
            </w:pPr>
            <w:r>
              <w:rPr>
                <w:sz w:val="16"/>
              </w:rPr>
              <w:t>D. Input sanitisation</w:t>
            </w:r>
          </w:p>
          <w:p w14:paraId="66404FC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C4286A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term best matches this description: malware that can spread across networks without needing a host file</w:t>
            </w:r>
          </w:p>
          <w:p w14:paraId="2F346EF7" w14:textId="77777777" w:rsidR="004C6ABD" w:rsidRDefault="00F35368">
            <w:pPr>
              <w:pStyle w:val="OptionLine"/>
            </w:pPr>
            <w:r>
              <w:rPr>
                <w:sz w:val="16"/>
              </w:rPr>
              <w:t>A. Shoulder surfing</w:t>
            </w:r>
          </w:p>
          <w:p w14:paraId="0991B959" w14:textId="77777777" w:rsidR="004C6ABD" w:rsidRDefault="00F35368">
            <w:pPr>
              <w:pStyle w:val="OptionLine"/>
            </w:pPr>
            <w:r>
              <w:rPr>
                <w:sz w:val="16"/>
              </w:rPr>
              <w:t>B. Denial-of-service attack</w:t>
            </w:r>
          </w:p>
          <w:p w14:paraId="368046FA" w14:textId="77777777" w:rsidR="004C6ABD" w:rsidRDefault="00F35368">
            <w:pPr>
              <w:pStyle w:val="OptionLine"/>
            </w:pPr>
            <w:r>
              <w:rPr>
                <w:sz w:val="16"/>
              </w:rPr>
              <w:t>C. Worm</w:t>
            </w:r>
          </w:p>
          <w:p w14:paraId="722FAEC6" w14:textId="77777777" w:rsidR="004C6ABD" w:rsidRDefault="00F35368">
            <w:pPr>
              <w:pStyle w:val="OptionLine"/>
            </w:pPr>
            <w:r>
              <w:rPr>
                <w:sz w:val="16"/>
              </w:rPr>
              <w:t>D. Firewall</w:t>
            </w:r>
          </w:p>
          <w:p w14:paraId="2A50C67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AE30343" w14:textId="77777777">
        <w:trPr>
          <w:cantSplit/>
          <w:jc w:val="center"/>
        </w:trPr>
        <w:tc>
          <w:tcPr>
            <w:tcW w:w="5112" w:type="dxa"/>
          </w:tcPr>
          <w:p w14:paraId="342E51A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A student writes about Physical security. Which statement would be correct?</w:t>
            </w:r>
          </w:p>
          <w:p w14:paraId="6FFF6F5F" w14:textId="77777777" w:rsidR="004C6ABD" w:rsidRDefault="00F35368">
            <w:pPr>
              <w:pStyle w:val="OptionLine"/>
            </w:pPr>
            <w:r>
              <w:rPr>
                <w:sz w:val="16"/>
              </w:rPr>
              <w:t>A. manipulating people into breaking security procedures</w:t>
            </w:r>
          </w:p>
          <w:p w14:paraId="35608B72" w14:textId="77777777" w:rsidR="004C6ABD" w:rsidRDefault="00F35368">
            <w:pPr>
              <w:pStyle w:val="OptionLine"/>
            </w:pPr>
            <w:r>
              <w:rPr>
                <w:sz w:val="16"/>
              </w:rPr>
              <w:t>B. a record of actions that can be reviewed for security monitoring</w:t>
            </w:r>
          </w:p>
          <w:p w14:paraId="53D258AC" w14:textId="77777777" w:rsidR="004C6ABD" w:rsidRDefault="00F35368">
            <w:pPr>
              <w:pStyle w:val="OptionLine"/>
            </w:pPr>
            <w:r>
              <w:rPr>
                <w:sz w:val="16"/>
              </w:rPr>
              <w:t>C. a security risk caused by someone within the organisation</w:t>
            </w:r>
          </w:p>
          <w:p w14:paraId="47A0AA88" w14:textId="77777777" w:rsidR="004C6ABD" w:rsidRDefault="00F35368">
            <w:pPr>
              <w:pStyle w:val="OptionLine"/>
            </w:pPr>
            <w:r>
              <w:rPr>
                <w:sz w:val="16"/>
              </w:rPr>
              <w:t>D. measures that stop unauthorised physical access to equipment</w:t>
            </w:r>
          </w:p>
          <w:p w14:paraId="79BAFA6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524F07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A student writes about Trojan. Which statement would be correct?</w:t>
            </w:r>
          </w:p>
          <w:p w14:paraId="452A2E7E" w14:textId="77777777" w:rsidR="004C6ABD" w:rsidRDefault="00F35368">
            <w:pPr>
              <w:pStyle w:val="OptionLine"/>
            </w:pPr>
            <w:r>
              <w:rPr>
                <w:sz w:val="16"/>
              </w:rPr>
              <w:t>A. a record of actions that can be reviewed for security monitoring</w:t>
            </w:r>
          </w:p>
          <w:p w14:paraId="7E467E1F" w14:textId="77777777" w:rsidR="004C6ABD" w:rsidRDefault="00F35368">
            <w:pPr>
              <w:pStyle w:val="OptionLine"/>
            </w:pPr>
            <w:r>
              <w:rPr>
                <w:sz w:val="16"/>
              </w:rPr>
              <w:t>B. authorised testing that attempts to find vulnerabilities in a system</w:t>
            </w:r>
          </w:p>
          <w:p w14:paraId="7161701B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that detects, blocks or removes malicious software</w:t>
            </w:r>
          </w:p>
          <w:p w14:paraId="4216BDF6" w14:textId="77777777" w:rsidR="004C6ABD" w:rsidRDefault="00F35368">
            <w:pPr>
              <w:pStyle w:val="OptionLine"/>
            </w:pPr>
            <w:r>
              <w:rPr>
                <w:sz w:val="16"/>
              </w:rPr>
              <w:t>D. malware disguised as legitimate software</w:t>
            </w:r>
          </w:p>
          <w:p w14:paraId="7D824D7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A93E421" w14:textId="77777777">
        <w:trPr>
          <w:cantSplit/>
          <w:jc w:val="center"/>
        </w:trPr>
        <w:tc>
          <w:tcPr>
            <w:tcW w:w="5112" w:type="dxa"/>
          </w:tcPr>
          <w:p w14:paraId="4200CED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description correctly matches Software update?</w:t>
            </w:r>
          </w:p>
          <w:p w14:paraId="340B31F2" w14:textId="77777777" w:rsidR="004C6ABD" w:rsidRDefault="00F35368">
            <w:pPr>
              <w:pStyle w:val="OptionLine"/>
            </w:pPr>
            <w:r>
              <w:rPr>
                <w:sz w:val="16"/>
              </w:rPr>
              <w:t>A. a patch or new version that can fix security weaknesses</w:t>
            </w:r>
          </w:p>
          <w:p w14:paraId="2C87DAB8" w14:textId="77777777" w:rsidR="004C6ABD" w:rsidRDefault="00F35368">
            <w:pPr>
              <w:pStyle w:val="OptionLine"/>
            </w:pPr>
            <w:r>
              <w:rPr>
                <w:sz w:val="16"/>
              </w:rPr>
              <w:t>B. measures that stop unauthorised physical access to equipment</w:t>
            </w:r>
          </w:p>
          <w:p w14:paraId="72DE9B75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designed to damage, disrupt or gain unauthorised access to a system</w:t>
            </w:r>
          </w:p>
          <w:p w14:paraId="60FED6CE" w14:textId="77777777" w:rsidR="004C6ABD" w:rsidRDefault="00F35368">
            <w:pPr>
              <w:pStyle w:val="OptionLine"/>
            </w:pPr>
            <w:r>
              <w:rPr>
                <w:sz w:val="16"/>
              </w:rPr>
              <w:t>D. malware that attaches to files and spreads when the files are run or shared</w:t>
            </w:r>
          </w:p>
          <w:p w14:paraId="2B838E0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0ED742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description correctly matches SQL injection?</w:t>
            </w:r>
          </w:p>
          <w:p w14:paraId="608E8197" w14:textId="77777777" w:rsidR="004C6ABD" w:rsidRDefault="00F35368">
            <w:pPr>
              <w:pStyle w:val="OptionLine"/>
            </w:pPr>
            <w:r>
              <w:rPr>
                <w:sz w:val="16"/>
              </w:rPr>
              <w:t>A. entering malicious SQL through input fields to access or change database data</w:t>
            </w:r>
          </w:p>
          <w:p w14:paraId="560E7451" w14:textId="77777777" w:rsidR="004C6ABD" w:rsidRDefault="00F35368">
            <w:pPr>
              <w:pStyle w:val="OptionLine"/>
            </w:pPr>
            <w:r>
              <w:rPr>
                <w:sz w:val="16"/>
              </w:rPr>
              <w:t>B. malware that secretly monitors user activity or collects data</w:t>
            </w:r>
          </w:p>
          <w:p w14:paraId="039127F0" w14:textId="77777777" w:rsidR="004C6ABD" w:rsidRDefault="00F35368">
            <w:pPr>
              <w:pStyle w:val="OptionLine"/>
            </w:pPr>
            <w:r>
              <w:rPr>
                <w:sz w:val="16"/>
              </w:rPr>
              <w:t>C. authentication using two different types of evidence</w:t>
            </w:r>
          </w:p>
          <w:p w14:paraId="72B5D3DD" w14:textId="77777777" w:rsidR="004C6ABD" w:rsidRDefault="00F35368">
            <w:pPr>
              <w:pStyle w:val="OptionLine"/>
            </w:pPr>
            <w:r>
              <w:rPr>
                <w:sz w:val="16"/>
              </w:rPr>
              <w:t>D. malware that attaches to files and spreads when the files are run or shared</w:t>
            </w:r>
          </w:p>
          <w:p w14:paraId="448DAF8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EE3B15F" w14:textId="77777777">
        <w:trPr>
          <w:cantSplit/>
          <w:jc w:val="center"/>
        </w:trPr>
        <w:tc>
          <w:tcPr>
            <w:tcW w:w="5112" w:type="dxa"/>
          </w:tcPr>
          <w:p w14:paraId="66A372C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A student writes about Insider threat. Which statement would be correct?</w:t>
            </w:r>
          </w:p>
          <w:p w14:paraId="2777C76A" w14:textId="77777777" w:rsidR="004C6ABD" w:rsidRDefault="00F35368">
            <w:pPr>
              <w:pStyle w:val="OptionLine"/>
            </w:pPr>
            <w:r>
              <w:rPr>
                <w:sz w:val="16"/>
              </w:rPr>
              <w:t>A. trying many possible passwords or keys until one works</w:t>
            </w:r>
          </w:p>
          <w:p w14:paraId="3929F60A" w14:textId="77777777" w:rsidR="004C6ABD" w:rsidRDefault="00F35368">
            <w:pPr>
              <w:pStyle w:val="OptionLine"/>
            </w:pPr>
            <w:r>
              <w:rPr>
                <w:sz w:val="16"/>
              </w:rPr>
              <w:t>B. a security risk caused by someone within the organisation</w:t>
            </w:r>
          </w:p>
          <w:p w14:paraId="19D0B0E1" w14:textId="77777777" w:rsidR="004C6ABD" w:rsidRDefault="00F35368">
            <w:pPr>
              <w:pStyle w:val="OptionLine"/>
            </w:pPr>
            <w:r>
              <w:rPr>
                <w:sz w:val="16"/>
              </w:rPr>
              <w:t>C. malware that secretly monitors user activity or collects data</w:t>
            </w:r>
          </w:p>
          <w:p w14:paraId="761E7A02" w14:textId="77777777" w:rsidR="004C6ABD" w:rsidRDefault="00F35368">
            <w:pPr>
              <w:pStyle w:val="OptionLine"/>
            </w:pPr>
            <w:r>
              <w:rPr>
                <w:sz w:val="16"/>
              </w:rPr>
              <w:t>D. a password that is hard to guess because it is long and not predictable</w:t>
            </w:r>
          </w:p>
          <w:p w14:paraId="0A3B898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916C73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A student writes about Least privilege. Which statement would be correct?</w:t>
            </w:r>
          </w:p>
          <w:p w14:paraId="69E49EE1" w14:textId="77777777" w:rsidR="004C6ABD" w:rsidRDefault="00F35368">
            <w:pPr>
              <w:pStyle w:val="OptionLine"/>
            </w:pPr>
            <w:r>
              <w:rPr>
                <w:sz w:val="16"/>
              </w:rPr>
              <w:t>A. trying many possible passwords or keys until one works</w:t>
            </w:r>
          </w:p>
          <w:p w14:paraId="02B01627" w14:textId="77777777" w:rsidR="004C6ABD" w:rsidRDefault="00F35368">
            <w:pPr>
              <w:pStyle w:val="OptionLine"/>
            </w:pPr>
            <w:r>
              <w:rPr>
                <w:sz w:val="16"/>
              </w:rPr>
              <w:t>B. giving users only the access they need to do their job</w:t>
            </w:r>
          </w:p>
          <w:p w14:paraId="384E85AC" w14:textId="77777777" w:rsidR="004C6ABD" w:rsidRDefault="00F35368">
            <w:pPr>
              <w:pStyle w:val="OptionLine"/>
            </w:pPr>
            <w:r>
              <w:rPr>
                <w:sz w:val="16"/>
              </w:rPr>
              <w:t>C. checking that a user is who they claim to be</w:t>
            </w:r>
          </w:p>
          <w:p w14:paraId="376AF779" w14:textId="77777777" w:rsidR="004C6ABD" w:rsidRDefault="00F35368">
            <w:pPr>
              <w:pStyle w:val="OptionLine"/>
            </w:pPr>
            <w:r>
              <w:rPr>
                <w:sz w:val="16"/>
              </w:rPr>
              <w:t>D. manipulating people into breaking security procedures</w:t>
            </w:r>
          </w:p>
          <w:p w14:paraId="1DA49B3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