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D6489A" w14:textId="77777777" w:rsidR="004C6ABD" w:rsidRDefault="00F35368">
      <w:pPr>
        <w:pStyle w:val="Heading1"/>
      </w:pPr>
      <w:r>
        <w:lastRenderedPageBreak/>
        <w:t>1.5 Systems software - Quiz A</w:t>
      </w:r>
    </w:p>
    <w:p w14:paraId="49AC085F" w14:textId="77777777" w:rsidR="004C6ABD" w:rsidRDefault="00F35368">
      <w:r>
        <w:rPr>
          <w:b/>
        </w:rPr>
        <w:t xml:space="preserve">Time: </w:t>
      </w:r>
      <w:r>
        <w:t xml:space="preserve">40 minutes    </w:t>
      </w:r>
      <w:r>
        <w:rPr>
          <w:b/>
        </w:rPr>
        <w:t xml:space="preserve">Marks: </w:t>
      </w:r>
      <w:r>
        <w:t xml:space="preserve">40    </w:t>
      </w:r>
      <w:r>
        <w:rPr>
          <w:b/>
        </w:rPr>
        <w:t xml:space="preserve">Instructions: </w:t>
      </w:r>
      <w:r>
        <w:t>Circle one answer for each question. Each question is worth 1 mark.</w:t>
      </w:r>
    </w:p>
    <w:p w14:paraId="67CA08D7" w14:textId="77777777" w:rsidR="004C6ABD" w:rsidRDefault="00F35368">
      <w:pPr>
        <w:spacing w:after="120"/>
      </w:pPr>
      <w:r>
        <w:t>Name: ________________________________   Class: __________   Date: __________   Score: ______ / 40</w:t>
      </w:r>
    </w:p>
    <w:tbl>
      <w:tblPr>
        <w:tblW w:w="0" w:type="auto"/>
        <w:jc w:val="center"/>
        <w:tblBorders>
          <w:top w:val="single" w:sz="4" w:space="0" w:color="BFBFBF"/>
          <w:left w:val="single" w:sz="4" w:space="0" w:color="BFBFBF"/>
          <w:bottom w:val="single" w:sz="4" w:space="0" w:color="BFBFBF"/>
          <w:right w:val="single" w:sz="4" w:space="0" w:color="BFBFBF"/>
          <w:insideH w:val="single" w:sz="4" w:space="0" w:color="BFBFBF"/>
          <w:insideV w:val="single" w:sz="4" w:space="0" w:color="BFBFBF"/>
        </w:tblBorders>
        <w:tblLook w:val="04A0" w:firstRow="1" w:lastRow="0" w:firstColumn="1" w:lastColumn="0" w:noHBand="0" w:noVBand="1"/>
      </w:tblPr>
      <w:tblGrid>
        <w:gridCol w:w="5112"/>
        <w:gridCol w:w="5112"/>
      </w:tblGrid>
      <w:tr w:rsidR="004C6ABD" w14:paraId="55BF5FBF" w14:textId="77777777">
        <w:trPr>
          <w:tblHeader/>
          <w:jc w:val="center"/>
        </w:trPr>
        <w:tc>
          <w:tcPr>
            <w:tcW w:w="5112" w:type="dxa"/>
            <w:shd w:val="clear" w:color="auto" w:fill="D9EAF7"/>
          </w:tcPr>
          <w:p w14:paraId="4CC20243" w14:textId="77777777" w:rsidR="004C6ABD" w:rsidRDefault="00F35368">
            <w:r>
              <w:rPr>
                <w:b/>
              </w:rPr>
              <w:t>Questions 1-20</w:t>
            </w:r>
          </w:p>
        </w:tc>
        <w:tc>
          <w:tcPr>
            <w:tcW w:w="5112" w:type="dxa"/>
            <w:shd w:val="clear" w:color="auto" w:fill="D9EAF7"/>
          </w:tcPr>
          <w:p w14:paraId="49DD9C3B" w14:textId="77777777" w:rsidR="004C6ABD" w:rsidRDefault="00F35368">
            <w:r>
              <w:rPr>
                <w:b/>
              </w:rPr>
              <w:t>Questions 21-40</w:t>
            </w:r>
          </w:p>
        </w:tc>
      </w:tr>
      <w:tr w:rsidR="004C6ABD" w14:paraId="1E241A77" w14:textId="77777777">
        <w:trPr>
          <w:cantSplit/>
          <w:jc w:val="center"/>
        </w:trPr>
        <w:tc>
          <w:tcPr>
            <w:tcW w:w="5112" w:type="dxa"/>
          </w:tcPr>
          <w:p w14:paraId="29C8F3D6" w14:textId="77777777" w:rsidR="004C6ABD" w:rsidRDefault="00F35368">
            <w:pPr>
              <w:pStyle w:val="QuestionStem"/>
            </w:pPr>
            <w:r>
              <w:rPr>
                <w:b/>
                <w:sz w:val="17"/>
              </w:rPr>
              <w:t>1. Which term best matches this description: the process of starting a computer and loading the operating system</w:t>
            </w:r>
          </w:p>
          <w:p w14:paraId="1D3F1D3B" w14:textId="77777777" w:rsidR="004C6ABD" w:rsidRDefault="00F35368">
            <w:pPr>
              <w:pStyle w:val="OptionLine"/>
            </w:pPr>
            <w:r>
              <w:rPr>
                <w:sz w:val="16"/>
              </w:rPr>
              <w:t>A. Process</w:t>
            </w:r>
          </w:p>
          <w:p w14:paraId="195114A9" w14:textId="77777777" w:rsidR="004C6ABD" w:rsidRDefault="00F35368">
            <w:pPr>
              <w:pStyle w:val="OptionLine"/>
            </w:pPr>
            <w:r>
              <w:rPr>
                <w:sz w:val="16"/>
              </w:rPr>
              <w:t>B. System settings</w:t>
            </w:r>
          </w:p>
          <w:p w14:paraId="56926206" w14:textId="77777777" w:rsidR="004C6ABD" w:rsidRDefault="00F35368">
            <w:pPr>
              <w:pStyle w:val="OptionLine"/>
            </w:pPr>
            <w:r>
              <w:rPr>
                <w:sz w:val="16"/>
              </w:rPr>
              <w:t>C. Booting</w:t>
            </w:r>
          </w:p>
          <w:p w14:paraId="48C756B9" w14:textId="77777777" w:rsidR="004C6ABD" w:rsidRDefault="00F35368">
            <w:pPr>
              <w:pStyle w:val="OptionLine"/>
            </w:pPr>
            <w:r>
              <w:rPr>
                <w:sz w:val="16"/>
              </w:rPr>
              <w:t>D. Disk cleanup utility</w:t>
            </w:r>
          </w:p>
          <w:p w14:paraId="2256C92E" w14:textId="77777777" w:rsidR="004C6ABD" w:rsidRDefault="00F35368">
            <w:pPr>
              <w:pStyle w:val="OptionLine"/>
            </w:pPr>
            <w:r>
              <w:rPr>
                <w:sz w:val="16"/>
              </w:rPr>
              <w:t>Answer: _____</w:t>
            </w:r>
          </w:p>
        </w:tc>
        <w:tc>
          <w:tcPr>
            <w:tcW w:w="5112" w:type="dxa"/>
          </w:tcPr>
          <w:p w14:paraId="7670B89C" w14:textId="77777777" w:rsidR="004C6ABD" w:rsidRDefault="00F35368">
            <w:pPr>
              <w:pStyle w:val="QuestionStem"/>
            </w:pPr>
            <w:r>
              <w:rPr>
                <w:b/>
                <w:sz w:val="17"/>
              </w:rPr>
              <w:t>21. Which description correctly matches User interface?</w:t>
            </w:r>
          </w:p>
          <w:p w14:paraId="5D671CC6" w14:textId="77777777" w:rsidR="004C6ABD" w:rsidRDefault="00F35368">
            <w:pPr>
              <w:pStyle w:val="OptionLine"/>
            </w:pPr>
            <w:r>
              <w:rPr>
                <w:sz w:val="16"/>
              </w:rPr>
              <w:t>A. the process of starting a computer and loading the operating system</w:t>
            </w:r>
          </w:p>
          <w:p w14:paraId="57C7CB8B" w14:textId="77777777" w:rsidR="004C6ABD" w:rsidRDefault="00F35368">
            <w:pPr>
              <w:pStyle w:val="OptionLine"/>
            </w:pPr>
            <w:r>
              <w:rPr>
                <w:sz w:val="16"/>
              </w:rPr>
              <w:t>B. the way a user interacts with a computer system</w:t>
            </w:r>
          </w:p>
          <w:p w14:paraId="26D877C1" w14:textId="77777777" w:rsidR="004C6ABD" w:rsidRDefault="00F35368">
            <w:pPr>
              <w:pStyle w:val="OptionLine"/>
            </w:pPr>
            <w:r>
              <w:rPr>
                <w:sz w:val="16"/>
              </w:rPr>
              <w:t>C. creating accounts and controlling user permissions</w:t>
            </w:r>
          </w:p>
          <w:p w14:paraId="5976DBF0" w14:textId="77777777" w:rsidR="004C6ABD" w:rsidRDefault="00F35368">
            <w:pPr>
              <w:pStyle w:val="OptionLine"/>
            </w:pPr>
            <w:r>
              <w:rPr>
                <w:sz w:val="16"/>
              </w:rPr>
              <w:t>D. software that reorganises files on a magnetic hard disk to improve access speed</w:t>
            </w:r>
          </w:p>
          <w:p w14:paraId="3FE06233" w14:textId="77777777" w:rsidR="004C6ABD" w:rsidRDefault="00F35368">
            <w:pPr>
              <w:pStyle w:val="OptionLine"/>
            </w:pPr>
            <w:r>
              <w:rPr>
                <w:sz w:val="16"/>
              </w:rPr>
              <w:t>Answer: _____</w:t>
            </w:r>
          </w:p>
        </w:tc>
      </w:tr>
      <w:tr w:rsidR="004C6ABD" w14:paraId="06C00879" w14:textId="77777777">
        <w:trPr>
          <w:cantSplit/>
          <w:jc w:val="center"/>
        </w:trPr>
        <w:tc>
          <w:tcPr>
            <w:tcW w:w="5112" w:type="dxa"/>
          </w:tcPr>
          <w:p w14:paraId="6A181C32" w14:textId="77777777" w:rsidR="004C6ABD" w:rsidRDefault="00F35368">
            <w:pPr>
              <w:pStyle w:val="QuestionStem"/>
            </w:pPr>
            <w:r>
              <w:rPr>
                <w:b/>
                <w:sz w:val="17"/>
              </w:rPr>
              <w:t>2. Which term best matches this description: permissions that control what a user can do with files or resources</w:t>
            </w:r>
          </w:p>
          <w:p w14:paraId="39FEA99E" w14:textId="77777777" w:rsidR="004C6ABD" w:rsidRDefault="00F35368">
            <w:pPr>
              <w:pStyle w:val="OptionLine"/>
            </w:pPr>
            <w:r>
              <w:rPr>
                <w:sz w:val="16"/>
              </w:rPr>
              <w:t>A. Encryption</w:t>
            </w:r>
          </w:p>
          <w:p w14:paraId="79BDEB1C" w14:textId="77777777" w:rsidR="004C6ABD" w:rsidRDefault="00F35368">
            <w:pPr>
              <w:pStyle w:val="OptionLine"/>
            </w:pPr>
            <w:r>
              <w:rPr>
                <w:sz w:val="16"/>
              </w:rPr>
              <w:t>B. Anti-malware utility</w:t>
            </w:r>
          </w:p>
          <w:p w14:paraId="05F193C7" w14:textId="77777777" w:rsidR="004C6ABD" w:rsidRDefault="00F35368">
            <w:pPr>
              <w:pStyle w:val="OptionLine"/>
            </w:pPr>
            <w:r>
              <w:rPr>
                <w:sz w:val="16"/>
              </w:rPr>
              <w:t>C. Access rights</w:t>
            </w:r>
          </w:p>
          <w:p w14:paraId="1FBEDD7C" w14:textId="77777777" w:rsidR="004C6ABD" w:rsidRDefault="00F35368">
            <w:pPr>
              <w:pStyle w:val="OptionLine"/>
            </w:pPr>
            <w:r>
              <w:rPr>
                <w:sz w:val="16"/>
              </w:rPr>
              <w:t>D. Disk cleanup utility</w:t>
            </w:r>
          </w:p>
          <w:p w14:paraId="7843AD9E" w14:textId="77777777" w:rsidR="004C6ABD" w:rsidRDefault="00F35368">
            <w:pPr>
              <w:pStyle w:val="OptionLine"/>
            </w:pPr>
            <w:r>
              <w:rPr>
                <w:sz w:val="16"/>
              </w:rPr>
              <w:t>Answer: _____</w:t>
            </w:r>
          </w:p>
        </w:tc>
        <w:tc>
          <w:tcPr>
            <w:tcW w:w="5112" w:type="dxa"/>
          </w:tcPr>
          <w:p w14:paraId="576882DA" w14:textId="77777777" w:rsidR="004C6ABD" w:rsidRDefault="00F35368">
            <w:pPr>
              <w:pStyle w:val="QuestionStem"/>
            </w:pPr>
            <w:r>
              <w:rPr>
                <w:b/>
                <w:sz w:val="17"/>
              </w:rPr>
              <w:t>22. A user types commands such as cd and mkdir. Which interface are they using?</w:t>
            </w:r>
          </w:p>
          <w:p w14:paraId="5F70DA28" w14:textId="77777777" w:rsidR="004C6ABD" w:rsidRDefault="00F35368">
            <w:pPr>
              <w:pStyle w:val="OptionLine"/>
            </w:pPr>
            <w:r>
              <w:rPr>
                <w:sz w:val="16"/>
              </w:rPr>
              <w:t>A. Command line interface</w:t>
            </w:r>
          </w:p>
          <w:p w14:paraId="076E1F21" w14:textId="77777777" w:rsidR="004C6ABD" w:rsidRDefault="00F35368">
            <w:pPr>
              <w:pStyle w:val="OptionLine"/>
            </w:pPr>
            <w:r>
              <w:rPr>
                <w:sz w:val="16"/>
              </w:rPr>
              <w:t>B. Graphical user interface</w:t>
            </w:r>
          </w:p>
          <w:p w14:paraId="26ACEC5D" w14:textId="77777777" w:rsidR="004C6ABD" w:rsidRDefault="00F35368">
            <w:pPr>
              <w:pStyle w:val="OptionLine"/>
            </w:pPr>
            <w:r>
              <w:rPr>
                <w:sz w:val="16"/>
              </w:rPr>
              <w:t>C. Touchscreen calibration</w:t>
            </w:r>
          </w:p>
          <w:p w14:paraId="52F4682D" w14:textId="77777777" w:rsidR="004C6ABD" w:rsidRDefault="00F35368">
            <w:pPr>
              <w:pStyle w:val="OptionLine"/>
            </w:pPr>
            <w:r>
              <w:rPr>
                <w:sz w:val="16"/>
              </w:rPr>
              <w:t>D. File extension</w:t>
            </w:r>
          </w:p>
          <w:p w14:paraId="054D6FA0" w14:textId="77777777" w:rsidR="004C6ABD" w:rsidRDefault="00F35368">
            <w:pPr>
              <w:pStyle w:val="OptionLine"/>
            </w:pPr>
            <w:r>
              <w:rPr>
                <w:sz w:val="16"/>
              </w:rPr>
              <w:t>Answer: _____</w:t>
            </w:r>
          </w:p>
        </w:tc>
      </w:tr>
      <w:tr w:rsidR="004C6ABD" w14:paraId="6A61C740" w14:textId="77777777">
        <w:trPr>
          <w:cantSplit/>
          <w:jc w:val="center"/>
        </w:trPr>
        <w:tc>
          <w:tcPr>
            <w:tcW w:w="5112" w:type="dxa"/>
          </w:tcPr>
          <w:p w14:paraId="1011B80B" w14:textId="77777777" w:rsidR="004C6ABD" w:rsidRDefault="00F35368">
            <w:pPr>
              <w:pStyle w:val="QuestionStem"/>
            </w:pPr>
            <w:r>
              <w:rPr>
                <w:b/>
                <w:sz w:val="17"/>
              </w:rPr>
              <w:t>3. A student writes about Graphical user interface. Which statement would be correct?</w:t>
            </w:r>
          </w:p>
          <w:p w14:paraId="12CE2650" w14:textId="77777777" w:rsidR="004C6ABD" w:rsidRDefault="00F35368">
            <w:pPr>
              <w:pStyle w:val="OptionLine"/>
            </w:pPr>
            <w:r>
              <w:rPr>
                <w:sz w:val="16"/>
              </w:rPr>
              <w:t>A. an interface using windows, icons, menus and a pointer</w:t>
            </w:r>
          </w:p>
          <w:p w14:paraId="09A073E7" w14:textId="77777777" w:rsidR="004C6ABD" w:rsidRDefault="00F35368">
            <w:pPr>
              <w:pStyle w:val="OptionLine"/>
            </w:pPr>
            <w:r>
              <w:rPr>
                <w:sz w:val="16"/>
              </w:rPr>
              <w:t>B. software used to scan for, block and remove malware</w:t>
            </w:r>
          </w:p>
          <w:p w14:paraId="6B8B182B" w14:textId="77777777" w:rsidR="004C6ABD" w:rsidRDefault="00F35368">
            <w:pPr>
              <w:pStyle w:val="OptionLine"/>
            </w:pPr>
            <w:r>
              <w:rPr>
                <w:sz w:val="16"/>
              </w:rPr>
              <w:t>C. software used to scramble files or drives so they need a key to read</w:t>
            </w:r>
          </w:p>
          <w:p w14:paraId="522B0CC0" w14:textId="77777777" w:rsidR="004C6ABD" w:rsidRDefault="00F35368">
            <w:pPr>
              <w:pStyle w:val="OptionLine"/>
            </w:pPr>
            <w:r>
              <w:rPr>
                <w:sz w:val="16"/>
              </w:rPr>
              <w:t>D. software that queues print jobs before they are sent to a printer</w:t>
            </w:r>
          </w:p>
          <w:p w14:paraId="58950794" w14:textId="77777777" w:rsidR="004C6ABD" w:rsidRDefault="00F35368">
            <w:pPr>
              <w:pStyle w:val="OptionLine"/>
            </w:pPr>
            <w:r>
              <w:rPr>
                <w:sz w:val="16"/>
              </w:rPr>
              <w:t>Answer: _____</w:t>
            </w:r>
          </w:p>
        </w:tc>
        <w:tc>
          <w:tcPr>
            <w:tcW w:w="5112" w:type="dxa"/>
          </w:tcPr>
          <w:p w14:paraId="68508CD5" w14:textId="77777777" w:rsidR="004C6ABD" w:rsidRDefault="00F35368">
            <w:pPr>
              <w:pStyle w:val="QuestionStem"/>
            </w:pPr>
            <w:r>
              <w:rPr>
                <w:b/>
                <w:sz w:val="17"/>
              </w:rPr>
              <w:t>23. Which term best matches this description: software that creates copies of files so they can be restored</w:t>
            </w:r>
          </w:p>
          <w:p w14:paraId="7537BFF0" w14:textId="77777777" w:rsidR="004C6ABD" w:rsidRDefault="00F35368">
            <w:pPr>
              <w:pStyle w:val="OptionLine"/>
            </w:pPr>
            <w:r>
              <w:rPr>
                <w:sz w:val="16"/>
              </w:rPr>
              <w:t>A. File management</w:t>
            </w:r>
          </w:p>
          <w:p w14:paraId="76CB3DFD" w14:textId="77777777" w:rsidR="004C6ABD" w:rsidRDefault="00F35368">
            <w:pPr>
              <w:pStyle w:val="OptionLine"/>
            </w:pPr>
            <w:r>
              <w:rPr>
                <w:sz w:val="16"/>
              </w:rPr>
              <w:t>B. Command line interface</w:t>
            </w:r>
          </w:p>
          <w:p w14:paraId="6E161103" w14:textId="77777777" w:rsidR="004C6ABD" w:rsidRDefault="00F35368">
            <w:pPr>
              <w:pStyle w:val="OptionLine"/>
            </w:pPr>
            <w:r>
              <w:rPr>
                <w:sz w:val="16"/>
              </w:rPr>
              <w:t>C. Processor scheduling</w:t>
            </w:r>
          </w:p>
          <w:p w14:paraId="5F9794E7" w14:textId="77777777" w:rsidR="004C6ABD" w:rsidRDefault="00F35368">
            <w:pPr>
              <w:pStyle w:val="OptionLine"/>
            </w:pPr>
            <w:r>
              <w:rPr>
                <w:sz w:val="16"/>
              </w:rPr>
              <w:t>D. Backup utility</w:t>
            </w:r>
          </w:p>
          <w:p w14:paraId="553842A6" w14:textId="77777777" w:rsidR="004C6ABD" w:rsidRDefault="00F35368">
            <w:pPr>
              <w:pStyle w:val="OptionLine"/>
            </w:pPr>
            <w:r>
              <w:rPr>
                <w:sz w:val="16"/>
              </w:rPr>
              <w:t>Answer: _____</w:t>
            </w:r>
          </w:p>
        </w:tc>
      </w:tr>
      <w:tr w:rsidR="004C6ABD" w14:paraId="5BDAAC09" w14:textId="77777777">
        <w:trPr>
          <w:cantSplit/>
          <w:jc w:val="center"/>
        </w:trPr>
        <w:tc>
          <w:tcPr>
            <w:tcW w:w="5112" w:type="dxa"/>
          </w:tcPr>
          <w:p w14:paraId="4425C023" w14:textId="77777777" w:rsidR="004C6ABD" w:rsidRDefault="00F35368">
            <w:pPr>
              <w:pStyle w:val="QuestionStem"/>
            </w:pPr>
            <w:r>
              <w:rPr>
                <w:b/>
                <w:sz w:val="17"/>
              </w:rPr>
              <w:t>4. Which term best matches this description: software designed to let users complete tasks such as writing documents or editing images</w:t>
            </w:r>
          </w:p>
          <w:p w14:paraId="7748C90A" w14:textId="77777777" w:rsidR="004C6ABD" w:rsidRDefault="00F35368">
            <w:pPr>
              <w:pStyle w:val="OptionLine"/>
            </w:pPr>
            <w:r>
              <w:rPr>
                <w:sz w:val="16"/>
              </w:rPr>
              <w:t>A. System settings</w:t>
            </w:r>
          </w:p>
          <w:p w14:paraId="3E558C07" w14:textId="77777777" w:rsidR="004C6ABD" w:rsidRDefault="00F35368">
            <w:pPr>
              <w:pStyle w:val="OptionLine"/>
            </w:pPr>
            <w:r>
              <w:rPr>
                <w:sz w:val="16"/>
              </w:rPr>
              <w:t>B. Kernel</w:t>
            </w:r>
          </w:p>
          <w:p w14:paraId="72E9CB12" w14:textId="77777777" w:rsidR="004C6ABD" w:rsidRDefault="00F35368">
            <w:pPr>
              <w:pStyle w:val="OptionLine"/>
            </w:pPr>
            <w:r>
              <w:rPr>
                <w:sz w:val="16"/>
              </w:rPr>
              <w:t>C. Disk cleanup utility</w:t>
            </w:r>
          </w:p>
          <w:p w14:paraId="0E206C46" w14:textId="77777777" w:rsidR="004C6ABD" w:rsidRDefault="00F35368">
            <w:pPr>
              <w:pStyle w:val="OptionLine"/>
            </w:pPr>
            <w:r>
              <w:rPr>
                <w:sz w:val="16"/>
              </w:rPr>
              <w:t>D. Application software</w:t>
            </w:r>
          </w:p>
          <w:p w14:paraId="0CE6814A" w14:textId="77777777" w:rsidR="004C6ABD" w:rsidRDefault="00F35368">
            <w:pPr>
              <w:pStyle w:val="OptionLine"/>
            </w:pPr>
            <w:r>
              <w:rPr>
                <w:sz w:val="16"/>
              </w:rPr>
              <w:t>Answer: _____</w:t>
            </w:r>
          </w:p>
        </w:tc>
        <w:tc>
          <w:tcPr>
            <w:tcW w:w="5112" w:type="dxa"/>
          </w:tcPr>
          <w:p w14:paraId="01FAAEC8" w14:textId="77777777" w:rsidR="004C6ABD" w:rsidRDefault="00F35368">
            <w:pPr>
              <w:pStyle w:val="QuestionStem"/>
            </w:pPr>
            <w:r>
              <w:rPr>
                <w:b/>
                <w:sz w:val="17"/>
              </w:rPr>
              <w:t>24. Which description correctly matches Anti-malware utility?</w:t>
            </w:r>
          </w:p>
          <w:p w14:paraId="090FD94B" w14:textId="77777777" w:rsidR="004C6ABD" w:rsidRDefault="00F35368">
            <w:pPr>
              <w:pStyle w:val="OptionLine"/>
            </w:pPr>
            <w:r>
              <w:rPr>
                <w:sz w:val="16"/>
              </w:rPr>
              <w:t>A. software used to scan for, block and remove malware</w:t>
            </w:r>
          </w:p>
          <w:p w14:paraId="400FD349" w14:textId="77777777" w:rsidR="004C6ABD" w:rsidRDefault="00F35368">
            <w:pPr>
              <w:pStyle w:val="OptionLine"/>
            </w:pPr>
            <w:r>
              <w:rPr>
                <w:sz w:val="16"/>
              </w:rPr>
              <w:t>B. characters after a filename that often identify the file type</w:t>
            </w:r>
          </w:p>
          <w:p w14:paraId="3A297B77" w14:textId="77777777" w:rsidR="004C6ABD" w:rsidRDefault="00F35368">
            <w:pPr>
              <w:pStyle w:val="OptionLine"/>
            </w:pPr>
            <w:r>
              <w:rPr>
                <w:sz w:val="16"/>
              </w:rPr>
              <w:t>C. the way a user interacts with a computer system</w:t>
            </w:r>
          </w:p>
          <w:p w14:paraId="64725A9F" w14:textId="77777777" w:rsidR="004C6ABD" w:rsidRDefault="00F35368">
            <w:pPr>
              <w:pStyle w:val="OptionLine"/>
            </w:pPr>
            <w:r>
              <w:rPr>
                <w:sz w:val="16"/>
              </w:rPr>
              <w:t>D. an interface where users type text commands</w:t>
            </w:r>
          </w:p>
          <w:p w14:paraId="120B702A" w14:textId="77777777" w:rsidR="004C6ABD" w:rsidRDefault="00F35368">
            <w:pPr>
              <w:pStyle w:val="OptionLine"/>
            </w:pPr>
            <w:r>
              <w:rPr>
                <w:sz w:val="16"/>
              </w:rPr>
              <w:t>Answer: _____</w:t>
            </w:r>
          </w:p>
        </w:tc>
      </w:tr>
      <w:tr w:rsidR="004C6ABD" w14:paraId="5ADB6E8E" w14:textId="77777777">
        <w:trPr>
          <w:cantSplit/>
          <w:jc w:val="center"/>
        </w:trPr>
        <w:tc>
          <w:tcPr>
            <w:tcW w:w="5112" w:type="dxa"/>
          </w:tcPr>
          <w:p w14:paraId="6F06B89F" w14:textId="77777777" w:rsidR="004C6ABD" w:rsidRDefault="00F35368">
            <w:pPr>
              <w:pStyle w:val="QuestionStem"/>
            </w:pPr>
            <w:r>
              <w:rPr>
                <w:b/>
                <w:sz w:val="17"/>
              </w:rPr>
              <w:t>5. Which term best matches this description: protecting the system through logins, permissions and updates</w:t>
            </w:r>
          </w:p>
          <w:p w14:paraId="6FE5A66B" w14:textId="77777777" w:rsidR="004C6ABD" w:rsidRDefault="00F35368">
            <w:pPr>
              <w:pStyle w:val="OptionLine"/>
            </w:pPr>
            <w:r>
              <w:rPr>
                <w:sz w:val="16"/>
              </w:rPr>
              <w:t>A. Multitasking</w:t>
            </w:r>
          </w:p>
          <w:p w14:paraId="582E3E0C" w14:textId="77777777" w:rsidR="004C6ABD" w:rsidRDefault="00F35368">
            <w:pPr>
              <w:pStyle w:val="OptionLine"/>
            </w:pPr>
            <w:r>
              <w:rPr>
                <w:sz w:val="16"/>
              </w:rPr>
              <w:t>B. User interface</w:t>
            </w:r>
          </w:p>
          <w:p w14:paraId="010F30D9" w14:textId="77777777" w:rsidR="004C6ABD" w:rsidRDefault="00F35368">
            <w:pPr>
              <w:pStyle w:val="OptionLine"/>
            </w:pPr>
            <w:r>
              <w:rPr>
                <w:sz w:val="16"/>
              </w:rPr>
              <w:t>C. Security management</w:t>
            </w:r>
          </w:p>
          <w:p w14:paraId="3ED1AA2E" w14:textId="77777777" w:rsidR="004C6ABD" w:rsidRDefault="00F35368">
            <w:pPr>
              <w:pStyle w:val="OptionLine"/>
            </w:pPr>
            <w:r>
              <w:rPr>
                <w:sz w:val="16"/>
              </w:rPr>
              <w:t>D. Booting</w:t>
            </w:r>
          </w:p>
          <w:p w14:paraId="0C7A8D24" w14:textId="77777777" w:rsidR="004C6ABD" w:rsidRDefault="00F35368">
            <w:pPr>
              <w:pStyle w:val="OptionLine"/>
            </w:pPr>
            <w:r>
              <w:rPr>
                <w:sz w:val="16"/>
              </w:rPr>
              <w:t>Answer: _____</w:t>
            </w:r>
          </w:p>
        </w:tc>
        <w:tc>
          <w:tcPr>
            <w:tcW w:w="5112" w:type="dxa"/>
          </w:tcPr>
          <w:p w14:paraId="548568A1" w14:textId="77777777" w:rsidR="004C6ABD" w:rsidRDefault="00F35368">
            <w:pPr>
              <w:pStyle w:val="QuestionStem"/>
            </w:pPr>
            <w:r>
              <w:rPr>
                <w:b/>
                <w:sz w:val="17"/>
              </w:rPr>
              <w:t>25. A student writes about Print spooler. Which statement would be correct?</w:t>
            </w:r>
          </w:p>
          <w:p w14:paraId="1D0BDE6E" w14:textId="77777777" w:rsidR="004C6ABD" w:rsidRDefault="00F35368">
            <w:pPr>
              <w:pStyle w:val="OptionLine"/>
            </w:pPr>
            <w:r>
              <w:rPr>
                <w:sz w:val="16"/>
              </w:rPr>
              <w:t>A. a program or part of a program currently being executed</w:t>
            </w:r>
          </w:p>
          <w:p w14:paraId="6B60D1B0" w14:textId="77777777" w:rsidR="004C6ABD" w:rsidRDefault="00F35368">
            <w:pPr>
              <w:pStyle w:val="OptionLine"/>
            </w:pPr>
            <w:r>
              <w:rPr>
                <w:sz w:val="16"/>
              </w:rPr>
              <w:t>B. software used to reduce file sizes</w:t>
            </w:r>
          </w:p>
          <w:p w14:paraId="7C5941D3" w14:textId="77777777" w:rsidR="004C6ABD" w:rsidRDefault="00F35368">
            <w:pPr>
              <w:pStyle w:val="OptionLine"/>
            </w:pPr>
            <w:r>
              <w:rPr>
                <w:sz w:val="16"/>
              </w:rPr>
              <w:t>C. creating accounts and controlling user permissions</w:t>
            </w:r>
          </w:p>
          <w:p w14:paraId="073F2348" w14:textId="77777777" w:rsidR="004C6ABD" w:rsidRDefault="00F35368">
            <w:pPr>
              <w:pStyle w:val="OptionLine"/>
            </w:pPr>
            <w:r>
              <w:rPr>
                <w:sz w:val="16"/>
              </w:rPr>
              <w:t>D. software that queues print jobs before they are sent to a printer</w:t>
            </w:r>
          </w:p>
          <w:p w14:paraId="1C393CBA" w14:textId="77777777" w:rsidR="004C6ABD" w:rsidRDefault="00F35368">
            <w:pPr>
              <w:pStyle w:val="OptionLine"/>
            </w:pPr>
            <w:r>
              <w:rPr>
                <w:sz w:val="16"/>
              </w:rPr>
              <w:t>Answer: _____</w:t>
            </w:r>
          </w:p>
        </w:tc>
      </w:tr>
      <w:tr w:rsidR="004C6ABD" w14:paraId="437C2D07" w14:textId="77777777">
        <w:trPr>
          <w:cantSplit/>
          <w:jc w:val="center"/>
        </w:trPr>
        <w:tc>
          <w:tcPr>
            <w:tcW w:w="5112" w:type="dxa"/>
          </w:tcPr>
          <w:p w14:paraId="2F2D2643" w14:textId="77777777" w:rsidR="004C6ABD" w:rsidRDefault="00F35368">
            <w:pPr>
              <w:pStyle w:val="QuestionStem"/>
            </w:pPr>
            <w:r>
              <w:rPr>
                <w:b/>
                <w:sz w:val="17"/>
              </w:rPr>
              <w:t>6. Which description correctly matches Processor scheduling?</w:t>
            </w:r>
          </w:p>
          <w:p w14:paraId="7221A8A9" w14:textId="77777777" w:rsidR="004C6ABD" w:rsidRDefault="00F35368">
            <w:pPr>
              <w:pStyle w:val="OptionLine"/>
            </w:pPr>
            <w:r>
              <w:rPr>
                <w:sz w:val="16"/>
              </w:rPr>
              <w:t>A. software that creates copies of files so they can be restored</w:t>
            </w:r>
          </w:p>
          <w:p w14:paraId="105050CF" w14:textId="77777777" w:rsidR="004C6ABD" w:rsidRDefault="00F35368">
            <w:pPr>
              <w:pStyle w:val="OptionLine"/>
            </w:pPr>
            <w:r>
              <w:rPr>
                <w:sz w:val="16"/>
              </w:rPr>
              <w:t>B. a location used to organise files, also called a folder</w:t>
            </w:r>
          </w:p>
          <w:p w14:paraId="7438E0F3" w14:textId="77777777" w:rsidR="004C6ABD" w:rsidRDefault="00F35368">
            <w:pPr>
              <w:pStyle w:val="OptionLine"/>
            </w:pPr>
            <w:r>
              <w:rPr>
                <w:sz w:val="16"/>
              </w:rPr>
              <w:t>C. configuration options controlling how the computer behaves</w:t>
            </w:r>
          </w:p>
          <w:p w14:paraId="451ABC9E" w14:textId="77777777" w:rsidR="004C6ABD" w:rsidRDefault="00F35368">
            <w:pPr>
              <w:pStyle w:val="OptionLine"/>
            </w:pPr>
            <w:r>
              <w:rPr>
                <w:sz w:val="16"/>
              </w:rPr>
              <w:t>D. deciding which process gets CPU time and when</w:t>
            </w:r>
          </w:p>
          <w:p w14:paraId="2DC2DA6F" w14:textId="77777777" w:rsidR="004C6ABD" w:rsidRDefault="00F35368">
            <w:pPr>
              <w:pStyle w:val="OptionLine"/>
            </w:pPr>
            <w:r>
              <w:rPr>
                <w:sz w:val="16"/>
              </w:rPr>
              <w:t>Answer: _____</w:t>
            </w:r>
          </w:p>
        </w:tc>
        <w:tc>
          <w:tcPr>
            <w:tcW w:w="5112" w:type="dxa"/>
          </w:tcPr>
          <w:p w14:paraId="2742906B" w14:textId="77777777" w:rsidR="004C6ABD" w:rsidRDefault="00F35368">
            <w:pPr>
              <w:pStyle w:val="QuestionStem"/>
            </w:pPr>
            <w:r>
              <w:rPr>
                <w:b/>
                <w:sz w:val="17"/>
              </w:rPr>
              <w:t>26. Which description correctly matches Disk cleanup utility?</w:t>
            </w:r>
          </w:p>
          <w:p w14:paraId="3FAB2646" w14:textId="77777777" w:rsidR="004C6ABD" w:rsidRDefault="00F35368">
            <w:pPr>
              <w:pStyle w:val="OptionLine"/>
            </w:pPr>
            <w:r>
              <w:rPr>
                <w:sz w:val="16"/>
              </w:rPr>
              <w:t>A. protecting the system through logins, permissions and updates</w:t>
            </w:r>
          </w:p>
          <w:p w14:paraId="23E81742" w14:textId="77777777" w:rsidR="004C6ABD" w:rsidRDefault="00F35368">
            <w:pPr>
              <w:pStyle w:val="OptionLine"/>
            </w:pPr>
            <w:r>
              <w:rPr>
                <w:sz w:val="16"/>
              </w:rPr>
              <w:t>B. the way a user interacts with a computer system</w:t>
            </w:r>
          </w:p>
          <w:p w14:paraId="19D111ED" w14:textId="77777777" w:rsidR="004C6ABD" w:rsidRDefault="00F35368">
            <w:pPr>
              <w:pStyle w:val="OptionLine"/>
            </w:pPr>
            <w:r>
              <w:rPr>
                <w:sz w:val="16"/>
              </w:rPr>
              <w:t>C. permissions that control what a user can do with files or resources</w:t>
            </w:r>
          </w:p>
          <w:p w14:paraId="04A96780" w14:textId="77777777" w:rsidR="004C6ABD" w:rsidRDefault="00F35368">
            <w:pPr>
              <w:pStyle w:val="OptionLine"/>
            </w:pPr>
            <w:r>
              <w:rPr>
                <w:sz w:val="16"/>
              </w:rPr>
              <w:t>D. software that removes unnecessary files to free storage space</w:t>
            </w:r>
          </w:p>
          <w:p w14:paraId="71F44807" w14:textId="77777777" w:rsidR="004C6ABD" w:rsidRDefault="00F35368">
            <w:pPr>
              <w:pStyle w:val="OptionLine"/>
            </w:pPr>
            <w:r>
              <w:rPr>
                <w:sz w:val="16"/>
              </w:rPr>
              <w:t>Answer: _____</w:t>
            </w:r>
          </w:p>
        </w:tc>
      </w:tr>
      <w:tr w:rsidR="004C6ABD" w14:paraId="1E18D6CF" w14:textId="77777777">
        <w:trPr>
          <w:cantSplit/>
          <w:jc w:val="center"/>
        </w:trPr>
        <w:tc>
          <w:tcPr>
            <w:tcW w:w="5112" w:type="dxa"/>
          </w:tcPr>
          <w:p w14:paraId="0DD84262" w14:textId="77777777" w:rsidR="004C6ABD" w:rsidRDefault="00F35368">
            <w:pPr>
              <w:pStyle w:val="QuestionStem"/>
            </w:pPr>
            <w:r>
              <w:rPr>
                <w:b/>
                <w:sz w:val="17"/>
              </w:rPr>
              <w:lastRenderedPageBreak/>
              <w:t>7. A student writes about Access rights. Which statement would be correct?</w:t>
            </w:r>
          </w:p>
          <w:p w14:paraId="3C775F1A" w14:textId="77777777" w:rsidR="004C6ABD" w:rsidRDefault="00F35368">
            <w:pPr>
              <w:pStyle w:val="OptionLine"/>
            </w:pPr>
            <w:r>
              <w:rPr>
                <w:sz w:val="16"/>
              </w:rPr>
              <w:t>A. features that help users with different needs access the system</w:t>
            </w:r>
          </w:p>
          <w:p w14:paraId="4A883672" w14:textId="77777777" w:rsidR="004C6ABD" w:rsidRDefault="00F35368">
            <w:pPr>
              <w:pStyle w:val="OptionLine"/>
            </w:pPr>
            <w:r>
              <w:rPr>
                <w:sz w:val="16"/>
              </w:rPr>
              <w:t>B. permissions that control what a user can do with files or resources</w:t>
            </w:r>
          </w:p>
          <w:p w14:paraId="669D909F" w14:textId="77777777" w:rsidR="004C6ABD" w:rsidRDefault="00F35368">
            <w:pPr>
              <w:pStyle w:val="OptionLine"/>
            </w:pPr>
            <w:r>
              <w:rPr>
                <w:sz w:val="16"/>
              </w:rPr>
              <w:t>C. the process of starting a computer and loading the operating system</w:t>
            </w:r>
          </w:p>
          <w:p w14:paraId="45C22277" w14:textId="77777777" w:rsidR="004C6ABD" w:rsidRDefault="00F35368">
            <w:pPr>
              <w:pStyle w:val="OptionLine"/>
            </w:pPr>
            <w:r>
              <w:rPr>
                <w:sz w:val="16"/>
              </w:rPr>
              <w:t>D. an interface using windows, icons, menus and a pointer</w:t>
            </w:r>
          </w:p>
          <w:p w14:paraId="43B10EFD" w14:textId="77777777" w:rsidR="004C6ABD" w:rsidRDefault="00F35368">
            <w:pPr>
              <w:pStyle w:val="OptionLine"/>
            </w:pPr>
            <w:r>
              <w:rPr>
                <w:sz w:val="16"/>
              </w:rPr>
              <w:t>Answer: _____</w:t>
            </w:r>
          </w:p>
        </w:tc>
        <w:tc>
          <w:tcPr>
            <w:tcW w:w="5112" w:type="dxa"/>
          </w:tcPr>
          <w:p w14:paraId="7A98DEFE" w14:textId="77777777" w:rsidR="004C6ABD" w:rsidRDefault="00F35368">
            <w:pPr>
              <w:pStyle w:val="QuestionStem"/>
            </w:pPr>
            <w:r>
              <w:rPr>
                <w:b/>
                <w:sz w:val="17"/>
              </w:rPr>
              <w:t>27. Which option is most closely associated with software that manages the computer system and supports application software</w:t>
            </w:r>
          </w:p>
          <w:p w14:paraId="55AFA35E" w14:textId="77777777" w:rsidR="004C6ABD" w:rsidRDefault="00F35368">
            <w:pPr>
              <w:pStyle w:val="OptionLine"/>
            </w:pPr>
            <w:r>
              <w:rPr>
                <w:sz w:val="16"/>
              </w:rPr>
              <w:t>A. Encryption utility</w:t>
            </w:r>
          </w:p>
          <w:p w14:paraId="4E1B38F8" w14:textId="77777777" w:rsidR="004C6ABD" w:rsidRDefault="00F35368">
            <w:pPr>
              <w:pStyle w:val="OptionLine"/>
            </w:pPr>
            <w:r>
              <w:rPr>
                <w:sz w:val="16"/>
              </w:rPr>
              <w:t>B. System software</w:t>
            </w:r>
          </w:p>
          <w:p w14:paraId="05656A8C" w14:textId="77777777" w:rsidR="004C6ABD" w:rsidRDefault="00F35368">
            <w:pPr>
              <w:pStyle w:val="OptionLine"/>
            </w:pPr>
            <w:r>
              <w:rPr>
                <w:sz w:val="16"/>
              </w:rPr>
              <w:t>C. Accessibility settings</w:t>
            </w:r>
          </w:p>
          <w:p w14:paraId="1EB53848" w14:textId="77777777" w:rsidR="004C6ABD" w:rsidRDefault="00F35368">
            <w:pPr>
              <w:pStyle w:val="OptionLine"/>
            </w:pPr>
            <w:r>
              <w:rPr>
                <w:sz w:val="16"/>
              </w:rPr>
              <w:t>D. User interface</w:t>
            </w:r>
          </w:p>
          <w:p w14:paraId="293CD735" w14:textId="77777777" w:rsidR="004C6ABD" w:rsidRDefault="00F35368">
            <w:pPr>
              <w:pStyle w:val="OptionLine"/>
            </w:pPr>
            <w:r>
              <w:rPr>
                <w:sz w:val="16"/>
              </w:rPr>
              <w:t>Answer: _____</w:t>
            </w:r>
          </w:p>
        </w:tc>
      </w:tr>
      <w:tr w:rsidR="004C6ABD" w14:paraId="509A679E" w14:textId="77777777">
        <w:trPr>
          <w:cantSplit/>
          <w:jc w:val="center"/>
        </w:trPr>
        <w:tc>
          <w:tcPr>
            <w:tcW w:w="5112" w:type="dxa"/>
          </w:tcPr>
          <w:p w14:paraId="39F592C6" w14:textId="77777777" w:rsidR="004C6ABD" w:rsidRDefault="00F35368">
            <w:pPr>
              <w:pStyle w:val="QuestionStem"/>
            </w:pPr>
            <w:r>
              <w:rPr>
                <w:b/>
                <w:sz w:val="17"/>
              </w:rPr>
              <w:t>8. Which description correctly matches Defragmentation utility?</w:t>
            </w:r>
          </w:p>
          <w:p w14:paraId="1D0C8C06" w14:textId="77777777" w:rsidR="004C6ABD" w:rsidRDefault="00F35368">
            <w:pPr>
              <w:pStyle w:val="OptionLine"/>
            </w:pPr>
            <w:r>
              <w:rPr>
                <w:sz w:val="16"/>
              </w:rPr>
              <w:t>A. converting data into a form that cannot be read without a key</w:t>
            </w:r>
          </w:p>
          <w:p w14:paraId="056490B5" w14:textId="77777777" w:rsidR="004C6ABD" w:rsidRDefault="00F35368">
            <w:pPr>
              <w:pStyle w:val="OptionLine"/>
            </w:pPr>
            <w:r>
              <w:rPr>
                <w:sz w:val="16"/>
              </w:rPr>
              <w:t>B. software that reorganises files on a magnetic hard disk to improve access speed</w:t>
            </w:r>
          </w:p>
          <w:p w14:paraId="7E103103" w14:textId="77777777" w:rsidR="004C6ABD" w:rsidRDefault="00F35368">
            <w:pPr>
              <w:pStyle w:val="OptionLine"/>
            </w:pPr>
            <w:r>
              <w:rPr>
                <w:sz w:val="16"/>
              </w:rPr>
              <w:t>C. an interface where users type text commands</w:t>
            </w:r>
          </w:p>
          <w:p w14:paraId="4E35484F" w14:textId="77777777" w:rsidR="004C6ABD" w:rsidRDefault="00F35368">
            <w:pPr>
              <w:pStyle w:val="OptionLine"/>
            </w:pPr>
            <w:r>
              <w:rPr>
                <w:sz w:val="16"/>
              </w:rPr>
              <w:t>D. running or switching between more than one program at a time</w:t>
            </w:r>
          </w:p>
          <w:p w14:paraId="6D23E13A" w14:textId="77777777" w:rsidR="004C6ABD" w:rsidRDefault="00F35368">
            <w:pPr>
              <w:pStyle w:val="OptionLine"/>
            </w:pPr>
            <w:r>
              <w:rPr>
                <w:sz w:val="16"/>
              </w:rPr>
              <w:t>Answer: _____</w:t>
            </w:r>
          </w:p>
        </w:tc>
        <w:tc>
          <w:tcPr>
            <w:tcW w:w="5112" w:type="dxa"/>
          </w:tcPr>
          <w:p w14:paraId="148468CE" w14:textId="77777777" w:rsidR="004C6ABD" w:rsidRDefault="00F35368">
            <w:pPr>
              <w:pStyle w:val="QuestionStem"/>
            </w:pPr>
            <w:r>
              <w:rPr>
                <w:b/>
                <w:sz w:val="17"/>
              </w:rPr>
              <w:t>28. Which term best matches this description: deciding which process gets CPU time and when</w:t>
            </w:r>
          </w:p>
          <w:p w14:paraId="36B56EB1" w14:textId="77777777" w:rsidR="004C6ABD" w:rsidRDefault="00F35368">
            <w:pPr>
              <w:pStyle w:val="OptionLine"/>
            </w:pPr>
            <w:r>
              <w:rPr>
                <w:sz w:val="16"/>
              </w:rPr>
              <w:t>A. Directory</w:t>
            </w:r>
          </w:p>
          <w:p w14:paraId="69645D8E" w14:textId="77777777" w:rsidR="004C6ABD" w:rsidRDefault="00F35368">
            <w:pPr>
              <w:pStyle w:val="OptionLine"/>
            </w:pPr>
            <w:r>
              <w:rPr>
                <w:sz w:val="16"/>
              </w:rPr>
              <w:t>B. Operating system</w:t>
            </w:r>
          </w:p>
          <w:p w14:paraId="4A6607F2" w14:textId="77777777" w:rsidR="004C6ABD" w:rsidRDefault="00F35368">
            <w:pPr>
              <w:pStyle w:val="OptionLine"/>
            </w:pPr>
            <w:r>
              <w:rPr>
                <w:sz w:val="16"/>
              </w:rPr>
              <w:t>C. Processor scheduling</w:t>
            </w:r>
          </w:p>
          <w:p w14:paraId="474BB651" w14:textId="77777777" w:rsidR="004C6ABD" w:rsidRDefault="00F35368">
            <w:pPr>
              <w:pStyle w:val="OptionLine"/>
            </w:pPr>
            <w:r>
              <w:rPr>
                <w:sz w:val="16"/>
              </w:rPr>
              <w:t>D. File extension</w:t>
            </w:r>
          </w:p>
          <w:p w14:paraId="3E9E0E61" w14:textId="77777777" w:rsidR="004C6ABD" w:rsidRDefault="00F35368">
            <w:pPr>
              <w:pStyle w:val="OptionLine"/>
            </w:pPr>
            <w:r>
              <w:rPr>
                <w:sz w:val="16"/>
              </w:rPr>
              <w:t>Answer: _____</w:t>
            </w:r>
          </w:p>
        </w:tc>
      </w:tr>
      <w:tr w:rsidR="004C6ABD" w14:paraId="1C4B203A" w14:textId="77777777">
        <w:trPr>
          <w:cantSplit/>
          <w:jc w:val="center"/>
        </w:trPr>
        <w:tc>
          <w:tcPr>
            <w:tcW w:w="5112" w:type="dxa"/>
          </w:tcPr>
          <w:p w14:paraId="4E860412" w14:textId="77777777" w:rsidR="004C6ABD" w:rsidRDefault="00F35368">
            <w:pPr>
              <w:pStyle w:val="QuestionStem"/>
            </w:pPr>
            <w:r>
              <w:rPr>
                <w:b/>
                <w:sz w:val="17"/>
              </w:rPr>
              <w:t>9. Which task is most likely handled by file management?</w:t>
            </w:r>
          </w:p>
          <w:p w14:paraId="0657010E" w14:textId="77777777" w:rsidR="004C6ABD" w:rsidRDefault="00F35368">
            <w:pPr>
              <w:pStyle w:val="OptionLine"/>
            </w:pPr>
            <w:r>
              <w:rPr>
                <w:sz w:val="16"/>
              </w:rPr>
              <w:t>A. Routing packets between networks</w:t>
            </w:r>
          </w:p>
          <w:p w14:paraId="52D039BF" w14:textId="77777777" w:rsidR="004C6ABD" w:rsidRDefault="00F35368">
            <w:pPr>
              <w:pStyle w:val="OptionLine"/>
            </w:pPr>
            <w:r>
              <w:rPr>
                <w:sz w:val="16"/>
              </w:rPr>
              <w:t>B. Renaming a folder</w:t>
            </w:r>
          </w:p>
          <w:p w14:paraId="19442F0D" w14:textId="77777777" w:rsidR="004C6ABD" w:rsidRDefault="00F35368">
            <w:pPr>
              <w:pStyle w:val="OptionLine"/>
            </w:pPr>
            <w:r>
              <w:rPr>
                <w:sz w:val="16"/>
              </w:rPr>
              <w:t>C. Increasing colour depth</w:t>
            </w:r>
          </w:p>
          <w:p w14:paraId="67CDD751" w14:textId="77777777" w:rsidR="004C6ABD" w:rsidRDefault="00F35368">
            <w:pPr>
              <w:pStyle w:val="OptionLine"/>
            </w:pPr>
            <w:r>
              <w:rPr>
                <w:sz w:val="16"/>
              </w:rPr>
              <w:t>D. Changing an ALU operation</w:t>
            </w:r>
          </w:p>
          <w:p w14:paraId="5ECA3735" w14:textId="77777777" w:rsidR="004C6ABD" w:rsidRDefault="00F35368">
            <w:pPr>
              <w:pStyle w:val="OptionLine"/>
            </w:pPr>
            <w:r>
              <w:rPr>
                <w:sz w:val="16"/>
              </w:rPr>
              <w:t>Answer: _____</w:t>
            </w:r>
          </w:p>
        </w:tc>
        <w:tc>
          <w:tcPr>
            <w:tcW w:w="5112" w:type="dxa"/>
          </w:tcPr>
          <w:p w14:paraId="0EB4E4F7" w14:textId="77777777" w:rsidR="004C6ABD" w:rsidRDefault="00F35368">
            <w:pPr>
              <w:pStyle w:val="QuestionStem"/>
            </w:pPr>
            <w:r>
              <w:rPr>
                <w:b/>
                <w:sz w:val="17"/>
              </w:rPr>
              <w:t>29. A student writes about Operating system. Which statement would be correct?</w:t>
            </w:r>
          </w:p>
          <w:p w14:paraId="4CC0A31C" w14:textId="77777777" w:rsidR="004C6ABD" w:rsidRDefault="00F35368">
            <w:pPr>
              <w:pStyle w:val="OptionLine"/>
            </w:pPr>
            <w:r>
              <w:rPr>
                <w:sz w:val="16"/>
              </w:rPr>
              <w:t>A. software that creates copies of files so they can be restored</w:t>
            </w:r>
          </w:p>
          <w:p w14:paraId="153E38AC" w14:textId="77777777" w:rsidR="004C6ABD" w:rsidRDefault="00F35368">
            <w:pPr>
              <w:pStyle w:val="OptionLine"/>
            </w:pPr>
            <w:r>
              <w:rPr>
                <w:sz w:val="16"/>
              </w:rPr>
              <w:t>B. software designed to let users complete tasks such as writing documents or editing images</w:t>
            </w:r>
          </w:p>
          <w:p w14:paraId="0F10ED9D" w14:textId="77777777" w:rsidR="004C6ABD" w:rsidRDefault="00F35368">
            <w:pPr>
              <w:pStyle w:val="OptionLine"/>
            </w:pPr>
            <w:r>
              <w:rPr>
                <w:sz w:val="16"/>
              </w:rPr>
              <w:t>C. creating accounts and controlling user permissions</w:t>
            </w:r>
          </w:p>
          <w:p w14:paraId="17784C52" w14:textId="77777777" w:rsidR="004C6ABD" w:rsidRDefault="00F35368">
            <w:pPr>
              <w:pStyle w:val="OptionLine"/>
            </w:pPr>
            <w:r>
              <w:rPr>
                <w:sz w:val="16"/>
              </w:rPr>
              <w:t>D. system software that manages hardware, software resources and provides a user interface</w:t>
            </w:r>
          </w:p>
          <w:p w14:paraId="7D14A6AC" w14:textId="77777777" w:rsidR="004C6ABD" w:rsidRDefault="00F35368">
            <w:pPr>
              <w:pStyle w:val="OptionLine"/>
            </w:pPr>
            <w:r>
              <w:rPr>
                <w:sz w:val="16"/>
              </w:rPr>
              <w:t>Answer: _____</w:t>
            </w:r>
          </w:p>
        </w:tc>
      </w:tr>
      <w:tr w:rsidR="004C6ABD" w14:paraId="218A374E" w14:textId="77777777">
        <w:trPr>
          <w:cantSplit/>
          <w:jc w:val="center"/>
        </w:trPr>
        <w:tc>
          <w:tcPr>
            <w:tcW w:w="5112" w:type="dxa"/>
          </w:tcPr>
          <w:p w14:paraId="092021C6" w14:textId="77777777" w:rsidR="004C6ABD" w:rsidRDefault="00F35368">
            <w:pPr>
              <w:pStyle w:val="QuestionStem"/>
            </w:pPr>
            <w:r>
              <w:rPr>
                <w:b/>
                <w:sz w:val="17"/>
              </w:rPr>
              <w:t>10. Which OS function allocates RAM to running applications?</w:t>
            </w:r>
          </w:p>
          <w:p w14:paraId="30BC4E18" w14:textId="77777777" w:rsidR="004C6ABD" w:rsidRDefault="00F35368">
            <w:pPr>
              <w:pStyle w:val="OptionLine"/>
            </w:pPr>
            <w:r>
              <w:rPr>
                <w:sz w:val="16"/>
              </w:rPr>
              <w:t>A. Memory management</w:t>
            </w:r>
          </w:p>
          <w:p w14:paraId="430CCC28" w14:textId="77777777" w:rsidR="004C6ABD" w:rsidRDefault="00F35368">
            <w:pPr>
              <w:pStyle w:val="OptionLine"/>
            </w:pPr>
            <w:r>
              <w:rPr>
                <w:sz w:val="16"/>
              </w:rPr>
              <w:t>B. DNS lookup</w:t>
            </w:r>
          </w:p>
          <w:p w14:paraId="5D00E169" w14:textId="77777777" w:rsidR="004C6ABD" w:rsidRDefault="00F35368">
            <w:pPr>
              <w:pStyle w:val="OptionLine"/>
            </w:pPr>
            <w:r>
              <w:rPr>
                <w:sz w:val="16"/>
              </w:rPr>
              <w:t>C. Defragmentation</w:t>
            </w:r>
          </w:p>
          <w:p w14:paraId="05D472E8" w14:textId="77777777" w:rsidR="004C6ABD" w:rsidRDefault="00F35368">
            <w:pPr>
              <w:pStyle w:val="OptionLine"/>
            </w:pPr>
            <w:r>
              <w:rPr>
                <w:sz w:val="16"/>
              </w:rPr>
              <w:t>D. Copyright licensing</w:t>
            </w:r>
          </w:p>
          <w:p w14:paraId="4248E820" w14:textId="77777777" w:rsidR="004C6ABD" w:rsidRDefault="00F35368">
            <w:pPr>
              <w:pStyle w:val="OptionLine"/>
            </w:pPr>
            <w:r>
              <w:rPr>
                <w:sz w:val="16"/>
              </w:rPr>
              <w:t>Answer: _____</w:t>
            </w:r>
          </w:p>
        </w:tc>
        <w:tc>
          <w:tcPr>
            <w:tcW w:w="5112" w:type="dxa"/>
          </w:tcPr>
          <w:p w14:paraId="01FDF629" w14:textId="77777777" w:rsidR="004C6ABD" w:rsidRDefault="00F35368">
            <w:pPr>
              <w:pStyle w:val="QuestionStem"/>
            </w:pPr>
            <w:r>
              <w:rPr>
                <w:b/>
                <w:sz w:val="17"/>
              </w:rPr>
              <w:t>30. A student writes about Automatic update utility. Which statement would be correct?</w:t>
            </w:r>
          </w:p>
          <w:p w14:paraId="06D930E8" w14:textId="77777777" w:rsidR="004C6ABD" w:rsidRDefault="00F35368">
            <w:pPr>
              <w:pStyle w:val="OptionLine"/>
            </w:pPr>
            <w:r>
              <w:rPr>
                <w:sz w:val="16"/>
              </w:rPr>
              <w:t>A. deciding which process gets CPU time and when</w:t>
            </w:r>
          </w:p>
          <w:p w14:paraId="5535D5A0" w14:textId="77777777" w:rsidR="004C6ABD" w:rsidRDefault="00F35368">
            <w:pPr>
              <w:pStyle w:val="OptionLine"/>
            </w:pPr>
            <w:r>
              <w:rPr>
                <w:sz w:val="16"/>
              </w:rPr>
              <w:t>B. software that downloads and installs fixes or new versions</w:t>
            </w:r>
          </w:p>
          <w:p w14:paraId="0D514571" w14:textId="77777777" w:rsidR="004C6ABD" w:rsidRDefault="00F35368">
            <w:pPr>
              <w:pStyle w:val="OptionLine"/>
            </w:pPr>
            <w:r>
              <w:rPr>
                <w:sz w:val="16"/>
              </w:rPr>
              <w:t>C. managing devices such as printers, keyboards and storage devices</w:t>
            </w:r>
          </w:p>
          <w:p w14:paraId="01E1C0F1" w14:textId="77777777" w:rsidR="004C6ABD" w:rsidRDefault="00F35368">
            <w:pPr>
              <w:pStyle w:val="OptionLine"/>
            </w:pPr>
            <w:r>
              <w:rPr>
                <w:sz w:val="16"/>
              </w:rPr>
              <w:t>D. software that allows the operating system to communicate with hardware</w:t>
            </w:r>
          </w:p>
          <w:p w14:paraId="4CB39C91" w14:textId="77777777" w:rsidR="004C6ABD" w:rsidRDefault="00F35368">
            <w:pPr>
              <w:pStyle w:val="OptionLine"/>
            </w:pPr>
            <w:r>
              <w:rPr>
                <w:sz w:val="16"/>
              </w:rPr>
              <w:t>Answer: _____</w:t>
            </w:r>
          </w:p>
        </w:tc>
      </w:tr>
      <w:tr w:rsidR="004C6ABD" w14:paraId="594DAB57" w14:textId="77777777">
        <w:trPr>
          <w:cantSplit/>
          <w:jc w:val="center"/>
        </w:trPr>
        <w:tc>
          <w:tcPr>
            <w:tcW w:w="5112" w:type="dxa"/>
          </w:tcPr>
          <w:p w14:paraId="4E786089" w14:textId="77777777" w:rsidR="004C6ABD" w:rsidRDefault="00F35368">
            <w:pPr>
              <w:pStyle w:val="QuestionStem"/>
            </w:pPr>
            <w:r>
              <w:rPr>
                <w:b/>
                <w:sz w:val="17"/>
              </w:rPr>
              <w:t>11. Which description correctly matches File management?</w:t>
            </w:r>
          </w:p>
          <w:p w14:paraId="7B1C4042" w14:textId="77777777" w:rsidR="004C6ABD" w:rsidRDefault="00F35368">
            <w:pPr>
              <w:pStyle w:val="OptionLine"/>
            </w:pPr>
            <w:r>
              <w:rPr>
                <w:sz w:val="16"/>
              </w:rPr>
              <w:t>A. organising, naming, saving, moving and deleting files and folders</w:t>
            </w:r>
          </w:p>
          <w:p w14:paraId="05DA11AD" w14:textId="77777777" w:rsidR="004C6ABD" w:rsidRDefault="00F35368">
            <w:pPr>
              <w:pStyle w:val="OptionLine"/>
            </w:pPr>
            <w:r>
              <w:rPr>
                <w:sz w:val="16"/>
              </w:rPr>
              <w:t>B. a location used to organise files, also called a folder</w:t>
            </w:r>
          </w:p>
          <w:p w14:paraId="19E4CA54" w14:textId="77777777" w:rsidR="004C6ABD" w:rsidRDefault="00F35368">
            <w:pPr>
              <w:pStyle w:val="OptionLine"/>
            </w:pPr>
            <w:r>
              <w:rPr>
                <w:sz w:val="16"/>
              </w:rPr>
              <w:t>C. software used to scramble files or drives so they need a key to read</w:t>
            </w:r>
          </w:p>
          <w:p w14:paraId="7932BFFE" w14:textId="77777777" w:rsidR="004C6ABD" w:rsidRDefault="00F35368">
            <w:pPr>
              <w:pStyle w:val="OptionLine"/>
            </w:pPr>
            <w:r>
              <w:rPr>
                <w:sz w:val="16"/>
              </w:rPr>
              <w:t>D. software used to reduce file sizes</w:t>
            </w:r>
          </w:p>
          <w:p w14:paraId="2AFC7E6B" w14:textId="77777777" w:rsidR="004C6ABD" w:rsidRDefault="00F35368">
            <w:pPr>
              <w:pStyle w:val="OptionLine"/>
            </w:pPr>
            <w:r>
              <w:rPr>
                <w:sz w:val="16"/>
              </w:rPr>
              <w:t>Answer: _____</w:t>
            </w:r>
          </w:p>
        </w:tc>
        <w:tc>
          <w:tcPr>
            <w:tcW w:w="5112" w:type="dxa"/>
          </w:tcPr>
          <w:p w14:paraId="338A8E30" w14:textId="77777777" w:rsidR="004C6ABD" w:rsidRDefault="00F35368">
            <w:pPr>
              <w:pStyle w:val="QuestionStem"/>
            </w:pPr>
            <w:r>
              <w:rPr>
                <w:b/>
                <w:sz w:val="17"/>
              </w:rPr>
              <w:t>31. Which term best matches this description: an interface where users type text commands</w:t>
            </w:r>
          </w:p>
          <w:p w14:paraId="657D8D92" w14:textId="77777777" w:rsidR="004C6ABD" w:rsidRDefault="00F35368">
            <w:pPr>
              <w:pStyle w:val="OptionLine"/>
            </w:pPr>
            <w:r>
              <w:rPr>
                <w:sz w:val="16"/>
              </w:rPr>
              <w:t>A. Print spooler</w:t>
            </w:r>
          </w:p>
          <w:p w14:paraId="1CACF47B" w14:textId="77777777" w:rsidR="004C6ABD" w:rsidRDefault="00F35368">
            <w:pPr>
              <w:pStyle w:val="OptionLine"/>
            </w:pPr>
            <w:r>
              <w:rPr>
                <w:sz w:val="16"/>
              </w:rPr>
              <w:t>B. Command line interface</w:t>
            </w:r>
          </w:p>
          <w:p w14:paraId="322BCF60" w14:textId="77777777" w:rsidR="004C6ABD" w:rsidRDefault="00F35368">
            <w:pPr>
              <w:pStyle w:val="OptionLine"/>
            </w:pPr>
            <w:r>
              <w:rPr>
                <w:sz w:val="16"/>
              </w:rPr>
              <w:t>C. Accessibility settings</w:t>
            </w:r>
          </w:p>
          <w:p w14:paraId="55BF74A9" w14:textId="77777777" w:rsidR="004C6ABD" w:rsidRDefault="00F35368">
            <w:pPr>
              <w:pStyle w:val="OptionLine"/>
            </w:pPr>
            <w:r>
              <w:rPr>
                <w:sz w:val="16"/>
              </w:rPr>
              <w:t>D. Security management</w:t>
            </w:r>
          </w:p>
          <w:p w14:paraId="2CEB489E" w14:textId="77777777" w:rsidR="004C6ABD" w:rsidRDefault="00F35368">
            <w:pPr>
              <w:pStyle w:val="OptionLine"/>
            </w:pPr>
            <w:r>
              <w:rPr>
                <w:sz w:val="16"/>
              </w:rPr>
              <w:t>Answer: _____</w:t>
            </w:r>
          </w:p>
        </w:tc>
      </w:tr>
      <w:tr w:rsidR="004C6ABD" w14:paraId="37E7BA0A" w14:textId="77777777">
        <w:trPr>
          <w:cantSplit/>
          <w:jc w:val="center"/>
        </w:trPr>
        <w:tc>
          <w:tcPr>
            <w:tcW w:w="5112" w:type="dxa"/>
          </w:tcPr>
          <w:p w14:paraId="13B30F8F" w14:textId="77777777" w:rsidR="004C6ABD" w:rsidRDefault="00F35368">
            <w:pPr>
              <w:pStyle w:val="QuestionStem"/>
            </w:pPr>
            <w:r>
              <w:rPr>
                <w:b/>
                <w:sz w:val="17"/>
              </w:rPr>
              <w:t>12. A student writes about File management. Which statement would be correct?</w:t>
            </w:r>
          </w:p>
          <w:p w14:paraId="5768AA74" w14:textId="77777777" w:rsidR="004C6ABD" w:rsidRDefault="00F35368">
            <w:pPr>
              <w:pStyle w:val="OptionLine"/>
            </w:pPr>
            <w:r>
              <w:rPr>
                <w:sz w:val="16"/>
              </w:rPr>
              <w:t>A. software that removes unnecessary files to free storage space</w:t>
            </w:r>
          </w:p>
          <w:p w14:paraId="6560053F" w14:textId="77777777" w:rsidR="004C6ABD" w:rsidRDefault="00F35368">
            <w:pPr>
              <w:pStyle w:val="OptionLine"/>
            </w:pPr>
            <w:r>
              <w:rPr>
                <w:sz w:val="16"/>
              </w:rPr>
              <w:t>B. organising, naming, saving, moving and deleting files and folders</w:t>
            </w:r>
          </w:p>
          <w:p w14:paraId="2FB62B50" w14:textId="77777777" w:rsidR="004C6ABD" w:rsidRDefault="00F35368">
            <w:pPr>
              <w:pStyle w:val="OptionLine"/>
            </w:pPr>
            <w:r>
              <w:rPr>
                <w:sz w:val="16"/>
              </w:rPr>
              <w:t>C. a program or part of a program currently being executed</w:t>
            </w:r>
          </w:p>
          <w:p w14:paraId="7AA86557" w14:textId="77777777" w:rsidR="004C6ABD" w:rsidRDefault="00F35368">
            <w:pPr>
              <w:pStyle w:val="OptionLine"/>
            </w:pPr>
            <w:r>
              <w:rPr>
                <w:sz w:val="16"/>
              </w:rPr>
              <w:t>D. system software that manages hardware, software resources and provides a user interface</w:t>
            </w:r>
          </w:p>
          <w:p w14:paraId="2944AD2C" w14:textId="77777777" w:rsidR="004C6ABD" w:rsidRDefault="00F35368">
            <w:pPr>
              <w:pStyle w:val="OptionLine"/>
            </w:pPr>
            <w:r>
              <w:rPr>
                <w:sz w:val="16"/>
              </w:rPr>
              <w:t>Answer: _____</w:t>
            </w:r>
          </w:p>
        </w:tc>
        <w:tc>
          <w:tcPr>
            <w:tcW w:w="5112" w:type="dxa"/>
          </w:tcPr>
          <w:p w14:paraId="4AB4407C" w14:textId="77777777" w:rsidR="004C6ABD" w:rsidRDefault="00F35368">
            <w:pPr>
              <w:pStyle w:val="QuestionStem"/>
            </w:pPr>
            <w:r>
              <w:rPr>
                <w:b/>
                <w:sz w:val="17"/>
              </w:rPr>
              <w:t>32. Which term best matches this description: software used to reduce file sizes</w:t>
            </w:r>
          </w:p>
          <w:p w14:paraId="001AA42D" w14:textId="77777777" w:rsidR="004C6ABD" w:rsidRDefault="00F35368">
            <w:pPr>
              <w:pStyle w:val="OptionLine"/>
            </w:pPr>
            <w:r>
              <w:rPr>
                <w:sz w:val="16"/>
              </w:rPr>
              <w:t>A. Print spooler</w:t>
            </w:r>
          </w:p>
          <w:p w14:paraId="1918FEA2" w14:textId="77777777" w:rsidR="004C6ABD" w:rsidRDefault="00F35368">
            <w:pPr>
              <w:pStyle w:val="OptionLine"/>
            </w:pPr>
            <w:r>
              <w:rPr>
                <w:sz w:val="16"/>
              </w:rPr>
              <w:t>B. System software</w:t>
            </w:r>
          </w:p>
          <w:p w14:paraId="6EED4DBD" w14:textId="77777777" w:rsidR="004C6ABD" w:rsidRDefault="00F35368">
            <w:pPr>
              <w:pStyle w:val="OptionLine"/>
            </w:pPr>
            <w:r>
              <w:rPr>
                <w:sz w:val="16"/>
              </w:rPr>
              <w:t>C. Compression utility</w:t>
            </w:r>
          </w:p>
          <w:p w14:paraId="20CC3F68" w14:textId="77777777" w:rsidR="004C6ABD" w:rsidRDefault="00F35368">
            <w:pPr>
              <w:pStyle w:val="OptionLine"/>
            </w:pPr>
            <w:r>
              <w:rPr>
                <w:sz w:val="16"/>
              </w:rPr>
              <w:t>D. Application software</w:t>
            </w:r>
          </w:p>
          <w:p w14:paraId="56A94C7A" w14:textId="77777777" w:rsidR="004C6ABD" w:rsidRDefault="00F35368">
            <w:pPr>
              <w:pStyle w:val="OptionLine"/>
            </w:pPr>
            <w:r>
              <w:rPr>
                <w:sz w:val="16"/>
              </w:rPr>
              <w:t>Answer: _____</w:t>
            </w:r>
          </w:p>
        </w:tc>
      </w:tr>
      <w:tr w:rsidR="004C6ABD" w14:paraId="1EC2C4E5" w14:textId="77777777">
        <w:trPr>
          <w:cantSplit/>
          <w:jc w:val="center"/>
        </w:trPr>
        <w:tc>
          <w:tcPr>
            <w:tcW w:w="5112" w:type="dxa"/>
          </w:tcPr>
          <w:p w14:paraId="4FD8E3AE" w14:textId="77777777" w:rsidR="004C6ABD" w:rsidRDefault="00F35368">
            <w:pPr>
              <w:pStyle w:val="QuestionStem"/>
            </w:pPr>
            <w:r>
              <w:rPr>
                <w:b/>
                <w:sz w:val="17"/>
              </w:rPr>
              <w:lastRenderedPageBreak/>
              <w:t>13. Which description correctly matches Directory?</w:t>
            </w:r>
          </w:p>
          <w:p w14:paraId="4EA36014" w14:textId="77777777" w:rsidR="004C6ABD" w:rsidRDefault="00F35368">
            <w:pPr>
              <w:pStyle w:val="OptionLine"/>
            </w:pPr>
            <w:r>
              <w:rPr>
                <w:sz w:val="16"/>
              </w:rPr>
              <w:t>A. the way a user interacts with a computer system</w:t>
            </w:r>
          </w:p>
          <w:p w14:paraId="6CA9BF3F" w14:textId="77777777" w:rsidR="004C6ABD" w:rsidRDefault="00F35368">
            <w:pPr>
              <w:pStyle w:val="OptionLine"/>
            </w:pPr>
            <w:r>
              <w:rPr>
                <w:sz w:val="16"/>
              </w:rPr>
              <w:t>B. a program or part of a program currently being executed</w:t>
            </w:r>
          </w:p>
          <w:p w14:paraId="471AC7E0" w14:textId="77777777" w:rsidR="004C6ABD" w:rsidRDefault="00F35368">
            <w:pPr>
              <w:pStyle w:val="OptionLine"/>
            </w:pPr>
            <w:r>
              <w:rPr>
                <w:sz w:val="16"/>
              </w:rPr>
              <w:t>C. an interface using windows, icons, menus and a pointer</w:t>
            </w:r>
          </w:p>
          <w:p w14:paraId="6972BD1B" w14:textId="77777777" w:rsidR="004C6ABD" w:rsidRDefault="00F35368">
            <w:pPr>
              <w:pStyle w:val="OptionLine"/>
            </w:pPr>
            <w:r>
              <w:rPr>
                <w:sz w:val="16"/>
              </w:rPr>
              <w:t>D. a location used to organise files, also called a folder</w:t>
            </w:r>
          </w:p>
          <w:p w14:paraId="71CDA1C0" w14:textId="77777777" w:rsidR="004C6ABD" w:rsidRDefault="00F35368">
            <w:pPr>
              <w:pStyle w:val="OptionLine"/>
            </w:pPr>
            <w:r>
              <w:rPr>
                <w:sz w:val="16"/>
              </w:rPr>
              <w:t>Answer: _____</w:t>
            </w:r>
          </w:p>
        </w:tc>
        <w:tc>
          <w:tcPr>
            <w:tcW w:w="5112" w:type="dxa"/>
          </w:tcPr>
          <w:p w14:paraId="78C346FF" w14:textId="77777777" w:rsidR="004C6ABD" w:rsidRDefault="00F35368">
            <w:pPr>
              <w:pStyle w:val="QuestionStem"/>
            </w:pPr>
            <w:r>
              <w:rPr>
                <w:b/>
                <w:sz w:val="17"/>
              </w:rPr>
              <w:t>33. Which description correctly matches Device driver?</w:t>
            </w:r>
          </w:p>
          <w:p w14:paraId="76879567" w14:textId="77777777" w:rsidR="004C6ABD" w:rsidRDefault="00F35368">
            <w:pPr>
              <w:pStyle w:val="OptionLine"/>
            </w:pPr>
            <w:r>
              <w:rPr>
                <w:sz w:val="16"/>
              </w:rPr>
              <w:t>A. software that allows the operating system to communicate with hardware</w:t>
            </w:r>
          </w:p>
          <w:p w14:paraId="4A7B787E" w14:textId="77777777" w:rsidR="004C6ABD" w:rsidRDefault="00F35368">
            <w:pPr>
              <w:pStyle w:val="OptionLine"/>
            </w:pPr>
            <w:r>
              <w:rPr>
                <w:sz w:val="16"/>
              </w:rPr>
              <w:t>B. software used to scramble files or drives so they need a key to read</w:t>
            </w:r>
          </w:p>
          <w:p w14:paraId="7DCA5F26" w14:textId="77777777" w:rsidR="004C6ABD" w:rsidRDefault="00F35368">
            <w:pPr>
              <w:pStyle w:val="OptionLine"/>
            </w:pPr>
            <w:r>
              <w:rPr>
                <w:sz w:val="16"/>
              </w:rPr>
              <w:t>C. software designed to let users complete tasks such as writing documents or editing images</w:t>
            </w:r>
          </w:p>
          <w:p w14:paraId="57B12BCA" w14:textId="77777777" w:rsidR="004C6ABD" w:rsidRDefault="00F35368">
            <w:pPr>
              <w:pStyle w:val="OptionLine"/>
            </w:pPr>
            <w:r>
              <w:rPr>
                <w:sz w:val="16"/>
              </w:rPr>
              <w:t>D. protecting the system through logins, permissions and updates</w:t>
            </w:r>
          </w:p>
          <w:p w14:paraId="42E9CF4E" w14:textId="77777777" w:rsidR="004C6ABD" w:rsidRDefault="00F35368">
            <w:pPr>
              <w:pStyle w:val="OptionLine"/>
            </w:pPr>
            <w:r>
              <w:rPr>
                <w:sz w:val="16"/>
              </w:rPr>
              <w:t>Answer: _____</w:t>
            </w:r>
          </w:p>
        </w:tc>
      </w:tr>
      <w:tr w:rsidR="004C6ABD" w14:paraId="64DAACF7" w14:textId="77777777">
        <w:trPr>
          <w:cantSplit/>
          <w:jc w:val="center"/>
        </w:trPr>
        <w:tc>
          <w:tcPr>
            <w:tcW w:w="5112" w:type="dxa"/>
          </w:tcPr>
          <w:p w14:paraId="31084BB3" w14:textId="77777777" w:rsidR="004C6ABD" w:rsidRDefault="00F35368">
            <w:pPr>
              <w:pStyle w:val="QuestionStem"/>
            </w:pPr>
            <w:r>
              <w:rPr>
                <w:b/>
                <w:sz w:val="17"/>
              </w:rPr>
              <w:t>14. Which software queues documents waiting to be printed?</w:t>
            </w:r>
          </w:p>
          <w:p w14:paraId="264CE8F2" w14:textId="77777777" w:rsidR="004C6ABD" w:rsidRDefault="00F35368">
            <w:pPr>
              <w:pStyle w:val="OptionLine"/>
            </w:pPr>
            <w:r>
              <w:rPr>
                <w:sz w:val="16"/>
              </w:rPr>
              <w:t>A. DNS</w:t>
            </w:r>
          </w:p>
          <w:p w14:paraId="6F915A5D" w14:textId="77777777" w:rsidR="004C6ABD" w:rsidRDefault="00F35368">
            <w:pPr>
              <w:pStyle w:val="OptionLine"/>
            </w:pPr>
            <w:r>
              <w:rPr>
                <w:sz w:val="16"/>
              </w:rPr>
              <w:t>B. ALU</w:t>
            </w:r>
          </w:p>
          <w:p w14:paraId="36448272" w14:textId="77777777" w:rsidR="004C6ABD" w:rsidRDefault="00F35368">
            <w:pPr>
              <w:pStyle w:val="OptionLine"/>
            </w:pPr>
            <w:r>
              <w:rPr>
                <w:sz w:val="16"/>
              </w:rPr>
              <w:t>C. ROM</w:t>
            </w:r>
          </w:p>
          <w:p w14:paraId="7D4D0F2D" w14:textId="77777777" w:rsidR="004C6ABD" w:rsidRDefault="00F35368">
            <w:pPr>
              <w:pStyle w:val="OptionLine"/>
            </w:pPr>
            <w:r>
              <w:rPr>
                <w:sz w:val="16"/>
              </w:rPr>
              <w:t>D. Print spooler</w:t>
            </w:r>
          </w:p>
          <w:p w14:paraId="104C214B" w14:textId="77777777" w:rsidR="004C6ABD" w:rsidRDefault="00F35368">
            <w:pPr>
              <w:pStyle w:val="OptionLine"/>
            </w:pPr>
            <w:r>
              <w:rPr>
                <w:sz w:val="16"/>
              </w:rPr>
              <w:t>Answer: _____</w:t>
            </w:r>
          </w:p>
        </w:tc>
        <w:tc>
          <w:tcPr>
            <w:tcW w:w="5112" w:type="dxa"/>
          </w:tcPr>
          <w:p w14:paraId="53A5FC1B" w14:textId="77777777" w:rsidR="004C6ABD" w:rsidRDefault="00F35368">
            <w:pPr>
              <w:pStyle w:val="QuestionStem"/>
            </w:pPr>
            <w:r>
              <w:rPr>
                <w:b/>
                <w:sz w:val="17"/>
              </w:rPr>
              <w:t>34. Which term best matches this description: an interface using windows, icons, menus and a pointer</w:t>
            </w:r>
          </w:p>
          <w:p w14:paraId="21C58B0D" w14:textId="77777777" w:rsidR="004C6ABD" w:rsidRDefault="00F35368">
            <w:pPr>
              <w:pStyle w:val="OptionLine"/>
            </w:pPr>
            <w:r>
              <w:rPr>
                <w:sz w:val="16"/>
              </w:rPr>
              <w:t>A. Operating system</w:t>
            </w:r>
          </w:p>
          <w:p w14:paraId="32743323" w14:textId="77777777" w:rsidR="004C6ABD" w:rsidRDefault="00F35368">
            <w:pPr>
              <w:pStyle w:val="OptionLine"/>
            </w:pPr>
            <w:r>
              <w:rPr>
                <w:sz w:val="16"/>
              </w:rPr>
              <w:t>B. Defragmentation utility</w:t>
            </w:r>
          </w:p>
          <w:p w14:paraId="2EDA8F25" w14:textId="77777777" w:rsidR="004C6ABD" w:rsidRDefault="00F35368">
            <w:pPr>
              <w:pStyle w:val="OptionLine"/>
            </w:pPr>
            <w:r>
              <w:rPr>
                <w:sz w:val="16"/>
              </w:rPr>
              <w:t>C. Graphical user interface</w:t>
            </w:r>
          </w:p>
          <w:p w14:paraId="11B25895" w14:textId="77777777" w:rsidR="004C6ABD" w:rsidRDefault="00F35368">
            <w:pPr>
              <w:pStyle w:val="OptionLine"/>
            </w:pPr>
            <w:r>
              <w:rPr>
                <w:sz w:val="16"/>
              </w:rPr>
              <w:t>D. Booting</w:t>
            </w:r>
          </w:p>
          <w:p w14:paraId="01FD1351" w14:textId="77777777" w:rsidR="004C6ABD" w:rsidRDefault="00F35368">
            <w:pPr>
              <w:pStyle w:val="OptionLine"/>
            </w:pPr>
            <w:r>
              <w:rPr>
                <w:sz w:val="16"/>
              </w:rPr>
              <w:t>Answer: _____</w:t>
            </w:r>
          </w:p>
        </w:tc>
      </w:tr>
      <w:tr w:rsidR="004C6ABD" w14:paraId="584B8BA9" w14:textId="77777777">
        <w:trPr>
          <w:cantSplit/>
          <w:jc w:val="center"/>
        </w:trPr>
        <w:tc>
          <w:tcPr>
            <w:tcW w:w="5112" w:type="dxa"/>
          </w:tcPr>
          <w:p w14:paraId="342A75D2" w14:textId="77777777" w:rsidR="004C6ABD" w:rsidRDefault="00F35368">
            <w:pPr>
              <w:pStyle w:val="QuestionStem"/>
            </w:pPr>
            <w:r>
              <w:rPr>
                <w:b/>
                <w:sz w:val="17"/>
              </w:rPr>
              <w:t>15. Which utility scans for viruses and other malicious software?</w:t>
            </w:r>
          </w:p>
          <w:p w14:paraId="5BF6CDF5" w14:textId="77777777" w:rsidR="004C6ABD" w:rsidRDefault="00F35368">
            <w:pPr>
              <w:pStyle w:val="OptionLine"/>
            </w:pPr>
            <w:r>
              <w:rPr>
                <w:sz w:val="16"/>
              </w:rPr>
              <w:t>A. File extension</w:t>
            </w:r>
          </w:p>
          <w:p w14:paraId="26481396" w14:textId="77777777" w:rsidR="004C6ABD" w:rsidRDefault="00F35368">
            <w:pPr>
              <w:pStyle w:val="OptionLine"/>
            </w:pPr>
            <w:r>
              <w:rPr>
                <w:sz w:val="16"/>
              </w:rPr>
              <w:t>B. Anti-malware utility</w:t>
            </w:r>
          </w:p>
          <w:p w14:paraId="36242454" w14:textId="77777777" w:rsidR="004C6ABD" w:rsidRDefault="00F35368">
            <w:pPr>
              <w:pStyle w:val="OptionLine"/>
            </w:pPr>
            <w:r>
              <w:rPr>
                <w:sz w:val="16"/>
              </w:rPr>
              <w:t>C. Backup utility</w:t>
            </w:r>
          </w:p>
          <w:p w14:paraId="23928541" w14:textId="77777777" w:rsidR="004C6ABD" w:rsidRDefault="00F35368">
            <w:pPr>
              <w:pStyle w:val="OptionLine"/>
            </w:pPr>
            <w:r>
              <w:rPr>
                <w:sz w:val="16"/>
              </w:rPr>
              <w:t>D. Compiler</w:t>
            </w:r>
          </w:p>
          <w:p w14:paraId="470EE72E" w14:textId="77777777" w:rsidR="004C6ABD" w:rsidRDefault="00F35368">
            <w:pPr>
              <w:pStyle w:val="OptionLine"/>
            </w:pPr>
            <w:r>
              <w:rPr>
                <w:sz w:val="16"/>
              </w:rPr>
              <w:t>Answer: _____</w:t>
            </w:r>
          </w:p>
        </w:tc>
        <w:tc>
          <w:tcPr>
            <w:tcW w:w="5112" w:type="dxa"/>
          </w:tcPr>
          <w:p w14:paraId="21C79E03" w14:textId="77777777" w:rsidR="004C6ABD" w:rsidRDefault="00F35368">
            <w:pPr>
              <w:pStyle w:val="QuestionStem"/>
            </w:pPr>
            <w:r>
              <w:rPr>
                <w:b/>
                <w:sz w:val="17"/>
              </w:rPr>
              <w:t>35. A student writes about Kernel. Which statement would be correct?</w:t>
            </w:r>
          </w:p>
          <w:p w14:paraId="0205ABD1" w14:textId="77777777" w:rsidR="004C6ABD" w:rsidRDefault="00F35368">
            <w:pPr>
              <w:pStyle w:val="OptionLine"/>
            </w:pPr>
            <w:r>
              <w:rPr>
                <w:sz w:val="16"/>
              </w:rPr>
              <w:t>A. software that creates copies of files so they can be restored</w:t>
            </w:r>
          </w:p>
          <w:p w14:paraId="2E9D126C" w14:textId="77777777" w:rsidR="004C6ABD" w:rsidRDefault="00F35368">
            <w:pPr>
              <w:pStyle w:val="OptionLine"/>
            </w:pPr>
            <w:r>
              <w:rPr>
                <w:sz w:val="16"/>
              </w:rPr>
              <w:t>B. software that reorganises files on a magnetic hard disk to improve access speed</w:t>
            </w:r>
          </w:p>
          <w:p w14:paraId="5AD87421" w14:textId="77777777" w:rsidR="004C6ABD" w:rsidRDefault="00F35368">
            <w:pPr>
              <w:pStyle w:val="OptionLine"/>
            </w:pPr>
            <w:r>
              <w:rPr>
                <w:sz w:val="16"/>
              </w:rPr>
              <w:t>C. the core part of an operating system that manages key hardware and system resources</w:t>
            </w:r>
          </w:p>
          <w:p w14:paraId="3CEBFDFD" w14:textId="77777777" w:rsidR="004C6ABD" w:rsidRDefault="00F35368">
            <w:pPr>
              <w:pStyle w:val="OptionLine"/>
            </w:pPr>
            <w:r>
              <w:rPr>
                <w:sz w:val="16"/>
              </w:rPr>
              <w:t>D. software used to scan for, block and remove malware</w:t>
            </w:r>
          </w:p>
          <w:p w14:paraId="447BB13F" w14:textId="77777777" w:rsidR="004C6ABD" w:rsidRDefault="00F35368">
            <w:pPr>
              <w:pStyle w:val="OptionLine"/>
            </w:pPr>
            <w:r>
              <w:rPr>
                <w:sz w:val="16"/>
              </w:rPr>
              <w:t>Answer: _____</w:t>
            </w:r>
          </w:p>
        </w:tc>
      </w:tr>
      <w:tr w:rsidR="004C6ABD" w14:paraId="779C081E" w14:textId="77777777">
        <w:trPr>
          <w:cantSplit/>
          <w:jc w:val="center"/>
        </w:trPr>
        <w:tc>
          <w:tcPr>
            <w:tcW w:w="5112" w:type="dxa"/>
          </w:tcPr>
          <w:p w14:paraId="6539C110" w14:textId="77777777" w:rsidR="004C6ABD" w:rsidRDefault="00F35368">
            <w:pPr>
              <w:pStyle w:val="QuestionStem"/>
            </w:pPr>
            <w:r>
              <w:rPr>
                <w:b/>
                <w:sz w:val="17"/>
              </w:rPr>
              <w:t>16. Which term best matches this description: running or switching between more than one program at a time</w:t>
            </w:r>
          </w:p>
          <w:p w14:paraId="73B06783" w14:textId="77777777" w:rsidR="004C6ABD" w:rsidRDefault="00F35368">
            <w:pPr>
              <w:pStyle w:val="OptionLine"/>
            </w:pPr>
            <w:r>
              <w:rPr>
                <w:sz w:val="16"/>
              </w:rPr>
              <w:t>A. User management</w:t>
            </w:r>
          </w:p>
          <w:p w14:paraId="51801196" w14:textId="77777777" w:rsidR="004C6ABD" w:rsidRDefault="00F35368">
            <w:pPr>
              <w:pStyle w:val="OptionLine"/>
            </w:pPr>
            <w:r>
              <w:rPr>
                <w:sz w:val="16"/>
              </w:rPr>
              <w:t>B. System settings</w:t>
            </w:r>
          </w:p>
          <w:p w14:paraId="392F9137" w14:textId="77777777" w:rsidR="004C6ABD" w:rsidRDefault="00F35368">
            <w:pPr>
              <w:pStyle w:val="OptionLine"/>
            </w:pPr>
            <w:r>
              <w:rPr>
                <w:sz w:val="16"/>
              </w:rPr>
              <w:t>C. File extension</w:t>
            </w:r>
          </w:p>
          <w:p w14:paraId="70E2D022" w14:textId="77777777" w:rsidR="004C6ABD" w:rsidRDefault="00F35368">
            <w:pPr>
              <w:pStyle w:val="OptionLine"/>
            </w:pPr>
            <w:r>
              <w:rPr>
                <w:sz w:val="16"/>
              </w:rPr>
              <w:t>D. Multitasking</w:t>
            </w:r>
          </w:p>
          <w:p w14:paraId="48578A6F" w14:textId="77777777" w:rsidR="004C6ABD" w:rsidRDefault="00F35368">
            <w:pPr>
              <w:pStyle w:val="OptionLine"/>
            </w:pPr>
            <w:r>
              <w:rPr>
                <w:sz w:val="16"/>
              </w:rPr>
              <w:t>Answer: _____</w:t>
            </w:r>
          </w:p>
        </w:tc>
        <w:tc>
          <w:tcPr>
            <w:tcW w:w="5112" w:type="dxa"/>
          </w:tcPr>
          <w:p w14:paraId="61669552" w14:textId="77777777" w:rsidR="004C6ABD" w:rsidRDefault="00F35368">
            <w:pPr>
              <w:pStyle w:val="QuestionStem"/>
            </w:pPr>
            <w:r>
              <w:rPr>
                <w:b/>
                <w:sz w:val="17"/>
              </w:rPr>
              <w:t>36. Which description correctly matches Security management?</w:t>
            </w:r>
          </w:p>
          <w:p w14:paraId="377B5231" w14:textId="77777777" w:rsidR="004C6ABD" w:rsidRDefault="00F35368">
            <w:pPr>
              <w:pStyle w:val="OptionLine"/>
            </w:pPr>
            <w:r>
              <w:rPr>
                <w:sz w:val="16"/>
              </w:rPr>
              <w:t>A. protecting the system through logins, permissions and updates</w:t>
            </w:r>
          </w:p>
          <w:p w14:paraId="110CEEC1" w14:textId="77777777" w:rsidR="004C6ABD" w:rsidRDefault="00F35368">
            <w:pPr>
              <w:pStyle w:val="OptionLine"/>
            </w:pPr>
            <w:r>
              <w:rPr>
                <w:sz w:val="16"/>
              </w:rPr>
              <w:t>B. system software that performs additional maintenance or support tasks</w:t>
            </w:r>
          </w:p>
          <w:p w14:paraId="38302A7F" w14:textId="77777777" w:rsidR="004C6ABD" w:rsidRDefault="00F35368">
            <w:pPr>
              <w:pStyle w:val="OptionLine"/>
            </w:pPr>
            <w:r>
              <w:rPr>
                <w:sz w:val="16"/>
              </w:rPr>
              <w:t>C. a program or part of a program currently being executed</w:t>
            </w:r>
          </w:p>
          <w:p w14:paraId="2ADB0F72" w14:textId="77777777" w:rsidR="004C6ABD" w:rsidRDefault="00F35368">
            <w:pPr>
              <w:pStyle w:val="OptionLine"/>
            </w:pPr>
            <w:r>
              <w:rPr>
                <w:sz w:val="16"/>
              </w:rPr>
              <w:t>D. software that allows the operating system to communicate with hardware</w:t>
            </w:r>
          </w:p>
          <w:p w14:paraId="30EC62EE" w14:textId="77777777" w:rsidR="004C6ABD" w:rsidRDefault="00F35368">
            <w:pPr>
              <w:pStyle w:val="OptionLine"/>
            </w:pPr>
            <w:r>
              <w:rPr>
                <w:sz w:val="16"/>
              </w:rPr>
              <w:t>Answer: _____</w:t>
            </w:r>
          </w:p>
        </w:tc>
      </w:tr>
      <w:tr w:rsidR="004C6ABD" w14:paraId="424476C7" w14:textId="77777777">
        <w:trPr>
          <w:cantSplit/>
          <w:jc w:val="center"/>
        </w:trPr>
        <w:tc>
          <w:tcPr>
            <w:tcW w:w="5112" w:type="dxa"/>
          </w:tcPr>
          <w:p w14:paraId="37F067ED" w14:textId="77777777" w:rsidR="004C6ABD" w:rsidRDefault="00F35368">
            <w:pPr>
              <w:pStyle w:val="QuestionStem"/>
            </w:pPr>
            <w:r>
              <w:rPr>
                <w:b/>
                <w:sz w:val="17"/>
              </w:rPr>
              <w:t>17. Which description correctly matches Command line interface?</w:t>
            </w:r>
          </w:p>
          <w:p w14:paraId="1CCFC0D9" w14:textId="77777777" w:rsidR="004C6ABD" w:rsidRDefault="00F35368">
            <w:pPr>
              <w:pStyle w:val="OptionLine"/>
            </w:pPr>
            <w:r>
              <w:rPr>
                <w:sz w:val="16"/>
              </w:rPr>
              <w:t>A. an interface where users type text commands</w:t>
            </w:r>
          </w:p>
          <w:p w14:paraId="6925FED3" w14:textId="77777777" w:rsidR="004C6ABD" w:rsidRDefault="00F35368">
            <w:pPr>
              <w:pStyle w:val="OptionLine"/>
            </w:pPr>
            <w:r>
              <w:rPr>
                <w:sz w:val="16"/>
              </w:rPr>
              <w:t>B. characters after a filename that often identify the file type</w:t>
            </w:r>
          </w:p>
          <w:p w14:paraId="71ADD51E" w14:textId="77777777" w:rsidR="004C6ABD" w:rsidRDefault="00F35368">
            <w:pPr>
              <w:pStyle w:val="OptionLine"/>
            </w:pPr>
            <w:r>
              <w:rPr>
                <w:sz w:val="16"/>
              </w:rPr>
              <w:t>C. software used to scan for, block and remove malware</w:t>
            </w:r>
          </w:p>
          <w:p w14:paraId="34D5D264" w14:textId="77777777" w:rsidR="004C6ABD" w:rsidRDefault="00F35368">
            <w:pPr>
              <w:pStyle w:val="OptionLine"/>
            </w:pPr>
            <w:r>
              <w:rPr>
                <w:sz w:val="16"/>
              </w:rPr>
              <w:t>D. software that creates copies of files so they can be restored</w:t>
            </w:r>
          </w:p>
          <w:p w14:paraId="09F50ECA" w14:textId="77777777" w:rsidR="004C6ABD" w:rsidRDefault="00F35368">
            <w:pPr>
              <w:pStyle w:val="OptionLine"/>
            </w:pPr>
            <w:r>
              <w:rPr>
                <w:sz w:val="16"/>
              </w:rPr>
              <w:t>Answer: _____</w:t>
            </w:r>
          </w:p>
        </w:tc>
        <w:tc>
          <w:tcPr>
            <w:tcW w:w="5112" w:type="dxa"/>
          </w:tcPr>
          <w:p w14:paraId="1945014D" w14:textId="77777777" w:rsidR="004C6ABD" w:rsidRDefault="00F35368">
            <w:pPr>
              <w:pStyle w:val="QuestionStem"/>
            </w:pPr>
            <w:r>
              <w:rPr>
                <w:b/>
                <w:sz w:val="17"/>
              </w:rPr>
              <w:t>37. Which option is most closely associated with system software that manages hardware, software resources and provides a user interface</w:t>
            </w:r>
          </w:p>
          <w:p w14:paraId="074F9701" w14:textId="77777777" w:rsidR="004C6ABD" w:rsidRDefault="00F35368">
            <w:pPr>
              <w:pStyle w:val="OptionLine"/>
            </w:pPr>
            <w:r>
              <w:rPr>
                <w:sz w:val="16"/>
              </w:rPr>
              <w:t>A. Operating system</w:t>
            </w:r>
          </w:p>
          <w:p w14:paraId="1360C567" w14:textId="77777777" w:rsidR="004C6ABD" w:rsidRDefault="00F35368">
            <w:pPr>
              <w:pStyle w:val="OptionLine"/>
            </w:pPr>
            <w:r>
              <w:rPr>
                <w:sz w:val="16"/>
              </w:rPr>
              <w:t>B. Processor scheduling</w:t>
            </w:r>
          </w:p>
          <w:p w14:paraId="0281B133" w14:textId="77777777" w:rsidR="004C6ABD" w:rsidRDefault="00F35368">
            <w:pPr>
              <w:pStyle w:val="OptionLine"/>
            </w:pPr>
            <w:r>
              <w:rPr>
                <w:sz w:val="16"/>
              </w:rPr>
              <w:t>C. Command line interface</w:t>
            </w:r>
          </w:p>
          <w:p w14:paraId="4477AE85" w14:textId="77777777" w:rsidR="004C6ABD" w:rsidRDefault="00F35368">
            <w:pPr>
              <w:pStyle w:val="OptionLine"/>
            </w:pPr>
            <w:r>
              <w:rPr>
                <w:sz w:val="16"/>
              </w:rPr>
              <w:t>D. Peripheral management</w:t>
            </w:r>
          </w:p>
          <w:p w14:paraId="3E6EF89D" w14:textId="77777777" w:rsidR="004C6ABD" w:rsidRDefault="00F35368">
            <w:pPr>
              <w:pStyle w:val="OptionLine"/>
            </w:pPr>
            <w:r>
              <w:rPr>
                <w:sz w:val="16"/>
              </w:rPr>
              <w:t>Answer: _____</w:t>
            </w:r>
          </w:p>
        </w:tc>
      </w:tr>
      <w:tr w:rsidR="004C6ABD" w14:paraId="50403B29" w14:textId="77777777">
        <w:trPr>
          <w:cantSplit/>
          <w:jc w:val="center"/>
        </w:trPr>
        <w:tc>
          <w:tcPr>
            <w:tcW w:w="5112" w:type="dxa"/>
          </w:tcPr>
          <w:p w14:paraId="578D7EAB" w14:textId="77777777" w:rsidR="004C6ABD" w:rsidRDefault="00F35368">
            <w:pPr>
              <w:pStyle w:val="QuestionStem"/>
            </w:pPr>
            <w:r>
              <w:rPr>
                <w:b/>
                <w:sz w:val="17"/>
              </w:rPr>
              <w:t>18. A student writes about Encryption. Which statement would be correct?</w:t>
            </w:r>
          </w:p>
          <w:p w14:paraId="6A413FCF" w14:textId="77777777" w:rsidR="004C6ABD" w:rsidRDefault="00F35368">
            <w:pPr>
              <w:pStyle w:val="OptionLine"/>
            </w:pPr>
            <w:r>
              <w:rPr>
                <w:sz w:val="16"/>
              </w:rPr>
              <w:t>A. system software that manages hardware, software resources and provides a user interface</w:t>
            </w:r>
          </w:p>
          <w:p w14:paraId="6439D24C" w14:textId="77777777" w:rsidR="004C6ABD" w:rsidRDefault="00F35368">
            <w:pPr>
              <w:pStyle w:val="OptionLine"/>
            </w:pPr>
            <w:r>
              <w:rPr>
                <w:sz w:val="16"/>
              </w:rPr>
              <w:t>B. converting data into a form that cannot be read without a key</w:t>
            </w:r>
          </w:p>
          <w:p w14:paraId="19458F3E" w14:textId="77777777" w:rsidR="004C6ABD" w:rsidRDefault="00F35368">
            <w:pPr>
              <w:pStyle w:val="OptionLine"/>
            </w:pPr>
            <w:r>
              <w:rPr>
                <w:sz w:val="16"/>
              </w:rPr>
              <w:t>C. characters after a filename that often identify the file type</w:t>
            </w:r>
          </w:p>
          <w:p w14:paraId="1C950B00" w14:textId="77777777" w:rsidR="004C6ABD" w:rsidRDefault="00F35368">
            <w:pPr>
              <w:pStyle w:val="OptionLine"/>
            </w:pPr>
            <w:r>
              <w:rPr>
                <w:sz w:val="16"/>
              </w:rPr>
              <w:t>D. deciding which process gets CPU time and when</w:t>
            </w:r>
          </w:p>
          <w:p w14:paraId="1CD3D1CC" w14:textId="77777777" w:rsidR="004C6ABD" w:rsidRDefault="00F35368">
            <w:pPr>
              <w:pStyle w:val="OptionLine"/>
            </w:pPr>
            <w:r>
              <w:rPr>
                <w:sz w:val="16"/>
              </w:rPr>
              <w:t>Answer: _____</w:t>
            </w:r>
          </w:p>
        </w:tc>
        <w:tc>
          <w:tcPr>
            <w:tcW w:w="5112" w:type="dxa"/>
          </w:tcPr>
          <w:p w14:paraId="05244DF0" w14:textId="77777777" w:rsidR="004C6ABD" w:rsidRDefault="00F35368">
            <w:pPr>
              <w:pStyle w:val="QuestionStem"/>
            </w:pPr>
            <w:r>
              <w:rPr>
                <w:b/>
                <w:sz w:val="17"/>
              </w:rPr>
              <w:t>38. A student writes about User management. Which statement would be correct?</w:t>
            </w:r>
          </w:p>
          <w:p w14:paraId="5CCEA6F5" w14:textId="77777777" w:rsidR="004C6ABD" w:rsidRDefault="00F35368">
            <w:pPr>
              <w:pStyle w:val="OptionLine"/>
            </w:pPr>
            <w:r>
              <w:rPr>
                <w:sz w:val="16"/>
              </w:rPr>
              <w:t>A. permissions that control what a user can do with files or resources</w:t>
            </w:r>
          </w:p>
          <w:p w14:paraId="7EE7FCBC" w14:textId="77777777" w:rsidR="004C6ABD" w:rsidRDefault="00F35368">
            <w:pPr>
              <w:pStyle w:val="OptionLine"/>
            </w:pPr>
            <w:r>
              <w:rPr>
                <w:sz w:val="16"/>
              </w:rPr>
              <w:t>B. deciding which process gets CPU time and when</w:t>
            </w:r>
          </w:p>
          <w:p w14:paraId="24D7C28B" w14:textId="77777777" w:rsidR="004C6ABD" w:rsidRDefault="00F35368">
            <w:pPr>
              <w:pStyle w:val="OptionLine"/>
            </w:pPr>
            <w:r>
              <w:rPr>
                <w:sz w:val="16"/>
              </w:rPr>
              <w:t>C. a location used to organise files, also called a folder</w:t>
            </w:r>
          </w:p>
          <w:p w14:paraId="044F06EC" w14:textId="77777777" w:rsidR="004C6ABD" w:rsidRDefault="00F35368">
            <w:pPr>
              <w:pStyle w:val="OptionLine"/>
            </w:pPr>
            <w:r>
              <w:rPr>
                <w:sz w:val="16"/>
              </w:rPr>
              <w:t>D. creating accounts and controlling user permissions</w:t>
            </w:r>
          </w:p>
          <w:p w14:paraId="66C93697" w14:textId="77777777" w:rsidR="004C6ABD" w:rsidRDefault="00F35368">
            <w:pPr>
              <w:pStyle w:val="OptionLine"/>
            </w:pPr>
            <w:r>
              <w:rPr>
                <w:sz w:val="16"/>
              </w:rPr>
              <w:t>Answer: _____</w:t>
            </w:r>
          </w:p>
        </w:tc>
      </w:tr>
      <w:tr w:rsidR="004C6ABD" w14:paraId="2C905813" w14:textId="77777777">
        <w:trPr>
          <w:cantSplit/>
          <w:jc w:val="center"/>
        </w:trPr>
        <w:tc>
          <w:tcPr>
            <w:tcW w:w="5112" w:type="dxa"/>
          </w:tcPr>
          <w:p w14:paraId="4B2A7AD8" w14:textId="77777777" w:rsidR="004C6ABD" w:rsidRDefault="00F35368">
            <w:pPr>
              <w:pStyle w:val="QuestionStem"/>
            </w:pPr>
            <w:r>
              <w:rPr>
                <w:b/>
                <w:sz w:val="17"/>
              </w:rPr>
              <w:lastRenderedPageBreak/>
              <w:t>19. A student writes about System settings. Which statement would be correct?</w:t>
            </w:r>
          </w:p>
          <w:p w14:paraId="37B7A056" w14:textId="77777777" w:rsidR="004C6ABD" w:rsidRDefault="00F35368">
            <w:pPr>
              <w:pStyle w:val="OptionLine"/>
            </w:pPr>
            <w:r>
              <w:rPr>
                <w:sz w:val="16"/>
              </w:rPr>
              <w:t>A. configuration options controlling how the computer behaves</w:t>
            </w:r>
          </w:p>
          <w:p w14:paraId="1A8EE45A" w14:textId="77777777" w:rsidR="004C6ABD" w:rsidRDefault="00F35368">
            <w:pPr>
              <w:pStyle w:val="OptionLine"/>
            </w:pPr>
            <w:r>
              <w:rPr>
                <w:sz w:val="16"/>
              </w:rPr>
              <w:t>B. organising, naming, saving, moving and deleting files and folders</w:t>
            </w:r>
          </w:p>
          <w:p w14:paraId="76DB13C1" w14:textId="77777777" w:rsidR="004C6ABD" w:rsidRDefault="00F35368">
            <w:pPr>
              <w:pStyle w:val="OptionLine"/>
            </w:pPr>
            <w:r>
              <w:rPr>
                <w:sz w:val="16"/>
              </w:rPr>
              <w:t>C. the operating system function that allocates memory to programs and manages RAM use</w:t>
            </w:r>
          </w:p>
          <w:p w14:paraId="4D91C2C2" w14:textId="77777777" w:rsidR="004C6ABD" w:rsidRDefault="00F35368">
            <w:pPr>
              <w:pStyle w:val="OptionLine"/>
            </w:pPr>
            <w:r>
              <w:rPr>
                <w:sz w:val="16"/>
              </w:rPr>
              <w:t>D. permissions that control what a user can do with files or resources</w:t>
            </w:r>
          </w:p>
          <w:p w14:paraId="6BE958D3" w14:textId="77777777" w:rsidR="004C6ABD" w:rsidRDefault="00F35368">
            <w:pPr>
              <w:pStyle w:val="OptionLine"/>
            </w:pPr>
            <w:r>
              <w:rPr>
                <w:sz w:val="16"/>
              </w:rPr>
              <w:t>Answer: _____</w:t>
            </w:r>
          </w:p>
        </w:tc>
        <w:tc>
          <w:tcPr>
            <w:tcW w:w="5112" w:type="dxa"/>
          </w:tcPr>
          <w:p w14:paraId="72019A60" w14:textId="77777777" w:rsidR="004C6ABD" w:rsidRDefault="00F35368">
            <w:pPr>
              <w:pStyle w:val="QuestionStem"/>
            </w:pPr>
            <w:r>
              <w:rPr>
                <w:b/>
                <w:sz w:val="17"/>
              </w:rPr>
              <w:t>39. Which description correctly matches Memory management?</w:t>
            </w:r>
          </w:p>
          <w:p w14:paraId="428C3B4D" w14:textId="77777777" w:rsidR="004C6ABD" w:rsidRDefault="00F35368">
            <w:pPr>
              <w:pStyle w:val="OptionLine"/>
            </w:pPr>
            <w:r>
              <w:rPr>
                <w:sz w:val="16"/>
              </w:rPr>
              <w:t>A. creating accounts and controlling user permissions</w:t>
            </w:r>
          </w:p>
          <w:p w14:paraId="18CBDE81" w14:textId="77777777" w:rsidR="004C6ABD" w:rsidRDefault="00F35368">
            <w:pPr>
              <w:pStyle w:val="OptionLine"/>
            </w:pPr>
            <w:r>
              <w:rPr>
                <w:sz w:val="16"/>
              </w:rPr>
              <w:t>B. the operating system function that allocates memory to programs and manages RAM use</w:t>
            </w:r>
          </w:p>
          <w:p w14:paraId="6023B30F" w14:textId="77777777" w:rsidR="004C6ABD" w:rsidRDefault="00F35368">
            <w:pPr>
              <w:pStyle w:val="OptionLine"/>
            </w:pPr>
            <w:r>
              <w:rPr>
                <w:sz w:val="16"/>
              </w:rPr>
              <w:t>C. managing devices such as printers, keyboards and storage devices</w:t>
            </w:r>
          </w:p>
          <w:p w14:paraId="54992921" w14:textId="77777777" w:rsidR="004C6ABD" w:rsidRDefault="00F35368">
            <w:pPr>
              <w:pStyle w:val="OptionLine"/>
            </w:pPr>
            <w:r>
              <w:rPr>
                <w:sz w:val="16"/>
              </w:rPr>
              <w:t>D. a location used to organise files, also called a folder</w:t>
            </w:r>
          </w:p>
          <w:p w14:paraId="12CBB94C" w14:textId="77777777" w:rsidR="004C6ABD" w:rsidRDefault="00F35368">
            <w:pPr>
              <w:pStyle w:val="OptionLine"/>
            </w:pPr>
            <w:r>
              <w:rPr>
                <w:sz w:val="16"/>
              </w:rPr>
              <w:t>Answer: _____</w:t>
            </w:r>
          </w:p>
        </w:tc>
      </w:tr>
      <w:tr w:rsidR="004C6ABD" w14:paraId="59F968FA" w14:textId="77777777">
        <w:trPr>
          <w:cantSplit/>
          <w:jc w:val="center"/>
        </w:trPr>
        <w:tc>
          <w:tcPr>
            <w:tcW w:w="5112" w:type="dxa"/>
          </w:tcPr>
          <w:p w14:paraId="388FA4F9" w14:textId="77777777" w:rsidR="004C6ABD" w:rsidRDefault="00F35368">
            <w:pPr>
              <w:pStyle w:val="QuestionStem"/>
            </w:pPr>
            <w:r>
              <w:rPr>
                <w:b/>
                <w:sz w:val="17"/>
              </w:rPr>
              <w:t>20. Which description correctly matches Compression utility?</w:t>
            </w:r>
          </w:p>
          <w:p w14:paraId="79B8B6A6" w14:textId="77777777" w:rsidR="004C6ABD" w:rsidRDefault="00F35368">
            <w:pPr>
              <w:pStyle w:val="OptionLine"/>
            </w:pPr>
            <w:r>
              <w:rPr>
                <w:sz w:val="16"/>
              </w:rPr>
              <w:t>A. characters after a filename that often identify the file type</w:t>
            </w:r>
          </w:p>
          <w:p w14:paraId="3E440879" w14:textId="77777777" w:rsidR="004C6ABD" w:rsidRDefault="00F35368">
            <w:pPr>
              <w:pStyle w:val="OptionLine"/>
            </w:pPr>
            <w:r>
              <w:rPr>
                <w:sz w:val="16"/>
              </w:rPr>
              <w:t>B. software used to reduce file sizes</w:t>
            </w:r>
          </w:p>
          <w:p w14:paraId="5305E1B2" w14:textId="77777777" w:rsidR="004C6ABD" w:rsidRDefault="00F35368">
            <w:pPr>
              <w:pStyle w:val="OptionLine"/>
            </w:pPr>
            <w:r>
              <w:rPr>
                <w:sz w:val="16"/>
              </w:rPr>
              <w:t>C. an interface using windows, icons, menus and a pointer</w:t>
            </w:r>
          </w:p>
          <w:p w14:paraId="23B05E68" w14:textId="77777777" w:rsidR="004C6ABD" w:rsidRDefault="00F35368">
            <w:pPr>
              <w:pStyle w:val="OptionLine"/>
            </w:pPr>
            <w:r>
              <w:rPr>
                <w:sz w:val="16"/>
              </w:rPr>
              <w:t>D. the operating system function that allocates memory to programs and manages RAM use</w:t>
            </w:r>
          </w:p>
          <w:p w14:paraId="40226F1C" w14:textId="77777777" w:rsidR="004C6ABD" w:rsidRDefault="00F35368">
            <w:pPr>
              <w:pStyle w:val="OptionLine"/>
            </w:pPr>
            <w:r>
              <w:rPr>
                <w:sz w:val="16"/>
              </w:rPr>
              <w:t>Answer: _____</w:t>
            </w:r>
          </w:p>
        </w:tc>
        <w:tc>
          <w:tcPr>
            <w:tcW w:w="5112" w:type="dxa"/>
          </w:tcPr>
          <w:p w14:paraId="040D48E9" w14:textId="77777777" w:rsidR="004C6ABD" w:rsidRDefault="00F35368">
            <w:pPr>
              <w:pStyle w:val="QuestionStem"/>
            </w:pPr>
            <w:r>
              <w:rPr>
                <w:b/>
                <w:sz w:val="17"/>
              </w:rPr>
              <w:t>40. Which term best matches this description: software that reorganises files on a magnetic hard disk to improve access speed</w:t>
            </w:r>
          </w:p>
          <w:p w14:paraId="0CB2CDEB" w14:textId="77777777" w:rsidR="004C6ABD" w:rsidRDefault="00F35368">
            <w:pPr>
              <w:pStyle w:val="OptionLine"/>
            </w:pPr>
            <w:r>
              <w:rPr>
                <w:sz w:val="16"/>
              </w:rPr>
              <w:t>A. Security management</w:t>
            </w:r>
          </w:p>
          <w:p w14:paraId="4292577C" w14:textId="77777777" w:rsidR="004C6ABD" w:rsidRDefault="00F35368">
            <w:pPr>
              <w:pStyle w:val="OptionLine"/>
            </w:pPr>
            <w:r>
              <w:rPr>
                <w:sz w:val="16"/>
              </w:rPr>
              <w:t>B. File extension</w:t>
            </w:r>
          </w:p>
          <w:p w14:paraId="033302D9" w14:textId="77777777" w:rsidR="004C6ABD" w:rsidRDefault="00F35368">
            <w:pPr>
              <w:pStyle w:val="OptionLine"/>
            </w:pPr>
            <w:r>
              <w:rPr>
                <w:sz w:val="16"/>
              </w:rPr>
              <w:t>C. Automatic update utility</w:t>
            </w:r>
          </w:p>
          <w:p w14:paraId="5700E74B" w14:textId="77777777" w:rsidR="004C6ABD" w:rsidRDefault="00F35368">
            <w:pPr>
              <w:pStyle w:val="OptionLine"/>
            </w:pPr>
            <w:r>
              <w:rPr>
                <w:sz w:val="16"/>
              </w:rPr>
              <w:t>D. Defragmentation utility</w:t>
            </w:r>
          </w:p>
          <w:p w14:paraId="58B60562" w14:textId="77777777" w:rsidR="004C6ABD" w:rsidRDefault="00F35368">
            <w:pPr>
              <w:pStyle w:val="OptionLine"/>
            </w:pPr>
            <w:r>
              <w:rPr>
                <w:sz w:val="16"/>
              </w:rPr>
              <w:t>Answer: _____</w:t>
            </w:r>
          </w:p>
        </w:tc>
      </w:tr>
    </w:tbl>
    <w:sectPr w:rsidR="00F35368" w:rsidSect="00034616">
      <w:footerReference w:type="default" r:id="rId8"/>
      <w:pgSz w:w="12240" w:h="15840"/>
      <w:pgMar w:top="1008" w:right="1008" w:bottom="1008" w:left="1008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BD4700B" w14:textId="77777777" w:rsidR="00F35368" w:rsidRDefault="00F35368">
      <w:pPr>
        <w:spacing w:after="0" w:line="240" w:lineRule="auto"/>
      </w:pPr>
      <w:r>
        <w:separator/>
      </w:r>
    </w:p>
  </w:endnote>
  <w:endnote w:type="continuationSeparator" w:id="0">
    <w:p w14:paraId="40FE9904" w14:textId="77777777" w:rsidR="00F35368" w:rsidRDefault="00F3536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304382" w14:textId="77777777" w:rsidR="004C6ABD" w:rsidRDefault="00F35368">
    <w:pPr>
      <w:pStyle w:val="Footer"/>
      <w:jc w:val="center"/>
    </w:pPr>
    <w:r>
      <w:rPr>
        <w:sz w:val="16"/>
      </w:rPr>
      <w:t>OCR J277 GCSE Computer Science MCQ Exam-Preparation Pack - Unofficial revision resource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C741682" w14:textId="77777777" w:rsidR="00F35368" w:rsidRDefault="00F35368">
      <w:pPr>
        <w:spacing w:after="0" w:line="240" w:lineRule="auto"/>
      </w:pPr>
      <w:r>
        <w:separator/>
      </w:r>
    </w:p>
  </w:footnote>
  <w:footnote w:type="continuationSeparator" w:id="0">
    <w:p w14:paraId="1EBD150E" w14:textId="77777777" w:rsidR="00F35368" w:rsidRDefault="00F3536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62997722">
    <w:abstractNumId w:val="8"/>
  </w:num>
  <w:num w:numId="2" w16cid:durableId="1215657904">
    <w:abstractNumId w:val="6"/>
  </w:num>
  <w:num w:numId="3" w16cid:durableId="716046562">
    <w:abstractNumId w:val="5"/>
  </w:num>
  <w:num w:numId="4" w16cid:durableId="2089619016">
    <w:abstractNumId w:val="4"/>
  </w:num>
  <w:num w:numId="5" w16cid:durableId="20059235">
    <w:abstractNumId w:val="7"/>
  </w:num>
  <w:num w:numId="6" w16cid:durableId="1050812661">
    <w:abstractNumId w:val="3"/>
  </w:num>
  <w:num w:numId="7" w16cid:durableId="567568791">
    <w:abstractNumId w:val="2"/>
  </w:num>
  <w:num w:numId="8" w16cid:durableId="1392535892">
    <w:abstractNumId w:val="1"/>
  </w:num>
  <w:num w:numId="9" w16cid:durableId="182381047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66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4C6ABD"/>
    <w:rsid w:val="00630CBF"/>
    <w:rsid w:val="00AA1D8D"/>
    <w:rsid w:val="00B47730"/>
    <w:rsid w:val="00C22FC3"/>
    <w:rsid w:val="00CB0664"/>
    <w:rsid w:val="00F35368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671A98B4"/>
  <w14:defaultImageDpi w14:val="300"/>
  <w15:docId w15:val="{F287C896-E8EC-4786-BFE6-0009F71DD7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  <w:rPr>
      <w:rFonts w:ascii="Arial" w:eastAsia="Arial" w:hAnsi="Arial"/>
      <w:sz w:val="18"/>
    </w:rPr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36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8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2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u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urfulShading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urfulList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urfulList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urfulList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urfulList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urfulList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urfulList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u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urfulGrid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urfulGrid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urfulGrid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urfulGrid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urfulGrid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urfulGrid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customStyle="1" w:styleId="QuestionStem">
    <w:name w:val="QuestionStem"/>
    <w:basedOn w:val="Normal"/>
    <w:pPr>
      <w:keepLines/>
      <w:spacing w:before="40" w:after="20"/>
    </w:pPr>
  </w:style>
  <w:style w:type="paragraph" w:customStyle="1" w:styleId="OptionLine">
    <w:name w:val="OptionLine"/>
    <w:basedOn w:val="Normal"/>
    <w:pPr>
      <w:spacing w:after="0"/>
      <w:ind w:left="216"/>
    </w:pPr>
    <w:rPr>
      <w:sz w:val="17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114</Pages>
  <Words>50203</Words>
  <Characters>286163</Characters>
  <Application>Microsoft Office Word</Application>
  <DocSecurity>0</DocSecurity>
  <Lines>2384</Lines>
  <Paragraphs>671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335695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Edmund Ryan</cp:lastModifiedBy>
  <cp:revision>2</cp:revision>
  <dcterms:created xsi:type="dcterms:W3CDTF">2013-12-23T23:15:00Z</dcterms:created>
  <dcterms:modified xsi:type="dcterms:W3CDTF">2026-06-09T09:37:00Z</dcterms:modified>
  <cp:category/>
</cp:coreProperties>
</file>