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636C" w14:textId="77777777" w:rsidR="004C6ABD" w:rsidRDefault="00F35368">
      <w:pPr>
        <w:pStyle w:val="Heading1"/>
      </w:pPr>
      <w:r>
        <w:lastRenderedPageBreak/>
        <w:t>1.5 Systems software - Quiz C</w:t>
      </w:r>
    </w:p>
    <w:p w14:paraId="5DE3253C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E186A6D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7332A1A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39B7CC90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B2F789E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67987D69" w14:textId="77777777">
        <w:trPr>
          <w:cantSplit/>
          <w:jc w:val="center"/>
        </w:trPr>
        <w:tc>
          <w:tcPr>
            <w:tcW w:w="5112" w:type="dxa"/>
          </w:tcPr>
          <w:p w14:paraId="10E306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utility is most useful before restoring files after accidental deletion?</w:t>
            </w:r>
          </w:p>
          <w:p w14:paraId="706D16E9" w14:textId="77777777" w:rsidR="004C6ABD" w:rsidRDefault="00F35368">
            <w:pPr>
              <w:pStyle w:val="OptionLine"/>
            </w:pPr>
            <w:r>
              <w:rPr>
                <w:sz w:val="16"/>
              </w:rPr>
              <w:t>A. Backup utility</w:t>
            </w:r>
          </w:p>
          <w:p w14:paraId="2414ED32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converter</w:t>
            </w:r>
          </w:p>
          <w:p w14:paraId="51DC5714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highlighter</w:t>
            </w:r>
          </w:p>
          <w:p w14:paraId="0D0571C9" w14:textId="77777777" w:rsidR="004C6ABD" w:rsidRDefault="00F35368">
            <w:pPr>
              <w:pStyle w:val="OptionLine"/>
            </w:pPr>
            <w:r>
              <w:rPr>
                <w:sz w:val="16"/>
              </w:rPr>
              <w:t>D. Defragmentation utility</w:t>
            </w:r>
          </w:p>
          <w:p w14:paraId="24EAE57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272D2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Application software?</w:t>
            </w:r>
          </w:p>
          <w:p w14:paraId="6A00E1D7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 or part of a program currently being executed</w:t>
            </w:r>
          </w:p>
          <w:p w14:paraId="3EE4E14D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creates copies of files so they can be restored</w:t>
            </w:r>
          </w:p>
          <w:p w14:paraId="6DA42BE6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let users complete tasks such as writing documents or editing images</w:t>
            </w:r>
          </w:p>
          <w:p w14:paraId="4E350A18" w14:textId="77777777" w:rsidR="004C6ABD" w:rsidRDefault="00F35368">
            <w:pPr>
              <w:pStyle w:val="OptionLine"/>
            </w:pPr>
            <w:r>
              <w:rPr>
                <w:sz w:val="16"/>
              </w:rPr>
              <w:t>D. organising, naming, saving, moving and deleting files and folders</w:t>
            </w:r>
          </w:p>
          <w:p w14:paraId="63D118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EF22A2" w14:textId="77777777">
        <w:trPr>
          <w:cantSplit/>
          <w:jc w:val="center"/>
        </w:trPr>
        <w:tc>
          <w:tcPr>
            <w:tcW w:w="5112" w:type="dxa"/>
          </w:tcPr>
          <w:p w14:paraId="60101EE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Anti-malware utility. Which statement would be correct?</w:t>
            </w:r>
          </w:p>
          <w:p w14:paraId="657E6420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manages hardware, software resources and provides a user interface</w:t>
            </w:r>
          </w:p>
          <w:p w14:paraId="3CD40228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scan for, block and remove malware</w:t>
            </w:r>
          </w:p>
          <w:p w14:paraId="2C638CE7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manages the computer system and supports application software</w:t>
            </w:r>
          </w:p>
          <w:p w14:paraId="022141A1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designed to let users complete tasks such as writing documents or editing images</w:t>
            </w:r>
          </w:p>
          <w:p w14:paraId="50DF6A7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0370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a program or part of a program currently being executed</w:t>
            </w:r>
          </w:p>
          <w:p w14:paraId="6D05B452" w14:textId="77777777" w:rsidR="004C6ABD" w:rsidRDefault="00F35368">
            <w:pPr>
              <w:pStyle w:val="OptionLine"/>
            </w:pPr>
            <w:r>
              <w:rPr>
                <w:sz w:val="16"/>
              </w:rPr>
              <w:t>A. Defragmentation utility</w:t>
            </w:r>
          </w:p>
          <w:p w14:paraId="0EE39F15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</w:t>
            </w:r>
          </w:p>
          <w:p w14:paraId="4D5AB4AE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utility</w:t>
            </w:r>
          </w:p>
          <w:p w14:paraId="2BD25F10" w14:textId="77777777" w:rsidR="004C6ABD" w:rsidRDefault="00F35368">
            <w:pPr>
              <w:pStyle w:val="OptionLine"/>
            </w:pPr>
            <w:r>
              <w:rPr>
                <w:sz w:val="16"/>
              </w:rPr>
              <w:t>D. Peripheral management</w:t>
            </w:r>
          </w:p>
          <w:p w14:paraId="4095B9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D74711E" w14:textId="77777777">
        <w:trPr>
          <w:cantSplit/>
          <w:jc w:val="center"/>
        </w:trPr>
        <w:tc>
          <w:tcPr>
            <w:tcW w:w="5112" w:type="dxa"/>
          </w:tcPr>
          <w:p w14:paraId="53108EC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statement about utility software is most accurate?</w:t>
            </w:r>
          </w:p>
          <w:p w14:paraId="3D420750" w14:textId="77777777" w:rsidR="004C6ABD" w:rsidRDefault="00F35368">
            <w:pPr>
              <w:pStyle w:val="OptionLine"/>
            </w:pPr>
            <w:r>
              <w:rPr>
                <w:sz w:val="16"/>
              </w:rPr>
              <w:t>A. It is the same as a processor register</w:t>
            </w:r>
          </w:p>
          <w:p w14:paraId="291F698C" w14:textId="77777777" w:rsidR="004C6ABD" w:rsidRDefault="00F35368">
            <w:pPr>
              <w:pStyle w:val="OptionLine"/>
            </w:pPr>
            <w:r>
              <w:rPr>
                <w:sz w:val="16"/>
              </w:rPr>
              <w:t>B. It replaces all hardware</w:t>
            </w:r>
          </w:p>
          <w:p w14:paraId="3520DF66" w14:textId="77777777" w:rsidR="004C6ABD" w:rsidRDefault="00F35368">
            <w:pPr>
              <w:pStyle w:val="OptionLine"/>
            </w:pPr>
            <w:r>
              <w:rPr>
                <w:sz w:val="16"/>
              </w:rPr>
              <w:t>C. It is only used to play games</w:t>
            </w:r>
          </w:p>
          <w:p w14:paraId="49272718" w14:textId="77777777" w:rsidR="004C6ABD" w:rsidRDefault="00F35368">
            <w:pPr>
              <w:pStyle w:val="OptionLine"/>
            </w:pPr>
            <w:r>
              <w:rPr>
                <w:sz w:val="16"/>
              </w:rPr>
              <w:t>D. It performs additional tasks that may not be carried out by the operating system</w:t>
            </w:r>
          </w:p>
          <w:p w14:paraId="7E1391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FCCFC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Backup utility?</w:t>
            </w:r>
          </w:p>
          <w:p w14:paraId="060FE465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creates copies of files so they can be restored</w:t>
            </w:r>
          </w:p>
          <w:p w14:paraId="2AB9B76E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scan for, block and remove malware</w:t>
            </w:r>
          </w:p>
          <w:p w14:paraId="31BECE6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 of starting a computer and loading the operating system</w:t>
            </w:r>
          </w:p>
          <w:p w14:paraId="00011E4A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software that manages hardware, software resources and provides a user interface</w:t>
            </w:r>
          </w:p>
          <w:p w14:paraId="45F39A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55ADA50" w14:textId="77777777">
        <w:trPr>
          <w:cantSplit/>
          <w:jc w:val="center"/>
        </w:trPr>
        <w:tc>
          <w:tcPr>
            <w:tcW w:w="5112" w:type="dxa"/>
          </w:tcPr>
          <w:p w14:paraId="672463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description correctly matches Process?</w:t>
            </w:r>
          </w:p>
          <w:p w14:paraId="79FB39DB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reduce file sizes</w:t>
            </w:r>
          </w:p>
          <w:p w14:paraId="35E77D19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interface where users type text commands</w:t>
            </w:r>
          </w:p>
          <w:p w14:paraId="0CB6E959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 or part of a program currently being executed</w:t>
            </w:r>
          </w:p>
          <w:p w14:paraId="6022B6D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operating system function that allocates memory to programs and manages RAM use</w:t>
            </w:r>
          </w:p>
          <w:p w14:paraId="2ECC9F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AFDE2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Booting. Which statement would be correct?</w:t>
            </w:r>
          </w:p>
          <w:p w14:paraId="78EEE356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creates copies of files so they can be restored</w:t>
            </w:r>
          </w:p>
          <w:p w14:paraId="7F94533F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reduce file sizes</w:t>
            </w:r>
          </w:p>
          <w:p w14:paraId="784AA59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 of starting a computer and loading the operating system</w:t>
            </w:r>
          </w:p>
          <w:p w14:paraId="62BEE4D2" w14:textId="77777777" w:rsidR="004C6ABD" w:rsidRDefault="00F35368">
            <w:pPr>
              <w:pStyle w:val="OptionLine"/>
            </w:pPr>
            <w:r>
              <w:rPr>
                <w:sz w:val="16"/>
              </w:rPr>
              <w:t>D. features that help users with different needs access the system</w:t>
            </w:r>
          </w:p>
          <w:p w14:paraId="505D463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04CC88" w14:textId="77777777">
        <w:trPr>
          <w:cantSplit/>
          <w:jc w:val="center"/>
        </w:trPr>
        <w:tc>
          <w:tcPr>
            <w:tcW w:w="5112" w:type="dxa"/>
          </w:tcPr>
          <w:p w14:paraId="2975E2F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OS function allows a printer to work with the computer?</w:t>
            </w:r>
          </w:p>
          <w:p w14:paraId="2A91D908" w14:textId="77777777" w:rsidR="004C6ABD" w:rsidRDefault="00F35368">
            <w:pPr>
              <w:pStyle w:val="OptionLine"/>
            </w:pPr>
            <w:r>
              <w:rPr>
                <w:sz w:val="16"/>
              </w:rPr>
              <w:t>A. Peripheral management and drivers</w:t>
            </w:r>
          </w:p>
          <w:p w14:paraId="383FC892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search</w:t>
            </w:r>
          </w:p>
          <w:p w14:paraId="01FE5984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Lossy compression</w:t>
            </w:r>
          </w:p>
          <w:p w14:paraId="15BCD394" w14:textId="77777777" w:rsidR="004C6ABD" w:rsidRDefault="00F35368">
            <w:pPr>
              <w:pStyle w:val="OptionLine"/>
            </w:pPr>
            <w:r>
              <w:rPr>
                <w:sz w:val="16"/>
              </w:rPr>
              <w:t>D. Unicode</w:t>
            </w:r>
          </w:p>
          <w:p w14:paraId="080D98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94DF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Accessibility settings. Which statement would be correct?</w:t>
            </w:r>
          </w:p>
          <w:p w14:paraId="4654DE90" w14:textId="77777777" w:rsidR="004C6ABD" w:rsidRDefault="00F35368">
            <w:pPr>
              <w:pStyle w:val="OptionLine"/>
            </w:pPr>
            <w:r>
              <w:rPr>
                <w:sz w:val="16"/>
              </w:rPr>
              <w:t>A. organising, naming, saving, moving and deleting files and folders</w:t>
            </w:r>
          </w:p>
          <w:p w14:paraId="40EB0C6F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or switching between more than one program at a time</w:t>
            </w:r>
          </w:p>
          <w:p w14:paraId="1448DB2A" w14:textId="77777777" w:rsidR="004C6ABD" w:rsidRDefault="00F35368">
            <w:pPr>
              <w:pStyle w:val="OptionLine"/>
            </w:pPr>
            <w:r>
              <w:rPr>
                <w:sz w:val="16"/>
              </w:rPr>
              <w:t>C. features that help users with different needs access the system</w:t>
            </w:r>
          </w:p>
          <w:p w14:paraId="4A0C8FC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core part of an operating system that manages key hardware and system resources</w:t>
            </w:r>
          </w:p>
          <w:p w14:paraId="5EF3D3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BF63CD" w14:textId="77777777">
        <w:trPr>
          <w:cantSplit/>
          <w:jc w:val="center"/>
        </w:trPr>
        <w:tc>
          <w:tcPr>
            <w:tcW w:w="5112" w:type="dxa"/>
          </w:tcPr>
          <w:p w14:paraId="122755C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utility is most relevant to reducing the size of a folder before emailing it?</w:t>
            </w:r>
          </w:p>
          <w:p w14:paraId="0A116026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Compression utility</w:t>
            </w:r>
          </w:p>
          <w:p w14:paraId="57A24A86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Processor scheduler</w:t>
            </w:r>
          </w:p>
          <w:p w14:paraId="0811E3C7" w14:textId="77777777" w:rsidR="004C6ABD" w:rsidRDefault="00F35368">
            <w:pPr>
              <w:pStyle w:val="OptionLine"/>
            </w:pPr>
            <w:r>
              <w:rPr>
                <w:sz w:val="16"/>
              </w:rPr>
              <w:t>C. Device driver</w:t>
            </w:r>
          </w:p>
          <w:p w14:paraId="315C0EC1" w14:textId="77777777" w:rsidR="004C6ABD" w:rsidRDefault="00F35368">
            <w:pPr>
              <w:pStyle w:val="OptionLine"/>
            </w:pPr>
            <w:r>
              <w:rPr>
                <w:sz w:val="16"/>
              </w:rPr>
              <w:t>D. Anti-malware utility</w:t>
            </w:r>
          </w:p>
          <w:p w14:paraId="33AEC4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2A9BA4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configuration options controlling how the computer behaves</w:t>
            </w:r>
          </w:p>
          <w:p w14:paraId="545D441C" w14:textId="77777777" w:rsidR="004C6ABD" w:rsidRDefault="00F35368">
            <w:pPr>
              <w:pStyle w:val="OptionLine"/>
            </w:pPr>
            <w:r>
              <w:rPr>
                <w:sz w:val="16"/>
              </w:rPr>
              <w:t>A. Anti-malware utility</w:t>
            </w:r>
          </w:p>
          <w:p w14:paraId="190AD717" w14:textId="77777777" w:rsidR="004C6ABD" w:rsidRDefault="00F35368">
            <w:pPr>
              <w:pStyle w:val="OptionLine"/>
            </w:pPr>
            <w:r>
              <w:rPr>
                <w:sz w:val="16"/>
              </w:rPr>
              <w:t>B. Defragmentation utility</w:t>
            </w:r>
          </w:p>
          <w:p w14:paraId="4FEA5CEE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settings</w:t>
            </w:r>
          </w:p>
          <w:p w14:paraId="6CFBEC8D" w14:textId="77777777" w:rsidR="004C6ABD" w:rsidRDefault="00F35368">
            <w:pPr>
              <w:pStyle w:val="OptionLine"/>
            </w:pPr>
            <w:r>
              <w:rPr>
                <w:sz w:val="16"/>
              </w:rPr>
              <w:t>D. Device driver</w:t>
            </w:r>
          </w:p>
          <w:p w14:paraId="17AED2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5DE0F9F" w14:textId="77777777">
        <w:trPr>
          <w:cantSplit/>
          <w:jc w:val="center"/>
        </w:trPr>
        <w:tc>
          <w:tcPr>
            <w:tcW w:w="5112" w:type="dxa"/>
          </w:tcPr>
          <w:p w14:paraId="51646A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description correctly matches Encryption?</w:t>
            </w:r>
          </w:p>
          <w:p w14:paraId="1468681D" w14:textId="77777777" w:rsidR="004C6ABD" w:rsidRDefault="00F35368">
            <w:pPr>
              <w:pStyle w:val="OptionLine"/>
            </w:pPr>
            <w:r>
              <w:rPr>
                <w:sz w:val="16"/>
              </w:rPr>
              <w:t>A. converting data into a form that cannot be read without a key</w:t>
            </w:r>
          </w:p>
          <w:p w14:paraId="046EE6F9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scan for, block and remove malware</w:t>
            </w:r>
          </w:p>
          <w:p w14:paraId="2D9F880B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let users complete tasks such as writing documents or editing images</w:t>
            </w:r>
          </w:p>
          <w:p w14:paraId="5C32E091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manages the computer system and supports application software</w:t>
            </w:r>
          </w:p>
          <w:p w14:paraId="26DDFAF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CF1728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Accessibility settings?</w:t>
            </w:r>
          </w:p>
          <w:p w14:paraId="45C28F1D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scan for, block and remove malware</w:t>
            </w:r>
          </w:p>
          <w:p w14:paraId="53F9139E" w14:textId="77777777" w:rsidR="004C6ABD" w:rsidRDefault="00F35368">
            <w:pPr>
              <w:pStyle w:val="OptionLine"/>
            </w:pPr>
            <w:r>
              <w:rPr>
                <w:sz w:val="16"/>
              </w:rPr>
              <w:t>B. managing devices such as printers, keyboards and storage devices</w:t>
            </w:r>
          </w:p>
          <w:p w14:paraId="15726433" w14:textId="77777777" w:rsidR="004C6ABD" w:rsidRDefault="00F35368">
            <w:pPr>
              <w:pStyle w:val="OptionLine"/>
            </w:pPr>
            <w:r>
              <w:rPr>
                <w:sz w:val="16"/>
              </w:rPr>
              <w:t>C. features that help users with different needs access the system</w:t>
            </w:r>
          </w:p>
          <w:p w14:paraId="607ABD29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allows the operating system to communicate with hardware</w:t>
            </w:r>
          </w:p>
          <w:p w14:paraId="5FB7B66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7DFE78" w14:textId="77777777">
        <w:trPr>
          <w:cantSplit/>
          <w:jc w:val="center"/>
        </w:trPr>
        <w:tc>
          <w:tcPr>
            <w:tcW w:w="5112" w:type="dxa"/>
          </w:tcPr>
          <w:p w14:paraId="530A1E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System software. Which statement would be correct?</w:t>
            </w:r>
          </w:p>
          <w:p w14:paraId="462FCA04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scramble files or drives so they need a key to read</w:t>
            </w:r>
          </w:p>
          <w:p w14:paraId="3265C782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permissions that control what a user can do with files or resources</w:t>
            </w:r>
          </w:p>
          <w:p w14:paraId="05A387B8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manages the computer system and supports application software</w:t>
            </w:r>
          </w:p>
          <w:p w14:paraId="6D9A47E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core part of an operating system that manages key hardware and system resources</w:t>
            </w:r>
          </w:p>
          <w:p w14:paraId="52C458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18DD20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software that allows the operating system to communicate with hardware</w:t>
            </w:r>
          </w:p>
          <w:p w14:paraId="48BF68A7" w14:textId="77777777" w:rsidR="004C6ABD" w:rsidRDefault="00F35368">
            <w:pPr>
              <w:pStyle w:val="OptionLine"/>
            </w:pPr>
            <w:r>
              <w:rPr>
                <w:sz w:val="16"/>
              </w:rPr>
              <w:t>A. Peripheral management</w:t>
            </w:r>
          </w:p>
          <w:p w14:paraId="721EB026" w14:textId="77777777" w:rsidR="004C6ABD" w:rsidRDefault="00F35368">
            <w:pPr>
              <w:pStyle w:val="OptionLine"/>
            </w:pPr>
            <w:r>
              <w:rPr>
                <w:sz w:val="16"/>
              </w:rPr>
              <w:t>B. Directory</w:t>
            </w:r>
          </w:p>
          <w:p w14:paraId="1E5887B6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settings</w:t>
            </w:r>
          </w:p>
          <w:p w14:paraId="455B05CB" w14:textId="77777777" w:rsidR="004C6ABD" w:rsidRDefault="00F35368">
            <w:pPr>
              <w:pStyle w:val="OptionLine"/>
            </w:pPr>
            <w:r>
              <w:rPr>
                <w:sz w:val="16"/>
              </w:rPr>
              <w:t>D. Device driver</w:t>
            </w:r>
          </w:p>
          <w:p w14:paraId="4FFA0A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B9840B" w14:textId="77777777">
        <w:trPr>
          <w:cantSplit/>
          <w:jc w:val="center"/>
        </w:trPr>
        <w:tc>
          <w:tcPr>
            <w:tcW w:w="5112" w:type="dxa"/>
          </w:tcPr>
          <w:p w14:paraId="6A9815D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Security management. Which statement would be correct?</w:t>
            </w:r>
          </w:p>
          <w:p w14:paraId="6789ACB2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protecting the system through logins, permissions and updates</w:t>
            </w:r>
          </w:p>
          <w:p w14:paraId="27B3043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downloads and installs fixes or new versions</w:t>
            </w:r>
          </w:p>
          <w:p w14:paraId="19B5FD90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used to reduce file sizes</w:t>
            </w:r>
          </w:p>
          <w:p w14:paraId="75CD44A4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used to organise files, also called a folder</w:t>
            </w:r>
          </w:p>
          <w:p w14:paraId="5ECF44C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08E9A9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Disk cleanup utility. Which statement would be correct?</w:t>
            </w:r>
          </w:p>
          <w:p w14:paraId="09CCE527" w14:textId="77777777" w:rsidR="004C6ABD" w:rsidRDefault="00F35368">
            <w:pPr>
              <w:pStyle w:val="OptionLine"/>
            </w:pPr>
            <w:r>
              <w:rPr>
                <w:sz w:val="16"/>
              </w:rPr>
              <w:t>A. running or switching between more than one program at a time</w:t>
            </w:r>
          </w:p>
          <w:p w14:paraId="147FC44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removes unnecessary files to free storage space</w:t>
            </w:r>
          </w:p>
          <w:p w14:paraId="049A0A6D" w14:textId="77777777" w:rsidR="004C6ABD" w:rsidRDefault="00F35368">
            <w:pPr>
              <w:pStyle w:val="OptionLine"/>
            </w:pPr>
            <w:r>
              <w:rPr>
                <w:sz w:val="16"/>
              </w:rPr>
              <w:t>C. characters after a filename that often identify the file type</w:t>
            </w:r>
          </w:p>
          <w:p w14:paraId="248EAC4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operating system function that allocates memory to programs and manages RAM use</w:t>
            </w:r>
          </w:p>
          <w:p w14:paraId="1073C78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7E30B5" w14:textId="77777777">
        <w:trPr>
          <w:cantSplit/>
          <w:jc w:val="center"/>
        </w:trPr>
        <w:tc>
          <w:tcPr>
            <w:tcW w:w="5112" w:type="dxa"/>
          </w:tcPr>
          <w:p w14:paraId="1C0B6E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Command line interface. Which statement would be correct?</w:t>
            </w:r>
          </w:p>
          <w:p w14:paraId="7D90141C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manages hardware, software resources and provides a user interface</w:t>
            </w:r>
          </w:p>
          <w:p w14:paraId="1B60781A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interface using windows, icons, menus and a pointer</w:t>
            </w:r>
          </w:p>
          <w:p w14:paraId="5EEC2FB8" w14:textId="77777777" w:rsidR="004C6ABD" w:rsidRDefault="00F35368">
            <w:pPr>
              <w:pStyle w:val="OptionLine"/>
            </w:pPr>
            <w:r>
              <w:rPr>
                <w:sz w:val="16"/>
              </w:rPr>
              <w:t>C. converting data into a form that cannot be read without a key</w:t>
            </w:r>
          </w:p>
          <w:p w14:paraId="25EFA17A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where users type text commands</w:t>
            </w:r>
          </w:p>
          <w:p w14:paraId="751293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C18C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is an example of application software rather than system software?</w:t>
            </w:r>
          </w:p>
          <w:p w14:paraId="7049BD77" w14:textId="77777777" w:rsidR="004C6ABD" w:rsidRDefault="00F35368">
            <w:pPr>
              <w:pStyle w:val="OptionLine"/>
            </w:pPr>
            <w:r>
              <w:rPr>
                <w:sz w:val="16"/>
              </w:rPr>
              <w:t>A. Device driver</w:t>
            </w:r>
          </w:p>
          <w:p w14:paraId="57F660FC" w14:textId="77777777" w:rsidR="004C6ABD" w:rsidRDefault="00F35368">
            <w:pPr>
              <w:pStyle w:val="OptionLine"/>
            </w:pPr>
            <w:r>
              <w:rPr>
                <w:sz w:val="16"/>
              </w:rPr>
              <w:t>B. Backup utility</w:t>
            </w:r>
          </w:p>
          <w:p w14:paraId="21F38CF9" w14:textId="77777777" w:rsidR="004C6ABD" w:rsidRDefault="00F35368">
            <w:pPr>
              <w:pStyle w:val="OptionLine"/>
            </w:pPr>
            <w:r>
              <w:rPr>
                <w:sz w:val="16"/>
              </w:rPr>
              <w:t>C. Operating system</w:t>
            </w:r>
          </w:p>
          <w:p w14:paraId="1773F5BD" w14:textId="77777777" w:rsidR="004C6ABD" w:rsidRDefault="00F35368">
            <w:pPr>
              <w:pStyle w:val="OptionLine"/>
            </w:pPr>
            <w:r>
              <w:rPr>
                <w:sz w:val="16"/>
              </w:rPr>
              <w:t>D. Word processor</w:t>
            </w:r>
          </w:p>
          <w:p w14:paraId="56A71F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B07B197" w14:textId="77777777">
        <w:trPr>
          <w:cantSplit/>
          <w:jc w:val="center"/>
        </w:trPr>
        <w:tc>
          <w:tcPr>
            <w:tcW w:w="5112" w:type="dxa"/>
          </w:tcPr>
          <w:p w14:paraId="581F7E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Processor scheduling. Which statement would be correct?</w:t>
            </w:r>
          </w:p>
          <w:p w14:paraId="4B3C1A32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scan for, block and remove malware</w:t>
            </w:r>
          </w:p>
          <w:p w14:paraId="5BC5D70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removes unnecessary files to free storage space</w:t>
            </w:r>
          </w:p>
          <w:p w14:paraId="4FD78388" w14:textId="77777777" w:rsidR="004C6ABD" w:rsidRDefault="00F35368">
            <w:pPr>
              <w:pStyle w:val="OptionLine"/>
            </w:pPr>
            <w:r>
              <w:rPr>
                <w:sz w:val="16"/>
              </w:rPr>
              <w:t>C. organising, naming, saving, moving and deleting files and folders</w:t>
            </w:r>
          </w:p>
          <w:p w14:paraId="19DDDDA3" w14:textId="77777777" w:rsidR="004C6ABD" w:rsidRDefault="00F35368">
            <w:pPr>
              <w:pStyle w:val="OptionLine"/>
            </w:pPr>
            <w:r>
              <w:rPr>
                <w:sz w:val="16"/>
              </w:rPr>
              <w:t>D. deciding which process gets CPU time and when</w:t>
            </w:r>
          </w:p>
          <w:p w14:paraId="6F8C78E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0702B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A student writes about Backup utility. Which statement would be correct?</w:t>
            </w:r>
          </w:p>
          <w:p w14:paraId="57002DBA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interface using windows, icons, menus and a pointer</w:t>
            </w:r>
          </w:p>
          <w:p w14:paraId="3CE70D2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creates copies of files so they can be restored</w:t>
            </w:r>
          </w:p>
          <w:p w14:paraId="06F0E0DF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accounts and controlling user permissions</w:t>
            </w:r>
          </w:p>
          <w:p w14:paraId="61EF91F8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where users type text commands</w:t>
            </w:r>
          </w:p>
          <w:p w14:paraId="3EBFB17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8EDB60" w14:textId="77777777">
        <w:trPr>
          <w:cantSplit/>
          <w:jc w:val="center"/>
        </w:trPr>
        <w:tc>
          <w:tcPr>
            <w:tcW w:w="5112" w:type="dxa"/>
          </w:tcPr>
          <w:p w14:paraId="5134D0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features that help users with different needs access the system</w:t>
            </w:r>
          </w:p>
          <w:p w14:paraId="723999AF" w14:textId="77777777" w:rsidR="004C6ABD" w:rsidRDefault="00F35368">
            <w:pPr>
              <w:pStyle w:val="OptionLine"/>
            </w:pPr>
            <w:r>
              <w:rPr>
                <w:sz w:val="16"/>
              </w:rPr>
              <w:t>A. Automatic update utility</w:t>
            </w:r>
          </w:p>
          <w:p w14:paraId="26C9CE67" w14:textId="77777777" w:rsidR="004C6ABD" w:rsidRDefault="00F35368">
            <w:pPr>
              <w:pStyle w:val="OptionLine"/>
            </w:pPr>
            <w:r>
              <w:rPr>
                <w:sz w:val="16"/>
              </w:rPr>
              <w:t>B. Disk cleanup utility</w:t>
            </w:r>
          </w:p>
          <w:p w14:paraId="27001AC3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Accessibility settings</w:t>
            </w:r>
          </w:p>
          <w:p w14:paraId="4A0F8068" w14:textId="77777777" w:rsidR="004C6ABD" w:rsidRDefault="00F35368">
            <w:pPr>
              <w:pStyle w:val="OptionLine"/>
            </w:pPr>
            <w:r>
              <w:rPr>
                <w:sz w:val="16"/>
              </w:rPr>
              <w:t>D. Defragmentation utility</w:t>
            </w:r>
          </w:p>
          <w:p w14:paraId="4FBE004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1C9B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the way a user interacts with a computer system</w:t>
            </w:r>
          </w:p>
          <w:p w14:paraId="2F8EE771" w14:textId="77777777" w:rsidR="004C6ABD" w:rsidRDefault="00F35368">
            <w:pPr>
              <w:pStyle w:val="OptionLine"/>
            </w:pPr>
            <w:r>
              <w:rPr>
                <w:sz w:val="16"/>
              </w:rPr>
              <w:t>A. Print spooler</w:t>
            </w:r>
          </w:p>
          <w:p w14:paraId="1851AEB9" w14:textId="77777777" w:rsidR="004C6ABD" w:rsidRDefault="00F35368">
            <w:pPr>
              <w:pStyle w:val="OptionLine"/>
            </w:pPr>
            <w:r>
              <w:rPr>
                <w:sz w:val="16"/>
              </w:rPr>
              <w:t>B. Backup utility</w:t>
            </w:r>
          </w:p>
          <w:p w14:paraId="10A8AC6D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interface</w:t>
            </w:r>
          </w:p>
          <w:p w14:paraId="31EB946F" w14:textId="77777777" w:rsidR="004C6ABD" w:rsidRDefault="00F35368">
            <w:pPr>
              <w:pStyle w:val="OptionLine"/>
            </w:pPr>
            <w:r>
              <w:rPr>
                <w:sz w:val="16"/>
              </w:rPr>
              <w:t>D. Application software</w:t>
            </w:r>
          </w:p>
          <w:p w14:paraId="35AA411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2ADE11" w14:textId="77777777">
        <w:trPr>
          <w:cantSplit/>
          <w:jc w:val="center"/>
        </w:trPr>
        <w:tc>
          <w:tcPr>
            <w:tcW w:w="5112" w:type="dxa"/>
          </w:tcPr>
          <w:p w14:paraId="0682E6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software that manages the computer system and supports application software</w:t>
            </w:r>
          </w:p>
          <w:p w14:paraId="66D30EDA" w14:textId="77777777" w:rsidR="004C6ABD" w:rsidRDefault="00F35368">
            <w:pPr>
              <w:pStyle w:val="OptionLine"/>
            </w:pPr>
            <w:r>
              <w:rPr>
                <w:sz w:val="16"/>
              </w:rPr>
              <w:t>A. Multitasking</w:t>
            </w:r>
          </w:p>
          <w:p w14:paraId="49EDAF6A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extension</w:t>
            </w:r>
          </w:p>
          <w:p w14:paraId="3E6F56C4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software</w:t>
            </w:r>
          </w:p>
          <w:p w14:paraId="50606E33" w14:textId="77777777" w:rsidR="004C6ABD" w:rsidRDefault="00F35368">
            <w:pPr>
              <w:pStyle w:val="OptionLine"/>
            </w:pPr>
            <w:r>
              <w:rPr>
                <w:sz w:val="16"/>
              </w:rPr>
              <w:t>D. Kernel</w:t>
            </w:r>
          </w:p>
          <w:p w14:paraId="1E7081E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3554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the core part of an operating system that manages key hardware and system resources</w:t>
            </w:r>
          </w:p>
          <w:p w14:paraId="61F42EE3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</w:t>
            </w:r>
          </w:p>
          <w:p w14:paraId="6FB7A622" w14:textId="77777777" w:rsidR="004C6ABD" w:rsidRDefault="00F35368">
            <w:pPr>
              <w:pStyle w:val="OptionLine"/>
            </w:pPr>
            <w:r>
              <w:rPr>
                <w:sz w:val="16"/>
              </w:rPr>
              <w:t>B. Kernel</w:t>
            </w:r>
          </w:p>
          <w:p w14:paraId="736D673A" w14:textId="77777777" w:rsidR="004C6ABD" w:rsidRDefault="00F35368">
            <w:pPr>
              <w:pStyle w:val="OptionLine"/>
            </w:pPr>
            <w:r>
              <w:rPr>
                <w:sz w:val="16"/>
              </w:rPr>
              <w:t>C. Application software</w:t>
            </w:r>
          </w:p>
          <w:p w14:paraId="471E0618" w14:textId="77777777" w:rsidR="004C6ABD" w:rsidRDefault="00F35368">
            <w:pPr>
              <w:pStyle w:val="OptionLine"/>
            </w:pPr>
            <w:r>
              <w:rPr>
                <w:sz w:val="16"/>
              </w:rPr>
              <w:t>D. Booting</w:t>
            </w:r>
          </w:p>
          <w:p w14:paraId="65DCA17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5260865" w14:textId="77777777">
        <w:trPr>
          <w:cantSplit/>
          <w:jc w:val="center"/>
        </w:trPr>
        <w:tc>
          <w:tcPr>
            <w:tcW w:w="5112" w:type="dxa"/>
          </w:tcPr>
          <w:p w14:paraId="739626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A student writes about Application software. Which statement would be correct?</w:t>
            </w:r>
          </w:p>
          <w:p w14:paraId="625CD8D3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scramble files or drives so they need a key to read</w:t>
            </w:r>
          </w:p>
          <w:p w14:paraId="1EF704E0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characters after a filename that often identify the file type</w:t>
            </w:r>
          </w:p>
          <w:p w14:paraId="0582C046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let users complete tasks such as writing documents or editing images</w:t>
            </w:r>
          </w:p>
          <w:p w14:paraId="0416E811" w14:textId="77777777" w:rsidR="004C6ABD" w:rsidRDefault="00F35368">
            <w:pPr>
              <w:pStyle w:val="OptionLine"/>
            </w:pPr>
            <w:r>
              <w:rPr>
                <w:sz w:val="16"/>
              </w:rPr>
              <w:t>D. converting data into a form that cannot be read without a key</w:t>
            </w:r>
          </w:p>
          <w:p w14:paraId="7DD195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562B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Graphical user interface?</w:t>
            </w:r>
          </w:p>
          <w:p w14:paraId="40E03848" w14:textId="77777777" w:rsidR="004C6ABD" w:rsidRDefault="00F35368">
            <w:pPr>
              <w:pStyle w:val="OptionLine"/>
            </w:pPr>
            <w:r>
              <w:rPr>
                <w:sz w:val="16"/>
              </w:rPr>
              <w:t>A. organising, naming, saving, moving and deleting files and folders</w:t>
            </w:r>
          </w:p>
          <w:p w14:paraId="74DBEE81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reorganises files on a magnetic hard disk to improve access speed</w:t>
            </w:r>
          </w:p>
          <w:p w14:paraId="3459CE9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way a user interacts with a computer system</w:t>
            </w:r>
          </w:p>
          <w:p w14:paraId="745736EB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using windows, icons, menus and a pointer</w:t>
            </w:r>
          </w:p>
          <w:p w14:paraId="50E2BAD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5E3597" w14:textId="77777777">
        <w:trPr>
          <w:cantSplit/>
          <w:jc w:val="center"/>
        </w:trPr>
        <w:tc>
          <w:tcPr>
            <w:tcW w:w="5112" w:type="dxa"/>
          </w:tcPr>
          <w:p w14:paraId="3F1CD91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Utility software?</w:t>
            </w:r>
          </w:p>
          <w:p w14:paraId="50C03ADD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protecting the system through logins, permissions and updates</w:t>
            </w:r>
          </w:p>
          <w:p w14:paraId="799F1A61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67C4033B" w14:textId="77777777" w:rsidR="004C6ABD" w:rsidRDefault="00F35368">
            <w:pPr>
              <w:pStyle w:val="OptionLine"/>
            </w:pPr>
            <w:r>
              <w:rPr>
                <w:sz w:val="16"/>
              </w:rPr>
              <w:t>C. permissions that control what a user can do with files or resources</w:t>
            </w:r>
          </w:p>
          <w:p w14:paraId="65BCE258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software that performs additional maintenance or support tasks</w:t>
            </w:r>
          </w:p>
          <w:p w14:paraId="1A444A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8DB6BC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User interface. Which statement would be correct?</w:t>
            </w:r>
          </w:p>
          <w:p w14:paraId="24C2DB88" w14:textId="77777777" w:rsidR="004C6ABD" w:rsidRDefault="00F35368">
            <w:pPr>
              <w:pStyle w:val="OptionLine"/>
            </w:pPr>
            <w:r>
              <w:rPr>
                <w:sz w:val="16"/>
              </w:rPr>
              <w:t>A. configuration options controlling how the computer behaves</w:t>
            </w:r>
          </w:p>
          <w:p w14:paraId="626CBE4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 of starting a computer and loading the operating system</w:t>
            </w:r>
          </w:p>
          <w:p w14:paraId="00CBB941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allows the operating system to communicate with hardware</w:t>
            </w:r>
          </w:p>
          <w:p w14:paraId="228EACD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way a user interacts with a computer system</w:t>
            </w:r>
          </w:p>
          <w:p w14:paraId="5689466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E82935A" w14:textId="77777777">
        <w:trPr>
          <w:cantSplit/>
          <w:jc w:val="center"/>
        </w:trPr>
        <w:tc>
          <w:tcPr>
            <w:tcW w:w="5112" w:type="dxa"/>
          </w:tcPr>
          <w:p w14:paraId="183AE0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Peripheral management. Which statement would be correct?</w:t>
            </w:r>
          </w:p>
          <w:p w14:paraId="25C2CDFD" w14:textId="77777777" w:rsidR="004C6ABD" w:rsidRDefault="00F35368">
            <w:pPr>
              <w:pStyle w:val="OptionLine"/>
            </w:pPr>
            <w:r>
              <w:rPr>
                <w:sz w:val="16"/>
              </w:rPr>
              <w:t>A. features that help users with different needs access the system</w:t>
            </w:r>
          </w:p>
          <w:p w14:paraId="3D652DB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scramble files or drives so they need a key to read</w:t>
            </w:r>
          </w:p>
          <w:p w14:paraId="6D969D6A" w14:textId="77777777" w:rsidR="004C6ABD" w:rsidRDefault="00F35368">
            <w:pPr>
              <w:pStyle w:val="OptionLine"/>
            </w:pPr>
            <w:r>
              <w:rPr>
                <w:sz w:val="16"/>
              </w:rPr>
              <w:t>C. managing devices such as printers, keyboards and storage devices</w:t>
            </w:r>
          </w:p>
          <w:p w14:paraId="4621DB9A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downloads and installs fixes or new versions</w:t>
            </w:r>
          </w:p>
          <w:p w14:paraId="1BF272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230E4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OS feature helps users with visual impairments by enlarging screen content?</w:t>
            </w:r>
          </w:p>
          <w:p w14:paraId="3EE7AA8F" w14:textId="77777777" w:rsidR="004C6ABD" w:rsidRDefault="00F35368">
            <w:pPr>
              <w:pStyle w:val="OptionLine"/>
            </w:pPr>
            <w:r>
              <w:rPr>
                <w:sz w:val="16"/>
              </w:rPr>
              <w:t>A. Defragmentation</w:t>
            </w:r>
          </w:p>
          <w:p w14:paraId="588717F3" w14:textId="77777777" w:rsidR="004C6ABD" w:rsidRDefault="00F35368">
            <w:pPr>
              <w:pStyle w:val="OptionLine"/>
            </w:pPr>
            <w:r>
              <w:rPr>
                <w:sz w:val="16"/>
              </w:rPr>
              <w:t>B. SQL injection</w:t>
            </w:r>
          </w:p>
          <w:p w14:paraId="51AEA39C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Accessibility settings</w:t>
            </w:r>
          </w:p>
          <w:p w14:paraId="33C78BD0" w14:textId="77777777" w:rsidR="004C6ABD" w:rsidRDefault="00F35368">
            <w:pPr>
              <w:pStyle w:val="OptionLine"/>
            </w:pPr>
            <w:r>
              <w:rPr>
                <w:sz w:val="16"/>
              </w:rPr>
              <w:t>D. POP</w:t>
            </w:r>
          </w:p>
          <w:p w14:paraId="094B72D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417EA0" w14:textId="77777777">
        <w:trPr>
          <w:cantSplit/>
          <w:jc w:val="center"/>
        </w:trPr>
        <w:tc>
          <w:tcPr>
            <w:tcW w:w="5112" w:type="dxa"/>
          </w:tcPr>
          <w:p w14:paraId="625BC25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Compression utility. Which statement would be correct?</w:t>
            </w:r>
          </w:p>
          <w:p w14:paraId="753AFA29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interface using windows, icons, menus and a pointer</w:t>
            </w:r>
          </w:p>
          <w:p w14:paraId="729BFB71" w14:textId="77777777" w:rsidR="004C6ABD" w:rsidRDefault="00F35368">
            <w:pPr>
              <w:pStyle w:val="OptionLine"/>
            </w:pPr>
            <w:r>
              <w:rPr>
                <w:sz w:val="16"/>
              </w:rPr>
              <w:t>B. converting data into a form that cannot be read without a key</w:t>
            </w:r>
          </w:p>
          <w:p w14:paraId="650A0453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queues print jobs before they are sent to a printer</w:t>
            </w:r>
          </w:p>
          <w:p w14:paraId="4C54E21B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reduce file sizes</w:t>
            </w:r>
          </w:p>
          <w:p w14:paraId="6F730C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B79E9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the operating system function that allocates memory to programs and manages RAM use</w:t>
            </w:r>
          </w:p>
          <w:p w14:paraId="3E4C635F" w14:textId="77777777" w:rsidR="004C6ABD" w:rsidRDefault="00F35368">
            <w:pPr>
              <w:pStyle w:val="OptionLine"/>
            </w:pPr>
            <w:r>
              <w:rPr>
                <w:sz w:val="16"/>
              </w:rPr>
              <w:t>A. Graphical user interface</w:t>
            </w:r>
          </w:p>
          <w:p w14:paraId="138CFCCB" w14:textId="77777777" w:rsidR="004C6ABD" w:rsidRDefault="00F35368">
            <w:pPr>
              <w:pStyle w:val="OptionLine"/>
            </w:pPr>
            <w:r>
              <w:rPr>
                <w:sz w:val="16"/>
              </w:rPr>
              <w:t>B. Booting</w:t>
            </w:r>
          </w:p>
          <w:p w14:paraId="22CAC3F3" w14:textId="77777777" w:rsidR="004C6ABD" w:rsidRDefault="00F35368">
            <w:pPr>
              <w:pStyle w:val="OptionLine"/>
            </w:pPr>
            <w:r>
              <w:rPr>
                <w:sz w:val="16"/>
              </w:rPr>
              <w:t>C. Disk cleanup utility</w:t>
            </w:r>
          </w:p>
          <w:p w14:paraId="57CC10B3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management</w:t>
            </w:r>
          </w:p>
          <w:p w14:paraId="4AA991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31226B6" w14:textId="77777777">
        <w:trPr>
          <w:cantSplit/>
          <w:jc w:val="center"/>
        </w:trPr>
        <w:tc>
          <w:tcPr>
            <w:tcW w:w="5112" w:type="dxa"/>
          </w:tcPr>
          <w:p w14:paraId="79A3A7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Automatic update utility?</w:t>
            </w:r>
          </w:p>
          <w:p w14:paraId="164A93E7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interface using windows, icons, menus and a pointer</w:t>
            </w:r>
          </w:p>
          <w:p w14:paraId="4618C3C8" w14:textId="77777777" w:rsidR="004C6ABD" w:rsidRDefault="00F35368">
            <w:pPr>
              <w:pStyle w:val="OptionLine"/>
            </w:pPr>
            <w:r>
              <w:rPr>
                <w:sz w:val="16"/>
              </w:rPr>
              <w:t>B. protecting the system through logins, permissions and updates</w:t>
            </w:r>
          </w:p>
          <w:p w14:paraId="3F1BB8B5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allows the operating system to communicate with hardware</w:t>
            </w:r>
          </w:p>
          <w:p w14:paraId="2589C48F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downloads and installs fixes or new versions</w:t>
            </w:r>
          </w:p>
          <w:p w14:paraId="31465C6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3535C3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Defragmentation utility. Which statement would be correct?</w:t>
            </w:r>
          </w:p>
          <w:p w14:paraId="60069049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manages the computer system and supports application software</w:t>
            </w:r>
          </w:p>
          <w:p w14:paraId="76DA31BC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reorganises files on a magnetic hard disk to improve access speed</w:t>
            </w:r>
          </w:p>
          <w:p w14:paraId="2BB2E4BF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let users complete tasks such as writing documents or editing images</w:t>
            </w:r>
          </w:p>
          <w:p w14:paraId="08FE392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process of starting a computer and loading the operating system</w:t>
            </w:r>
          </w:p>
          <w:p w14:paraId="1BE31E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818DA3" w14:textId="77777777">
        <w:trPr>
          <w:cantSplit/>
          <w:jc w:val="center"/>
        </w:trPr>
        <w:tc>
          <w:tcPr>
            <w:tcW w:w="5112" w:type="dxa"/>
          </w:tcPr>
          <w:p w14:paraId="1A6417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system software that performs additional maintenance or support tasks</w:t>
            </w:r>
          </w:p>
          <w:p w14:paraId="0CE23A29" w14:textId="77777777" w:rsidR="004C6ABD" w:rsidRDefault="00F35368">
            <w:pPr>
              <w:pStyle w:val="OptionLine"/>
            </w:pPr>
            <w:r>
              <w:rPr>
                <w:sz w:val="16"/>
              </w:rPr>
              <w:t>A. Utility software</w:t>
            </w:r>
          </w:p>
          <w:p w14:paraId="5DDE00C6" w14:textId="77777777" w:rsidR="004C6ABD" w:rsidRDefault="00F35368">
            <w:pPr>
              <w:pStyle w:val="OptionLine"/>
            </w:pPr>
            <w:r>
              <w:rPr>
                <w:sz w:val="16"/>
              </w:rPr>
              <w:t>B. User interface</w:t>
            </w:r>
          </w:p>
          <w:p w14:paraId="28D08984" w14:textId="77777777" w:rsidR="004C6ABD" w:rsidRDefault="00F35368">
            <w:pPr>
              <w:pStyle w:val="OptionLine"/>
            </w:pPr>
            <w:r>
              <w:rPr>
                <w:sz w:val="16"/>
              </w:rPr>
              <w:t>C. Operating system</w:t>
            </w:r>
          </w:p>
          <w:p w14:paraId="633861C5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050BB4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D086A9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type of software manages hardware resources and provides a user interface?</w:t>
            </w:r>
          </w:p>
          <w:p w14:paraId="36EDD7FB" w14:textId="77777777" w:rsidR="004C6ABD" w:rsidRDefault="00F35368">
            <w:pPr>
              <w:pStyle w:val="OptionLine"/>
            </w:pPr>
            <w:r>
              <w:rPr>
                <w:sz w:val="16"/>
              </w:rPr>
              <w:t>A. Spreadsheet</w:t>
            </w:r>
          </w:p>
          <w:p w14:paraId="5D8389B4" w14:textId="77777777" w:rsidR="004C6ABD" w:rsidRDefault="00F35368">
            <w:pPr>
              <w:pStyle w:val="OptionLine"/>
            </w:pPr>
            <w:r>
              <w:rPr>
                <w:sz w:val="16"/>
              </w:rPr>
              <w:t>B. Web page</w:t>
            </w:r>
          </w:p>
          <w:p w14:paraId="1A46B036" w14:textId="77777777" w:rsidR="004C6ABD" w:rsidRDefault="00F35368">
            <w:pPr>
              <w:pStyle w:val="OptionLine"/>
            </w:pPr>
            <w:r>
              <w:rPr>
                <w:sz w:val="16"/>
              </w:rPr>
              <w:t>C. Operating system</w:t>
            </w:r>
          </w:p>
          <w:p w14:paraId="24E2B7B9" w14:textId="77777777" w:rsidR="004C6ABD" w:rsidRDefault="00F35368">
            <w:pPr>
              <w:pStyle w:val="OptionLine"/>
            </w:pPr>
            <w:r>
              <w:rPr>
                <w:sz w:val="16"/>
              </w:rPr>
              <w:t>D. Word processor</w:t>
            </w:r>
          </w:p>
          <w:p w14:paraId="28AEFF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09AB58" w14:textId="77777777">
        <w:trPr>
          <w:cantSplit/>
          <w:jc w:val="center"/>
        </w:trPr>
        <w:tc>
          <w:tcPr>
            <w:tcW w:w="5112" w:type="dxa"/>
          </w:tcPr>
          <w:p w14:paraId="712389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Which description correctly matches System settings?</w:t>
            </w:r>
          </w:p>
          <w:p w14:paraId="7B6FD9AF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queues print jobs before they are sent to a printer</w:t>
            </w:r>
          </w:p>
          <w:p w14:paraId="0CFF0796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2ED2C675" w14:textId="77777777" w:rsidR="004C6ABD" w:rsidRDefault="00F35368">
            <w:pPr>
              <w:pStyle w:val="OptionLine"/>
            </w:pPr>
            <w:r>
              <w:rPr>
                <w:sz w:val="16"/>
              </w:rPr>
              <w:t>C. deciding which process gets CPU time and when</w:t>
            </w:r>
          </w:p>
          <w:p w14:paraId="67143C7C" w14:textId="77777777" w:rsidR="004C6ABD" w:rsidRDefault="00F35368">
            <w:pPr>
              <w:pStyle w:val="OptionLine"/>
            </w:pPr>
            <w:r>
              <w:rPr>
                <w:sz w:val="16"/>
              </w:rPr>
              <w:t>D. configuration options controlling how the computer behaves</w:t>
            </w:r>
          </w:p>
          <w:p w14:paraId="0E6153E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DCFC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Directory. Which statement would be correct?</w:t>
            </w:r>
          </w:p>
          <w:p w14:paraId="26E08796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protecting the system through logins, permissions and updates</w:t>
            </w:r>
          </w:p>
          <w:p w14:paraId="0EBE5DC3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permissions that control what a user can do with files or resources</w:t>
            </w:r>
          </w:p>
          <w:p w14:paraId="381FB444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location used to organise files, also called a folder</w:t>
            </w:r>
          </w:p>
          <w:p w14:paraId="335377E9" w14:textId="77777777" w:rsidR="004C6ABD" w:rsidRDefault="00F35368">
            <w:pPr>
              <w:pStyle w:val="OptionLine"/>
            </w:pPr>
            <w:r>
              <w:rPr>
                <w:sz w:val="16"/>
              </w:rPr>
              <w:t>D. organising, naming, saving, moving and deleting files and folders</w:t>
            </w:r>
          </w:p>
          <w:p w14:paraId="242BEC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