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4A44D" w14:textId="77777777" w:rsidR="004C6ABD" w:rsidRDefault="00F35368">
      <w:pPr>
        <w:pStyle w:val="Heading1"/>
      </w:pPr>
      <w:r>
        <w:lastRenderedPageBreak/>
        <w:t>1.6 Ethical, legal, cultural and environmental impacts of digital technology - Quiz A</w:t>
      </w:r>
    </w:p>
    <w:p w14:paraId="6E300AFE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44229734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569C6837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7E0F7323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31C11055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0C39CC78" w14:textId="77777777">
        <w:trPr>
          <w:cantSplit/>
          <w:jc w:val="center"/>
        </w:trPr>
        <w:tc>
          <w:tcPr>
            <w:tcW w:w="5112" w:type="dxa"/>
          </w:tcPr>
          <w:p w14:paraId="4956EFE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description correctly matches Computer Misuse Act 1990?</w:t>
            </w:r>
          </w:p>
          <w:p w14:paraId="273F5128" w14:textId="77777777" w:rsidR="004C6ABD" w:rsidRDefault="00F35368">
            <w:pPr>
              <w:pStyle w:val="OptionLine"/>
            </w:pPr>
            <w:r>
              <w:rPr>
                <w:sz w:val="16"/>
              </w:rPr>
              <w:t>A. information that can identify a living person</w:t>
            </w:r>
          </w:p>
          <w:p w14:paraId="43194140" w14:textId="77777777" w:rsidR="004C6ABD" w:rsidRDefault="00F35368">
            <w:pPr>
              <w:pStyle w:val="OptionLine"/>
            </w:pPr>
            <w:r>
              <w:rPr>
                <w:sz w:val="16"/>
              </w:rPr>
              <w:t>B. designing systems so people with different needs can use them</w:t>
            </w:r>
          </w:p>
          <w:p w14:paraId="3AE9064C" w14:textId="77777777" w:rsidR="004C6ABD" w:rsidRDefault="00F35368">
            <w:pPr>
              <w:pStyle w:val="OptionLine"/>
            </w:pPr>
            <w:r>
              <w:rPr>
                <w:sz w:val="16"/>
              </w:rPr>
              <w:t>C. advertising chosen using data about a user</w:t>
            </w:r>
          </w:p>
          <w:p w14:paraId="18A3677B" w14:textId="77777777" w:rsidR="004C6ABD" w:rsidRDefault="00F35368">
            <w:pPr>
              <w:pStyle w:val="OptionLine"/>
            </w:pPr>
            <w:r>
              <w:rPr>
                <w:sz w:val="16"/>
              </w:rPr>
              <w:t>D. UK legislation that makes unauthorised access to computer systems illegal</w:t>
            </w:r>
          </w:p>
          <w:p w14:paraId="4FC5934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9B0E4F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A student writes about Environmental sustainability. Which statement would be correct?</w:t>
            </w:r>
          </w:p>
          <w:p w14:paraId="424C921A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controlled by its owner, often with source code not available to users</w:t>
            </w:r>
          </w:p>
          <w:p w14:paraId="0E8DB608" w14:textId="77777777" w:rsidR="004C6ABD" w:rsidRDefault="00F35368">
            <w:pPr>
              <w:pStyle w:val="OptionLine"/>
            </w:pPr>
            <w:r>
              <w:rPr>
                <w:sz w:val="16"/>
              </w:rPr>
              <w:t>B. using technology in a way that can be maintained without excessive environmental harm</w:t>
            </w:r>
          </w:p>
          <w:p w14:paraId="6D8D086D" w14:textId="77777777" w:rsidR="004C6ABD" w:rsidRDefault="00F35368">
            <w:pPr>
              <w:pStyle w:val="OptionLine"/>
            </w:pPr>
            <w:r>
              <w:rPr>
                <w:sz w:val="16"/>
              </w:rPr>
              <w:t>C. building privacy protection into a system from the start</w:t>
            </w:r>
          </w:p>
          <w:p w14:paraId="56892E4A" w14:textId="77777777" w:rsidR="004C6ABD" w:rsidRDefault="00F35368">
            <w:pPr>
              <w:pStyle w:val="OptionLine"/>
            </w:pPr>
            <w:r>
              <w:rPr>
                <w:sz w:val="16"/>
              </w:rPr>
              <w:t>D. using technology to carry out tasks with little or no human involvement</w:t>
            </w:r>
          </w:p>
          <w:p w14:paraId="67C1ADE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3BA8DF8" w14:textId="77777777">
        <w:trPr>
          <w:cantSplit/>
          <w:jc w:val="center"/>
        </w:trPr>
        <w:tc>
          <w:tcPr>
            <w:tcW w:w="5112" w:type="dxa"/>
          </w:tcPr>
          <w:p w14:paraId="2065BEA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is an ethical concern about facial-recognition systems?</w:t>
            </w:r>
          </w:p>
          <w:p w14:paraId="7A4F18AD" w14:textId="77777777" w:rsidR="004C6ABD" w:rsidRDefault="00F35368">
            <w:pPr>
              <w:pStyle w:val="OptionLine"/>
            </w:pPr>
            <w:r>
              <w:rPr>
                <w:sz w:val="16"/>
              </w:rPr>
              <w:t>A. They may be biased or used for intrusive surveillance</w:t>
            </w:r>
          </w:p>
          <w:p w14:paraId="47729E28" w14:textId="77777777" w:rsidR="004C6ABD" w:rsidRDefault="00F35368">
            <w:pPr>
              <w:pStyle w:val="OptionLine"/>
            </w:pPr>
            <w:r>
              <w:rPr>
                <w:sz w:val="16"/>
              </w:rPr>
              <w:t>B. They remove the need for passwords</w:t>
            </w:r>
          </w:p>
          <w:p w14:paraId="132A415F" w14:textId="77777777" w:rsidR="004C6ABD" w:rsidRDefault="00F35368">
            <w:pPr>
              <w:pStyle w:val="OptionLine"/>
            </w:pPr>
            <w:r>
              <w:rPr>
                <w:sz w:val="16"/>
              </w:rPr>
              <w:t>C. They are a type of ROM</w:t>
            </w:r>
          </w:p>
          <w:p w14:paraId="571A8F02" w14:textId="77777777" w:rsidR="004C6ABD" w:rsidRDefault="00F35368">
            <w:pPr>
              <w:pStyle w:val="OptionLine"/>
            </w:pPr>
            <w:r>
              <w:rPr>
                <w:sz w:val="16"/>
              </w:rPr>
              <w:t>D. They always reduce file size</w:t>
            </w:r>
          </w:p>
          <w:p w14:paraId="30ED341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6F4339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description correctly matches Data subject?</w:t>
            </w:r>
          </w:p>
          <w:p w14:paraId="316B1A04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right for a person to request a copy of their personal data</w:t>
            </w:r>
          </w:p>
          <w:p w14:paraId="74D1EB35" w14:textId="77777777" w:rsidR="004C6ABD" w:rsidRDefault="00F35368">
            <w:pPr>
              <w:pStyle w:val="OptionLine"/>
            </w:pPr>
            <w:r>
              <w:rPr>
                <w:sz w:val="16"/>
              </w:rPr>
              <w:t>B. human-readable program code before translation</w:t>
            </w:r>
          </w:p>
          <w:p w14:paraId="343955B4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living person whom personal data is about</w:t>
            </w:r>
          </w:p>
          <w:p w14:paraId="1699A133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effect of technology on people's values, behaviour or way of life</w:t>
            </w:r>
          </w:p>
          <w:p w14:paraId="1EC9EDF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C07FACC" w14:textId="77777777">
        <w:trPr>
          <w:cantSplit/>
          <w:jc w:val="center"/>
        </w:trPr>
        <w:tc>
          <w:tcPr>
            <w:tcW w:w="5112" w:type="dxa"/>
          </w:tcPr>
          <w:p w14:paraId="66E5453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description correctly matches Open-source software?</w:t>
            </w:r>
          </w:p>
          <w:p w14:paraId="049E8025" w14:textId="77777777" w:rsidR="004C6ABD" w:rsidRDefault="00F35368">
            <w:pPr>
              <w:pStyle w:val="OptionLine"/>
            </w:pPr>
            <w:r>
              <w:rPr>
                <w:sz w:val="16"/>
              </w:rPr>
              <w:t>A. using technology to carry out tasks with little or no human involvement</w:t>
            </w:r>
          </w:p>
          <w:p w14:paraId="4FA6C164" w14:textId="77777777" w:rsidR="004C6ABD" w:rsidRDefault="00F35368">
            <w:pPr>
              <w:pStyle w:val="OptionLine"/>
            </w:pPr>
            <w:r>
              <w:rPr>
                <w:sz w:val="16"/>
              </w:rPr>
              <w:t>B. keeping personal data correct and up to date</w:t>
            </w:r>
          </w:p>
          <w:p w14:paraId="4B55EAC6" w14:textId="77777777" w:rsidR="004C6ABD" w:rsidRDefault="00F35368">
            <w:pPr>
              <w:pStyle w:val="OptionLine"/>
            </w:pPr>
            <w:r>
              <w:rPr>
                <w:sz w:val="16"/>
              </w:rPr>
              <w:t>C. UK legislation that makes unauthorised access to computer systems illegal</w:t>
            </w:r>
          </w:p>
          <w:p w14:paraId="3A1C98C7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with source code available to view and modify under licence terms</w:t>
            </w:r>
          </w:p>
          <w:p w14:paraId="761DE4E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3E27CB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description correctly matches Surveillance?</w:t>
            </w:r>
          </w:p>
          <w:p w14:paraId="52D7E87A" w14:textId="77777777" w:rsidR="004C6ABD" w:rsidRDefault="00F35368">
            <w:pPr>
              <w:pStyle w:val="OptionLine"/>
            </w:pPr>
            <w:r>
              <w:rPr>
                <w:sz w:val="16"/>
              </w:rPr>
              <w:t>A. creating or supplying tools intended for computer misuse</w:t>
            </w:r>
          </w:p>
          <w:p w14:paraId="3FFE625E" w14:textId="77777777" w:rsidR="004C6ABD" w:rsidRDefault="00F35368">
            <w:pPr>
              <w:pStyle w:val="OptionLine"/>
            </w:pPr>
            <w:r>
              <w:rPr>
                <w:sz w:val="16"/>
              </w:rPr>
              <w:t>B. using technology to carry out tasks with little or no human involvement</w:t>
            </w:r>
          </w:p>
          <w:p w14:paraId="1D108605" w14:textId="77777777" w:rsidR="004C6ABD" w:rsidRDefault="00F35368">
            <w:pPr>
              <w:pStyle w:val="OptionLine"/>
            </w:pPr>
            <w:r>
              <w:rPr>
                <w:sz w:val="16"/>
              </w:rPr>
              <w:t>C. monitoring people or activity, often using cameras, tracking or data collection</w:t>
            </w:r>
          </w:p>
          <w:p w14:paraId="1DF22770" w14:textId="77777777" w:rsidR="004C6ABD" w:rsidRDefault="00F35368">
            <w:pPr>
              <w:pStyle w:val="OptionLine"/>
            </w:pPr>
            <w:r>
              <w:rPr>
                <w:sz w:val="16"/>
              </w:rPr>
              <w:t>D. human-readable program code before translation</w:t>
            </w:r>
          </w:p>
          <w:p w14:paraId="6DDFC15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37FFB0E" w14:textId="77777777">
        <w:trPr>
          <w:cantSplit/>
          <w:jc w:val="center"/>
        </w:trPr>
        <w:tc>
          <w:tcPr>
            <w:tcW w:w="5112" w:type="dxa"/>
          </w:tcPr>
          <w:p w14:paraId="192D2AC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right lets a person ask an organisation for a copy of their personal data?</w:t>
            </w:r>
          </w:p>
          <w:p w14:paraId="74CE860E" w14:textId="77777777" w:rsidR="004C6ABD" w:rsidRDefault="00F35368">
            <w:pPr>
              <w:pStyle w:val="OptionLine"/>
            </w:pPr>
            <w:r>
              <w:rPr>
                <w:sz w:val="16"/>
              </w:rPr>
              <w:t>A. Right to compile code</w:t>
            </w:r>
          </w:p>
          <w:p w14:paraId="31F9B3A9" w14:textId="77777777" w:rsidR="004C6ABD" w:rsidRDefault="00F35368">
            <w:pPr>
              <w:pStyle w:val="OptionLine"/>
            </w:pPr>
            <w:r>
              <w:rPr>
                <w:sz w:val="16"/>
              </w:rPr>
              <w:t>B. Right to sort data</w:t>
            </w:r>
          </w:p>
          <w:p w14:paraId="536E1583" w14:textId="77777777" w:rsidR="004C6ABD" w:rsidRDefault="00F35368">
            <w:pPr>
              <w:pStyle w:val="OptionLine"/>
            </w:pPr>
            <w:r>
              <w:rPr>
                <w:sz w:val="16"/>
              </w:rPr>
              <w:t>C. Right to overclock</w:t>
            </w:r>
          </w:p>
          <w:p w14:paraId="413C287E" w14:textId="77777777" w:rsidR="004C6ABD" w:rsidRDefault="00F35368">
            <w:pPr>
              <w:pStyle w:val="OptionLine"/>
            </w:pPr>
            <w:r>
              <w:rPr>
                <w:sz w:val="16"/>
              </w:rPr>
              <w:t>D. Right of access</w:t>
            </w:r>
          </w:p>
          <w:p w14:paraId="3BEA44D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55EADA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term best matches this description: workers losing roles because tasks are automated</w:t>
            </w:r>
          </w:p>
          <w:p w14:paraId="3C382A65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piracy</w:t>
            </w:r>
          </w:p>
          <w:p w14:paraId="51BF38E9" w14:textId="77777777" w:rsidR="004C6ABD" w:rsidRDefault="00F35368">
            <w:pPr>
              <w:pStyle w:val="OptionLine"/>
            </w:pPr>
            <w:r>
              <w:rPr>
                <w:sz w:val="16"/>
              </w:rPr>
              <w:t>B. Privacy by design</w:t>
            </w:r>
          </w:p>
          <w:p w14:paraId="2FF722C7" w14:textId="77777777" w:rsidR="004C6ABD" w:rsidRDefault="00F35368">
            <w:pPr>
              <w:pStyle w:val="OptionLine"/>
            </w:pPr>
            <w:r>
              <w:rPr>
                <w:sz w:val="16"/>
              </w:rPr>
              <w:t>C. Ethical issue</w:t>
            </w:r>
          </w:p>
          <w:p w14:paraId="36FE07DB" w14:textId="77777777" w:rsidR="004C6ABD" w:rsidRDefault="00F35368">
            <w:pPr>
              <w:pStyle w:val="OptionLine"/>
            </w:pPr>
            <w:r>
              <w:rPr>
                <w:sz w:val="16"/>
              </w:rPr>
              <w:t>D. Job displacement</w:t>
            </w:r>
          </w:p>
          <w:p w14:paraId="4A80350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3071D55" w14:textId="77777777">
        <w:trPr>
          <w:cantSplit/>
          <w:jc w:val="center"/>
        </w:trPr>
        <w:tc>
          <w:tcPr>
            <w:tcW w:w="5112" w:type="dxa"/>
          </w:tcPr>
          <w:p w14:paraId="4FCF1EE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action best supports environmental sustainability for old devices?</w:t>
            </w:r>
          </w:p>
          <w:p w14:paraId="57E257F1" w14:textId="77777777" w:rsidR="004C6ABD" w:rsidRDefault="00F35368">
            <w:pPr>
              <w:pStyle w:val="OptionLine"/>
            </w:pPr>
            <w:r>
              <w:rPr>
                <w:sz w:val="16"/>
              </w:rPr>
              <w:t>A. Using only denary numbers</w:t>
            </w:r>
          </w:p>
          <w:p w14:paraId="21549D55" w14:textId="77777777" w:rsidR="004C6ABD" w:rsidRDefault="00F35368">
            <w:pPr>
              <w:pStyle w:val="OptionLine"/>
            </w:pPr>
            <w:r>
              <w:rPr>
                <w:sz w:val="16"/>
              </w:rPr>
              <w:t>B. Increasing colour depth</w:t>
            </w:r>
          </w:p>
          <w:p w14:paraId="4624851E" w14:textId="77777777" w:rsidR="004C6ABD" w:rsidRDefault="00F35368">
            <w:pPr>
              <w:pStyle w:val="OptionLine"/>
            </w:pPr>
            <w:r>
              <w:rPr>
                <w:sz w:val="16"/>
              </w:rPr>
              <w:t>C. Throwing all devices in general waste</w:t>
            </w:r>
          </w:p>
          <w:p w14:paraId="0213B56E" w14:textId="77777777" w:rsidR="004C6ABD" w:rsidRDefault="00F35368">
            <w:pPr>
              <w:pStyle w:val="OptionLine"/>
            </w:pPr>
            <w:r>
              <w:rPr>
                <w:sz w:val="16"/>
              </w:rPr>
              <w:t>D. Repairing, reusing or recycling equipment</w:t>
            </w:r>
          </w:p>
          <w:p w14:paraId="4923F52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380E23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is personal data?</w:t>
            </w:r>
          </w:p>
          <w:p w14:paraId="02732AEE" w14:textId="77777777" w:rsidR="004C6ABD" w:rsidRDefault="00F35368">
            <w:pPr>
              <w:pStyle w:val="OptionLine"/>
            </w:pPr>
            <w:r>
              <w:rPr>
                <w:sz w:val="16"/>
              </w:rPr>
              <w:t>A. A generic CPU definition</w:t>
            </w:r>
          </w:p>
          <w:p w14:paraId="1742A2DD" w14:textId="77777777" w:rsidR="004C6ABD" w:rsidRDefault="00F35368">
            <w:pPr>
              <w:pStyle w:val="OptionLine"/>
            </w:pPr>
            <w:r>
              <w:rPr>
                <w:sz w:val="16"/>
              </w:rPr>
              <w:t>B. A public algorithm name</w:t>
            </w:r>
          </w:p>
          <w:p w14:paraId="726EA6D1" w14:textId="77777777" w:rsidR="004C6ABD" w:rsidRDefault="00F35368">
            <w:pPr>
              <w:pStyle w:val="OptionLine"/>
            </w:pPr>
            <w:r>
              <w:rPr>
                <w:sz w:val="16"/>
              </w:rPr>
              <w:t>C. A student's full name and date of birth</w:t>
            </w:r>
          </w:p>
          <w:p w14:paraId="1A02890E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number 7 by itself</w:t>
            </w:r>
          </w:p>
          <w:p w14:paraId="6E508B9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728C7D1" w14:textId="77777777">
        <w:trPr>
          <w:cantSplit/>
          <w:jc w:val="center"/>
        </w:trPr>
        <w:tc>
          <w:tcPr>
            <w:tcW w:w="5112" w:type="dxa"/>
          </w:tcPr>
          <w:p w14:paraId="62FD0FD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description correctly matches Digital divide?</w:t>
            </w:r>
          </w:p>
          <w:p w14:paraId="215542EF" w14:textId="77777777" w:rsidR="004C6ABD" w:rsidRDefault="00F35368">
            <w:pPr>
              <w:pStyle w:val="OptionLine"/>
            </w:pPr>
            <w:r>
              <w:rPr>
                <w:sz w:val="16"/>
              </w:rPr>
              <w:t>A. UK legislation that controls how personal data should be processed</w:t>
            </w:r>
          </w:p>
          <w:p w14:paraId="5EF59B85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gap between people who have access to digital technology and those who do not</w:t>
            </w:r>
          </w:p>
          <w:p w14:paraId="0F5C2F36" w14:textId="77777777" w:rsidR="004C6ABD" w:rsidRDefault="00F35368">
            <w:pPr>
              <w:pStyle w:val="OptionLine"/>
            </w:pPr>
            <w:r>
              <w:rPr>
                <w:sz w:val="16"/>
              </w:rPr>
              <w:t>C. copying, sharing or using software illegally</w:t>
            </w:r>
          </w:p>
          <w:p w14:paraId="5E8BE1B0" w14:textId="77777777" w:rsidR="004C6ABD" w:rsidRDefault="00F35368">
            <w:pPr>
              <w:pStyle w:val="OptionLine"/>
            </w:pPr>
            <w:r>
              <w:rPr>
                <w:sz w:val="16"/>
              </w:rPr>
              <w:t>D. working away from a traditional workplace using digital technology</w:t>
            </w:r>
          </w:p>
          <w:p w14:paraId="375E0A2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DB9807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term best matches this description: building privacy protection into a system from the start</w:t>
            </w:r>
          </w:p>
          <w:p w14:paraId="40825BCD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controller</w:t>
            </w:r>
          </w:p>
          <w:p w14:paraId="6408AA00" w14:textId="77777777" w:rsidR="004C6ABD" w:rsidRDefault="00F35368">
            <w:pPr>
              <w:pStyle w:val="OptionLine"/>
            </w:pPr>
            <w:r>
              <w:rPr>
                <w:sz w:val="16"/>
              </w:rPr>
              <w:t>B. Privacy by design</w:t>
            </w:r>
          </w:p>
          <w:p w14:paraId="3B6EBCBC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 Protection Act 2018</w:t>
            </w:r>
          </w:p>
          <w:p w14:paraId="224B4001" w14:textId="77777777" w:rsidR="004C6ABD" w:rsidRDefault="00F35368">
            <w:pPr>
              <w:pStyle w:val="OptionLine"/>
            </w:pPr>
            <w:r>
              <w:rPr>
                <w:sz w:val="16"/>
              </w:rPr>
              <w:t>D. Source code</w:t>
            </w:r>
          </w:p>
          <w:p w14:paraId="3BE339A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D98DACD" w14:textId="77777777">
        <w:trPr>
          <w:cantSplit/>
          <w:jc w:val="center"/>
        </w:trPr>
        <w:tc>
          <w:tcPr>
            <w:tcW w:w="5112" w:type="dxa"/>
          </w:tcPr>
          <w:p w14:paraId="12865D3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Which term best matches this description: collecting only the personal data needed for a specific purpose</w:t>
            </w:r>
          </w:p>
          <w:p w14:paraId="47B2DAFA" w14:textId="77777777" w:rsidR="004C6ABD" w:rsidRDefault="00F35368">
            <w:pPr>
              <w:pStyle w:val="OptionLine"/>
            </w:pPr>
            <w:r>
              <w:rPr>
                <w:sz w:val="16"/>
              </w:rPr>
              <w:t>A. Cultural issue</w:t>
            </w:r>
          </w:p>
          <w:p w14:paraId="3387740D" w14:textId="77777777" w:rsidR="004C6ABD" w:rsidRDefault="00F35368">
            <w:pPr>
              <w:pStyle w:val="OptionLine"/>
            </w:pPr>
            <w:r>
              <w:rPr>
                <w:sz w:val="16"/>
              </w:rPr>
              <w:t>B. Job displacement</w:t>
            </w:r>
          </w:p>
          <w:p w14:paraId="6E7BD848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 minimisation</w:t>
            </w:r>
          </w:p>
          <w:p w14:paraId="20253FE3" w14:textId="77777777" w:rsidR="004C6ABD" w:rsidRDefault="00F35368">
            <w:pPr>
              <w:pStyle w:val="OptionLine"/>
            </w:pPr>
            <w:r>
              <w:rPr>
                <w:sz w:val="16"/>
              </w:rPr>
              <w:t>D. Source code</w:t>
            </w:r>
          </w:p>
          <w:p w14:paraId="5010B98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CA9AC7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description correctly matches Automation?</w:t>
            </w:r>
          </w:p>
          <w:p w14:paraId="0449E47E" w14:textId="77777777" w:rsidR="004C6ABD" w:rsidRDefault="00F35368">
            <w:pPr>
              <w:pStyle w:val="OptionLine"/>
            </w:pPr>
            <w:r>
              <w:rPr>
                <w:sz w:val="16"/>
              </w:rPr>
              <w:t>A. keeping personal data correct and up to date</w:t>
            </w:r>
          </w:p>
          <w:p w14:paraId="21CF5D0A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gap between people who have access to digital technology and those who do not</w:t>
            </w:r>
          </w:p>
          <w:p w14:paraId="2B310301" w14:textId="77777777" w:rsidR="004C6ABD" w:rsidRDefault="00F35368">
            <w:pPr>
              <w:pStyle w:val="OptionLine"/>
            </w:pPr>
            <w:r>
              <w:rPr>
                <w:sz w:val="16"/>
              </w:rPr>
              <w:t>C. using technology to carry out tasks with little or no human involvement</w:t>
            </w:r>
          </w:p>
          <w:p w14:paraId="124D03F3" w14:textId="77777777" w:rsidR="004C6ABD" w:rsidRDefault="00F35368">
            <w:pPr>
              <w:pStyle w:val="OptionLine"/>
            </w:pPr>
            <w:r>
              <w:rPr>
                <w:sz w:val="16"/>
              </w:rPr>
              <w:t>D. monitoring people or activity, often using cameras, tracking or data collection</w:t>
            </w:r>
          </w:p>
          <w:p w14:paraId="2F9D38C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95B91D9" w14:textId="77777777">
        <w:trPr>
          <w:cantSplit/>
          <w:jc w:val="center"/>
        </w:trPr>
        <w:tc>
          <w:tcPr>
            <w:tcW w:w="5112" w:type="dxa"/>
          </w:tcPr>
          <w:p w14:paraId="2C0ECB8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Which description correctly matches Accessibility?</w:t>
            </w:r>
          </w:p>
          <w:p w14:paraId="4EA1F652" w14:textId="77777777" w:rsidR="004C6ABD" w:rsidRDefault="00F35368">
            <w:pPr>
              <w:pStyle w:val="OptionLine"/>
            </w:pPr>
            <w:r>
              <w:rPr>
                <w:sz w:val="16"/>
              </w:rPr>
              <w:t>A. designing systems so people with different needs can use them</w:t>
            </w:r>
          </w:p>
          <w:p w14:paraId="36737531" w14:textId="77777777" w:rsidR="004C6ABD" w:rsidRDefault="00F35368">
            <w:pPr>
              <w:pStyle w:val="OptionLine"/>
            </w:pPr>
            <w:r>
              <w:rPr>
                <w:sz w:val="16"/>
              </w:rPr>
              <w:t>B. using technology in a way that can be maintained without excessive environmental harm</w:t>
            </w:r>
          </w:p>
          <w:p w14:paraId="0663A4A2" w14:textId="77777777" w:rsidR="004C6ABD" w:rsidRDefault="00F35368">
            <w:pPr>
              <w:pStyle w:val="OptionLine"/>
            </w:pPr>
            <w:r>
              <w:rPr>
                <w:sz w:val="16"/>
              </w:rPr>
              <w:t>C. a question about what is morally right or wrong when using technology</w:t>
            </w:r>
          </w:p>
          <w:p w14:paraId="37AF876F" w14:textId="77777777" w:rsidR="004C6ABD" w:rsidRDefault="00F35368">
            <w:pPr>
              <w:pStyle w:val="OptionLine"/>
            </w:pPr>
            <w:r>
              <w:rPr>
                <w:sz w:val="16"/>
              </w:rPr>
              <w:t>D. using technology to carry out tasks with little or no human involvement</w:t>
            </w:r>
          </w:p>
          <w:p w14:paraId="63EB8A1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E1D42E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A company chooses to encrypt personal data and limit access to it. Which idea is this closest to?</w:t>
            </w:r>
          </w:p>
          <w:p w14:paraId="239BD097" w14:textId="77777777" w:rsidR="004C6ABD" w:rsidRDefault="00F35368">
            <w:pPr>
              <w:pStyle w:val="OptionLine"/>
            </w:pPr>
            <w:r>
              <w:rPr>
                <w:sz w:val="16"/>
              </w:rPr>
              <w:t>A. Bubble sort</w:t>
            </w:r>
          </w:p>
          <w:p w14:paraId="2B9DE754" w14:textId="77777777" w:rsidR="004C6ABD" w:rsidRDefault="00F35368">
            <w:pPr>
              <w:pStyle w:val="OptionLine"/>
            </w:pPr>
            <w:r>
              <w:rPr>
                <w:sz w:val="16"/>
              </w:rPr>
              <w:t>B. Open mesh topology</w:t>
            </w:r>
          </w:p>
          <w:p w14:paraId="63C05D60" w14:textId="77777777" w:rsidR="004C6ABD" w:rsidRDefault="00F35368">
            <w:pPr>
              <w:pStyle w:val="OptionLine"/>
            </w:pPr>
            <w:r>
              <w:rPr>
                <w:sz w:val="16"/>
              </w:rPr>
              <w:t>C. Privacy by design</w:t>
            </w:r>
          </w:p>
          <w:p w14:paraId="65CB203D" w14:textId="77777777" w:rsidR="004C6ABD" w:rsidRDefault="00F35368">
            <w:pPr>
              <w:pStyle w:val="OptionLine"/>
            </w:pPr>
            <w:r>
              <w:rPr>
                <w:sz w:val="16"/>
              </w:rPr>
              <w:t>D. Audio bit depth</w:t>
            </w:r>
          </w:p>
          <w:p w14:paraId="3CA0A15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DE93804" w14:textId="77777777">
        <w:trPr>
          <w:cantSplit/>
          <w:jc w:val="center"/>
        </w:trPr>
        <w:tc>
          <w:tcPr>
            <w:tcW w:w="5112" w:type="dxa"/>
          </w:tcPr>
          <w:p w14:paraId="48F737F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A student writes about Data controller. Which statement would be correct?</w:t>
            </w:r>
          </w:p>
          <w:p w14:paraId="4F2A6AE0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organisation or person that decides why and how personal data is processed</w:t>
            </w:r>
          </w:p>
          <w:p w14:paraId="2952E80C" w14:textId="77777777" w:rsidR="004C6ABD" w:rsidRDefault="00F35368">
            <w:pPr>
              <w:pStyle w:val="OptionLine"/>
            </w:pPr>
            <w:r>
              <w:rPr>
                <w:sz w:val="16"/>
              </w:rPr>
              <w:t>B. a concern about how personal information is collected, used or shared</w:t>
            </w:r>
          </w:p>
          <w:p w14:paraId="6C9CD193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effect of technology on the natural world</w:t>
            </w:r>
          </w:p>
          <w:p w14:paraId="5720DD9A" w14:textId="77777777" w:rsidR="004C6ABD" w:rsidRDefault="00F35368">
            <w:pPr>
              <w:pStyle w:val="OptionLine"/>
            </w:pPr>
            <w:r>
              <w:rPr>
                <w:sz w:val="16"/>
              </w:rPr>
              <w:t>D. unfair preference or prejudice that can affect decisions made by technology</w:t>
            </w:r>
          </w:p>
          <w:p w14:paraId="22E237B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B7F0D2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A student writes about Computer Misuse Act 1990. Which statement would be correct?</w:t>
            </w:r>
          </w:p>
          <w:p w14:paraId="3427EC61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with source code available to view and modify under licence terms</w:t>
            </w:r>
          </w:p>
          <w:p w14:paraId="7AA417F5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controlled by its owner, often with source code not available to users</w:t>
            </w:r>
          </w:p>
          <w:p w14:paraId="0438003A" w14:textId="77777777" w:rsidR="004C6ABD" w:rsidRDefault="00F35368">
            <w:pPr>
              <w:pStyle w:val="OptionLine"/>
            </w:pPr>
            <w:r>
              <w:rPr>
                <w:sz w:val="16"/>
              </w:rPr>
              <w:t>C. a question about what is morally right or wrong when using technology</w:t>
            </w:r>
          </w:p>
          <w:p w14:paraId="736D6C09" w14:textId="77777777" w:rsidR="004C6ABD" w:rsidRDefault="00F35368">
            <w:pPr>
              <w:pStyle w:val="OptionLine"/>
            </w:pPr>
            <w:r>
              <w:rPr>
                <w:sz w:val="16"/>
              </w:rPr>
              <w:t>D. UK legislation that makes unauthorised access to computer systems illegal</w:t>
            </w:r>
          </w:p>
          <w:p w14:paraId="47D6939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4D24E3B" w14:textId="77777777">
        <w:trPr>
          <w:cantSplit/>
          <w:jc w:val="center"/>
        </w:trPr>
        <w:tc>
          <w:tcPr>
            <w:tcW w:w="5112" w:type="dxa"/>
          </w:tcPr>
          <w:p w14:paraId="4716A65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is mainly a cultural impact of smartphones?</w:t>
            </w:r>
          </w:p>
          <w:p w14:paraId="4AF8ADAD" w14:textId="77777777" w:rsidR="004C6ABD" w:rsidRDefault="00F35368">
            <w:pPr>
              <w:pStyle w:val="OptionLine"/>
            </w:pPr>
            <w:r>
              <w:rPr>
                <w:sz w:val="16"/>
              </w:rPr>
              <w:t>A. Increasing the ALU clock signal</w:t>
            </w:r>
          </w:p>
          <w:p w14:paraId="412B9DAA" w14:textId="77777777" w:rsidR="004C6ABD" w:rsidRDefault="00F35368">
            <w:pPr>
              <w:pStyle w:val="OptionLine"/>
            </w:pPr>
            <w:r>
              <w:rPr>
                <w:sz w:val="16"/>
              </w:rPr>
              <w:t>B. Reducing binary overflow</w:t>
            </w:r>
          </w:p>
          <w:p w14:paraId="414C581A" w14:textId="77777777" w:rsidR="004C6ABD" w:rsidRDefault="00F35368">
            <w:pPr>
              <w:pStyle w:val="OptionLine"/>
            </w:pPr>
            <w:r>
              <w:rPr>
                <w:sz w:val="16"/>
              </w:rPr>
              <w:t>C. Formatting a hard disk</w:t>
            </w:r>
          </w:p>
          <w:p w14:paraId="28DCB304" w14:textId="77777777" w:rsidR="004C6ABD" w:rsidRDefault="00F35368">
            <w:pPr>
              <w:pStyle w:val="OptionLine"/>
            </w:pPr>
            <w:r>
              <w:rPr>
                <w:sz w:val="16"/>
              </w:rPr>
              <w:t>D. Changes in how people communicate socially</w:t>
            </w:r>
          </w:p>
          <w:p w14:paraId="35CC649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D3AC66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term best matches this description: gathering information about users or events</w:t>
            </w:r>
          </w:p>
          <w:p w14:paraId="52DAFC78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minimisation</w:t>
            </w:r>
          </w:p>
          <w:p w14:paraId="36145C57" w14:textId="77777777" w:rsidR="004C6ABD" w:rsidRDefault="00F35368">
            <w:pPr>
              <w:pStyle w:val="OptionLine"/>
            </w:pPr>
            <w:r>
              <w:rPr>
                <w:sz w:val="16"/>
              </w:rPr>
              <w:t>B. Automation</w:t>
            </w:r>
          </w:p>
          <w:p w14:paraId="462739CA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 collection</w:t>
            </w:r>
          </w:p>
          <w:p w14:paraId="69E0DF75" w14:textId="77777777" w:rsidR="004C6ABD" w:rsidRDefault="00F35368">
            <w:pPr>
              <w:pStyle w:val="OptionLine"/>
            </w:pPr>
            <w:r>
              <w:rPr>
                <w:sz w:val="16"/>
              </w:rPr>
              <w:t>D. Open-source software</w:t>
            </w:r>
          </w:p>
          <w:p w14:paraId="72E98CF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F620B6A" w14:textId="77777777">
        <w:trPr>
          <w:cantSplit/>
          <w:jc w:val="center"/>
        </w:trPr>
        <w:tc>
          <w:tcPr>
            <w:tcW w:w="5112" w:type="dxa"/>
          </w:tcPr>
          <w:p w14:paraId="130FE73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description correctly matches Remote working?</w:t>
            </w:r>
          </w:p>
          <w:p w14:paraId="64259173" w14:textId="77777777" w:rsidR="004C6ABD" w:rsidRDefault="00F35368">
            <w:pPr>
              <w:pStyle w:val="OptionLine"/>
            </w:pPr>
            <w:r>
              <w:rPr>
                <w:sz w:val="16"/>
              </w:rPr>
              <w:t>A. working away from a traditional workplace using digital technology</w:t>
            </w:r>
          </w:p>
          <w:p w14:paraId="1049E7A2" w14:textId="77777777" w:rsidR="004C6ABD" w:rsidRDefault="00F35368">
            <w:pPr>
              <w:pStyle w:val="OptionLine"/>
            </w:pPr>
            <w:r>
              <w:rPr>
                <w:sz w:val="16"/>
              </w:rPr>
              <w:t>B. creating or supplying tools intended for computer misuse</w:t>
            </w:r>
          </w:p>
          <w:p w14:paraId="7E47F92E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effect of technology on people's values, behaviour or way of life</w:t>
            </w:r>
          </w:p>
          <w:p w14:paraId="2A2F56EB" w14:textId="77777777" w:rsidR="004C6ABD" w:rsidRDefault="00F35368">
            <w:pPr>
              <w:pStyle w:val="OptionLine"/>
            </w:pPr>
            <w:r>
              <w:rPr>
                <w:sz w:val="16"/>
              </w:rPr>
              <w:t>D. a question about what the law allows or prohibits</w:t>
            </w:r>
          </w:p>
          <w:p w14:paraId="75263CE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6FC3BD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A student writes about Recycling. Which statement would be correct?</w:t>
            </w:r>
          </w:p>
          <w:p w14:paraId="2590AF1A" w14:textId="77777777" w:rsidR="004C6ABD" w:rsidRDefault="00F35368">
            <w:pPr>
              <w:pStyle w:val="OptionLine"/>
            </w:pPr>
            <w:r>
              <w:rPr>
                <w:sz w:val="16"/>
              </w:rPr>
              <w:t>A. information that can identify a living person</w:t>
            </w:r>
          </w:p>
          <w:p w14:paraId="3A9A45EC" w14:textId="77777777" w:rsidR="004C6ABD" w:rsidRDefault="00F35368">
            <w:pPr>
              <w:pStyle w:val="OptionLine"/>
            </w:pPr>
            <w:r>
              <w:rPr>
                <w:sz w:val="16"/>
              </w:rPr>
              <w:t>B. UK legislation that controls how personal data should be processed</w:t>
            </w:r>
          </w:p>
          <w:p w14:paraId="4B794188" w14:textId="77777777" w:rsidR="004C6ABD" w:rsidRDefault="00F35368">
            <w:pPr>
              <w:pStyle w:val="OptionLine"/>
            </w:pPr>
            <w:r>
              <w:rPr>
                <w:sz w:val="16"/>
              </w:rPr>
              <w:t>C. UK legislation that makes unauthorised access to computer systems illegal</w:t>
            </w:r>
          </w:p>
          <w:p w14:paraId="05D3CD3C" w14:textId="77777777" w:rsidR="004C6ABD" w:rsidRDefault="00F35368">
            <w:pPr>
              <w:pStyle w:val="OptionLine"/>
            </w:pPr>
            <w:r>
              <w:rPr>
                <w:sz w:val="16"/>
              </w:rPr>
              <w:t>D. processing old equipment so materials can be reused</w:t>
            </w:r>
          </w:p>
          <w:p w14:paraId="29752D9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9F3B7B2" w14:textId="77777777">
        <w:trPr>
          <w:cantSplit/>
          <w:jc w:val="center"/>
        </w:trPr>
        <w:tc>
          <w:tcPr>
            <w:tcW w:w="5112" w:type="dxa"/>
          </w:tcPr>
          <w:p w14:paraId="3F5C9F0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A school designs a website that works with screen readers. Which concept is this?</w:t>
            </w:r>
          </w:p>
          <w:p w14:paraId="5F4D87E3" w14:textId="77777777" w:rsidR="004C6ABD" w:rsidRDefault="00F35368">
            <w:pPr>
              <w:pStyle w:val="OptionLine"/>
            </w:pPr>
            <w:r>
              <w:rPr>
                <w:sz w:val="16"/>
              </w:rPr>
              <w:t>A. Accessibility</w:t>
            </w:r>
          </w:p>
          <w:p w14:paraId="3C630015" w14:textId="77777777" w:rsidR="004C6ABD" w:rsidRDefault="00F35368">
            <w:pPr>
              <w:pStyle w:val="OptionLine"/>
            </w:pPr>
            <w:r>
              <w:rPr>
                <w:sz w:val="16"/>
              </w:rPr>
              <w:t>B. Brute-force attack</w:t>
            </w:r>
          </w:p>
          <w:p w14:paraId="3D06FFB1" w14:textId="77777777" w:rsidR="004C6ABD" w:rsidRDefault="00F35368">
            <w:pPr>
              <w:pStyle w:val="OptionLine"/>
            </w:pPr>
            <w:r>
              <w:rPr>
                <w:sz w:val="16"/>
              </w:rPr>
              <w:t>C. Cache size</w:t>
            </w:r>
          </w:p>
          <w:p w14:paraId="508C0FE0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piracy</w:t>
            </w:r>
          </w:p>
          <w:p w14:paraId="2849F7C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8B2E98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A student writes about E-waste. Which statement would be correct?</w:t>
            </w:r>
          </w:p>
          <w:p w14:paraId="42B6ADC6" w14:textId="77777777" w:rsidR="004C6ABD" w:rsidRDefault="00F35368">
            <w:pPr>
              <w:pStyle w:val="OptionLine"/>
            </w:pPr>
            <w:r>
              <w:rPr>
                <w:sz w:val="16"/>
              </w:rPr>
              <w:t>A. information that can identify a living person</w:t>
            </w:r>
          </w:p>
          <w:p w14:paraId="75355FD1" w14:textId="77777777" w:rsidR="004C6ABD" w:rsidRDefault="00F35368">
            <w:pPr>
              <w:pStyle w:val="OptionLine"/>
            </w:pPr>
            <w:r>
              <w:rPr>
                <w:sz w:val="16"/>
              </w:rPr>
              <w:t>B. workers losing roles because tasks are automated</w:t>
            </w:r>
          </w:p>
          <w:p w14:paraId="1BA9BB6E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with source code available to view and modify under licence terms</w:t>
            </w:r>
          </w:p>
          <w:p w14:paraId="59883105" w14:textId="77777777" w:rsidR="004C6ABD" w:rsidRDefault="00F35368">
            <w:pPr>
              <w:pStyle w:val="OptionLine"/>
            </w:pPr>
            <w:r>
              <w:rPr>
                <w:sz w:val="16"/>
              </w:rPr>
              <w:t>D. discarded electronic equipment that can harm the environment if not recycled properly</w:t>
            </w:r>
          </w:p>
          <w:p w14:paraId="58CD604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3BDCE93" w14:textId="77777777">
        <w:trPr>
          <w:cantSplit/>
          <w:jc w:val="center"/>
        </w:trPr>
        <w:tc>
          <w:tcPr>
            <w:tcW w:w="5112" w:type="dxa"/>
          </w:tcPr>
          <w:p w14:paraId="75DB061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13. A student writes about Software piracy. Which statement would be correct?</w:t>
            </w:r>
          </w:p>
          <w:p w14:paraId="6E84DBA5" w14:textId="77777777" w:rsidR="004C6ABD" w:rsidRDefault="00F35368">
            <w:pPr>
              <w:pStyle w:val="OptionLine"/>
            </w:pPr>
            <w:r>
              <w:rPr>
                <w:sz w:val="16"/>
              </w:rPr>
              <w:t>A. human-readable program code before translation</w:t>
            </w:r>
          </w:p>
          <w:p w14:paraId="79EB3390" w14:textId="77777777" w:rsidR="004C6ABD" w:rsidRDefault="00F35368">
            <w:pPr>
              <w:pStyle w:val="OptionLine"/>
            </w:pPr>
            <w:r>
              <w:rPr>
                <w:sz w:val="16"/>
              </w:rPr>
              <w:t>B. workers losing roles because tasks are automated</w:t>
            </w:r>
          </w:p>
          <w:p w14:paraId="4F26076F" w14:textId="77777777" w:rsidR="004C6ABD" w:rsidRDefault="00F35368">
            <w:pPr>
              <w:pStyle w:val="OptionLine"/>
            </w:pPr>
            <w:r>
              <w:rPr>
                <w:sz w:val="16"/>
              </w:rPr>
              <w:t>C. keeping personal data correct and up to date</w:t>
            </w:r>
          </w:p>
          <w:p w14:paraId="00F80B5D" w14:textId="77777777" w:rsidR="004C6ABD" w:rsidRDefault="00F35368">
            <w:pPr>
              <w:pStyle w:val="OptionLine"/>
            </w:pPr>
            <w:r>
              <w:rPr>
                <w:sz w:val="16"/>
              </w:rPr>
              <w:t>D. copying, sharing or using software illegally</w:t>
            </w:r>
          </w:p>
          <w:p w14:paraId="46D8A0B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F9958B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A student writes about Proprietary software. Which statement would be correct?</w:t>
            </w:r>
          </w:p>
          <w:p w14:paraId="38EDC63D" w14:textId="77777777" w:rsidR="004C6ABD" w:rsidRDefault="00F35368">
            <w:pPr>
              <w:pStyle w:val="OptionLine"/>
            </w:pPr>
            <w:r>
              <w:rPr>
                <w:sz w:val="16"/>
              </w:rPr>
              <w:t>A. human-readable program code before translation</w:t>
            </w:r>
          </w:p>
          <w:p w14:paraId="14DAF6F1" w14:textId="77777777" w:rsidR="004C6ABD" w:rsidRDefault="00F35368">
            <w:pPr>
              <w:pStyle w:val="OptionLine"/>
            </w:pPr>
            <w:r>
              <w:rPr>
                <w:sz w:val="16"/>
              </w:rPr>
              <w:t>B. using technology to carry out tasks with little or no human involvement</w:t>
            </w:r>
          </w:p>
          <w:p w14:paraId="2F403ACB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controlled by its owner, often with source code not available to users</w:t>
            </w:r>
          </w:p>
          <w:p w14:paraId="4E1C3CE9" w14:textId="77777777" w:rsidR="004C6ABD" w:rsidRDefault="00F35368">
            <w:pPr>
              <w:pStyle w:val="OptionLine"/>
            </w:pPr>
            <w:r>
              <w:rPr>
                <w:sz w:val="16"/>
              </w:rPr>
              <w:t>D. UK legislation that controls how personal data should be processed</w:t>
            </w:r>
          </w:p>
          <w:p w14:paraId="2C59953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C43CCB4" w14:textId="77777777">
        <w:trPr>
          <w:cantSplit/>
          <w:jc w:val="center"/>
        </w:trPr>
        <w:tc>
          <w:tcPr>
            <w:tcW w:w="5112" w:type="dxa"/>
          </w:tcPr>
          <w:p w14:paraId="23AA995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term best matches this description: working away from a traditional workplace using digital technology</w:t>
            </w:r>
          </w:p>
          <w:p w14:paraId="62C9AACB" w14:textId="77777777" w:rsidR="004C6ABD" w:rsidRDefault="00F35368">
            <w:pPr>
              <w:pStyle w:val="OptionLine"/>
            </w:pPr>
            <w:r>
              <w:rPr>
                <w:sz w:val="16"/>
              </w:rPr>
              <w:t>A. Remote working</w:t>
            </w:r>
          </w:p>
          <w:p w14:paraId="6DAA282D" w14:textId="77777777" w:rsidR="004C6ABD" w:rsidRDefault="00F35368">
            <w:pPr>
              <w:pStyle w:val="OptionLine"/>
            </w:pPr>
            <w:r>
              <w:rPr>
                <w:sz w:val="16"/>
              </w:rPr>
              <w:t>B. Digital divide</w:t>
            </w:r>
          </w:p>
          <w:p w14:paraId="33D43EE9" w14:textId="77777777" w:rsidR="004C6ABD" w:rsidRDefault="00F35368">
            <w:pPr>
              <w:pStyle w:val="OptionLine"/>
            </w:pPr>
            <w:r>
              <w:rPr>
                <w:sz w:val="16"/>
              </w:rPr>
              <w:t>C. Environmental sustainability</w:t>
            </w:r>
          </w:p>
          <w:p w14:paraId="707E2E28" w14:textId="77777777" w:rsidR="004C6ABD" w:rsidRDefault="00F35368">
            <w:pPr>
              <w:pStyle w:val="OptionLine"/>
            </w:pPr>
            <w:r>
              <w:rPr>
                <w:sz w:val="16"/>
              </w:rPr>
              <w:t>D. Accuracy principle</w:t>
            </w:r>
          </w:p>
          <w:p w14:paraId="33BDB99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086399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description correctly matches Legal issue?</w:t>
            </w:r>
          </w:p>
          <w:p w14:paraId="085B2361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with source code available to view and modify under licence terms</w:t>
            </w:r>
          </w:p>
          <w:p w14:paraId="2B690074" w14:textId="77777777" w:rsidR="004C6ABD" w:rsidRDefault="00F35368">
            <w:pPr>
              <w:pStyle w:val="OptionLine"/>
            </w:pPr>
            <w:r>
              <w:rPr>
                <w:sz w:val="16"/>
              </w:rPr>
              <w:t>B. a legal agreement setting out how software may be used</w:t>
            </w:r>
          </w:p>
          <w:p w14:paraId="76432F2A" w14:textId="77777777" w:rsidR="004C6ABD" w:rsidRDefault="00F35368">
            <w:pPr>
              <w:pStyle w:val="OptionLine"/>
            </w:pPr>
            <w:r>
              <w:rPr>
                <w:sz w:val="16"/>
              </w:rPr>
              <w:t>C. copying, sharing or using software illegally</w:t>
            </w:r>
          </w:p>
          <w:p w14:paraId="0A7553F9" w14:textId="77777777" w:rsidR="004C6ABD" w:rsidRDefault="00F35368">
            <w:pPr>
              <w:pStyle w:val="OptionLine"/>
            </w:pPr>
            <w:r>
              <w:rPr>
                <w:sz w:val="16"/>
              </w:rPr>
              <w:t>D. a question about what the law allows or prohibits</w:t>
            </w:r>
          </w:p>
          <w:p w14:paraId="522338B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B1AB0C0" w14:textId="77777777">
        <w:trPr>
          <w:cantSplit/>
          <w:jc w:val="center"/>
        </w:trPr>
        <w:tc>
          <w:tcPr>
            <w:tcW w:w="5112" w:type="dxa"/>
          </w:tcPr>
          <w:p w14:paraId="4010D16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A student writes about Bias. Which statement would be correct?</w:t>
            </w:r>
          </w:p>
          <w:p w14:paraId="603E6F93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organisation or person that decides why and how personal data is processed</w:t>
            </w:r>
          </w:p>
          <w:p w14:paraId="564B50B7" w14:textId="77777777" w:rsidR="004C6ABD" w:rsidRDefault="00F35368">
            <w:pPr>
              <w:pStyle w:val="OptionLine"/>
            </w:pPr>
            <w:r>
              <w:rPr>
                <w:sz w:val="16"/>
              </w:rPr>
              <w:t>B. rules that explain how users are allowed to use a system or network</w:t>
            </w:r>
          </w:p>
          <w:p w14:paraId="22644F0E" w14:textId="77777777" w:rsidR="004C6ABD" w:rsidRDefault="00F35368">
            <w:pPr>
              <w:pStyle w:val="OptionLine"/>
            </w:pPr>
            <w:r>
              <w:rPr>
                <w:sz w:val="16"/>
              </w:rPr>
              <w:t>C. unfair preference or prejudice that can affect decisions made by technology</w:t>
            </w:r>
          </w:p>
          <w:p w14:paraId="7D398601" w14:textId="77777777" w:rsidR="004C6ABD" w:rsidRDefault="00F35368">
            <w:pPr>
              <w:pStyle w:val="OptionLine"/>
            </w:pPr>
            <w:r>
              <w:rPr>
                <w:sz w:val="16"/>
              </w:rPr>
              <w:t>D. a group of people communicating and interacting through digital platforms</w:t>
            </w:r>
          </w:p>
          <w:p w14:paraId="22D6BDD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33E978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A student writes about Software licence. Which statement would be correct?</w:t>
            </w:r>
          </w:p>
          <w:p w14:paraId="33482ADA" w14:textId="77777777" w:rsidR="004C6ABD" w:rsidRDefault="00F35368">
            <w:pPr>
              <w:pStyle w:val="OptionLine"/>
            </w:pPr>
            <w:r>
              <w:rPr>
                <w:sz w:val="16"/>
              </w:rPr>
              <w:t>A. using technology in a way that can be maintained without excessive environmental harm</w:t>
            </w:r>
          </w:p>
          <w:p w14:paraId="72A0BCFE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effect of technology on the natural world</w:t>
            </w:r>
          </w:p>
          <w:p w14:paraId="1B7F4746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right for a person to request a copy of their personal data</w:t>
            </w:r>
          </w:p>
          <w:p w14:paraId="7CDE0A97" w14:textId="77777777" w:rsidR="004C6ABD" w:rsidRDefault="00F35368">
            <w:pPr>
              <w:pStyle w:val="OptionLine"/>
            </w:pPr>
            <w:r>
              <w:rPr>
                <w:sz w:val="16"/>
              </w:rPr>
              <w:t>D. a legal agreement setting out how software may be used</w:t>
            </w:r>
          </w:p>
          <w:p w14:paraId="6D492B9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D073384" w14:textId="77777777">
        <w:trPr>
          <w:cantSplit/>
          <w:jc w:val="center"/>
        </w:trPr>
        <w:tc>
          <w:tcPr>
            <w:tcW w:w="5112" w:type="dxa"/>
          </w:tcPr>
          <w:p w14:paraId="39FB8EB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Which is mainly an environmental impact of large data centres?</w:t>
            </w:r>
          </w:p>
          <w:p w14:paraId="029DE715" w14:textId="77777777" w:rsidR="004C6ABD" w:rsidRDefault="00F35368">
            <w:pPr>
              <w:pStyle w:val="OptionLine"/>
            </w:pPr>
            <w:r>
              <w:rPr>
                <w:sz w:val="16"/>
              </w:rPr>
              <w:t>A. A shorter file extension</w:t>
            </w:r>
          </w:p>
          <w:p w14:paraId="7EB6CEBE" w14:textId="77777777" w:rsidR="004C6ABD" w:rsidRDefault="00F35368">
            <w:pPr>
              <w:pStyle w:val="OptionLine"/>
            </w:pPr>
            <w:r>
              <w:rPr>
                <w:sz w:val="16"/>
              </w:rPr>
              <w:t>B. High energy consumption</w:t>
            </w:r>
          </w:p>
          <w:p w14:paraId="46263F1E" w14:textId="77777777" w:rsidR="004C6ABD" w:rsidRDefault="00F35368">
            <w:pPr>
              <w:pStyle w:val="OptionLine"/>
            </w:pPr>
            <w:r>
              <w:rPr>
                <w:sz w:val="16"/>
              </w:rPr>
              <w:t>C. More arithmetic operators</w:t>
            </w:r>
          </w:p>
          <w:p w14:paraId="445048A0" w14:textId="77777777" w:rsidR="004C6ABD" w:rsidRDefault="00F35368">
            <w:pPr>
              <w:pStyle w:val="OptionLine"/>
            </w:pPr>
            <w:r>
              <w:rPr>
                <w:sz w:val="16"/>
              </w:rPr>
              <w:t>D. Improved pseudocode indentation</w:t>
            </w:r>
          </w:p>
          <w:p w14:paraId="56FEFD1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F40227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description correctly matches Data controller?</w:t>
            </w:r>
          </w:p>
          <w:p w14:paraId="2A76F12B" w14:textId="77777777" w:rsidR="004C6ABD" w:rsidRDefault="00F35368">
            <w:pPr>
              <w:pStyle w:val="OptionLine"/>
            </w:pPr>
            <w:r>
              <w:rPr>
                <w:sz w:val="16"/>
              </w:rPr>
              <w:t>A. copying, sharing or using software illegally</w:t>
            </w:r>
          </w:p>
          <w:p w14:paraId="300ED278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effect of technology on the natural world</w:t>
            </w:r>
          </w:p>
          <w:p w14:paraId="43AD02E3" w14:textId="77777777" w:rsidR="004C6ABD" w:rsidRDefault="00F35368">
            <w:pPr>
              <w:pStyle w:val="OptionLine"/>
            </w:pPr>
            <w:r>
              <w:rPr>
                <w:sz w:val="16"/>
              </w:rPr>
              <w:t>C. accessing a system or data without permission</w:t>
            </w:r>
          </w:p>
          <w:p w14:paraId="5F548845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organisation or person that decides why and how personal data is processed</w:t>
            </w:r>
          </w:p>
          <w:p w14:paraId="48FC95A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2C22105" w14:textId="77777777">
        <w:trPr>
          <w:cantSplit/>
          <w:jc w:val="center"/>
        </w:trPr>
        <w:tc>
          <w:tcPr>
            <w:tcW w:w="5112" w:type="dxa"/>
          </w:tcPr>
          <w:p w14:paraId="385019B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term best matches this description: the right for a person to request a copy of their personal data</w:t>
            </w:r>
          </w:p>
          <w:p w14:paraId="73F7FF69" w14:textId="77777777" w:rsidR="004C6ABD" w:rsidRDefault="00F35368">
            <w:pPr>
              <w:pStyle w:val="OptionLine"/>
            </w:pPr>
            <w:r>
              <w:rPr>
                <w:sz w:val="16"/>
              </w:rPr>
              <w:t>A. Proprietary software</w:t>
            </w:r>
          </w:p>
          <w:p w14:paraId="0C0E4F3E" w14:textId="77777777" w:rsidR="004C6ABD" w:rsidRDefault="00F35368">
            <w:pPr>
              <w:pStyle w:val="OptionLine"/>
            </w:pPr>
            <w:r>
              <w:rPr>
                <w:sz w:val="16"/>
              </w:rPr>
              <w:t>B. Right of access</w:t>
            </w:r>
          </w:p>
          <w:p w14:paraId="1C02A6D0" w14:textId="77777777" w:rsidR="004C6ABD" w:rsidRDefault="00F35368">
            <w:pPr>
              <w:pStyle w:val="OptionLine"/>
            </w:pPr>
            <w:r>
              <w:rPr>
                <w:sz w:val="16"/>
              </w:rPr>
              <w:t>C. Copyright, Designs and Patents Act 1988</w:t>
            </w:r>
          </w:p>
          <w:p w14:paraId="2CC63043" w14:textId="77777777" w:rsidR="004C6ABD" w:rsidRDefault="00F35368">
            <w:pPr>
              <w:pStyle w:val="OptionLine"/>
            </w:pPr>
            <w:r>
              <w:rPr>
                <w:sz w:val="16"/>
              </w:rPr>
              <w:t>D. Energy consumption</w:t>
            </w:r>
          </w:p>
          <w:p w14:paraId="4A3644B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EF8150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term best matches this description: creating or supplying tools intended for computer misuse</w:t>
            </w:r>
          </w:p>
          <w:p w14:paraId="2E4B6584" w14:textId="77777777" w:rsidR="004C6ABD" w:rsidRDefault="00F35368">
            <w:pPr>
              <w:pStyle w:val="OptionLine"/>
            </w:pPr>
            <w:r>
              <w:rPr>
                <w:sz w:val="16"/>
              </w:rPr>
              <w:t>A. Proprietary software</w:t>
            </w:r>
          </w:p>
          <w:p w14:paraId="1D8246BB" w14:textId="77777777" w:rsidR="004C6ABD" w:rsidRDefault="00F35368">
            <w:pPr>
              <w:pStyle w:val="OptionLine"/>
            </w:pPr>
            <w:r>
              <w:rPr>
                <w:sz w:val="16"/>
              </w:rPr>
              <w:t>B. Malware offence</w:t>
            </w:r>
          </w:p>
          <w:p w14:paraId="29E03C3E" w14:textId="77777777" w:rsidR="004C6ABD" w:rsidRDefault="00F35368">
            <w:pPr>
              <w:pStyle w:val="OptionLine"/>
            </w:pPr>
            <w:r>
              <w:rPr>
                <w:sz w:val="16"/>
              </w:rPr>
              <w:t>C. Surveillance</w:t>
            </w:r>
          </w:p>
          <w:p w14:paraId="1A73D4DE" w14:textId="77777777" w:rsidR="004C6ABD" w:rsidRDefault="00F35368">
            <w:pPr>
              <w:pStyle w:val="OptionLine"/>
            </w:pPr>
            <w:r>
              <w:rPr>
                <w:sz w:val="16"/>
              </w:rPr>
              <w:t>D. Remote working</w:t>
            </w:r>
          </w:p>
          <w:p w14:paraId="68BA00E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20395B4" w14:textId="77777777">
        <w:trPr>
          <w:cantSplit/>
          <w:jc w:val="center"/>
        </w:trPr>
        <w:tc>
          <w:tcPr>
            <w:tcW w:w="5112" w:type="dxa"/>
          </w:tcPr>
          <w:p w14:paraId="2C799B0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term best matches this description: software controlled by its owner, often with source code not available to users</w:t>
            </w:r>
          </w:p>
          <w:p w14:paraId="503C3534" w14:textId="77777777" w:rsidR="004C6ABD" w:rsidRDefault="00F35368">
            <w:pPr>
              <w:pStyle w:val="OptionLine"/>
            </w:pPr>
            <w:r>
              <w:rPr>
                <w:sz w:val="16"/>
              </w:rPr>
              <w:t>A. Environmental issue</w:t>
            </w:r>
          </w:p>
          <w:p w14:paraId="30D1DC71" w14:textId="77777777" w:rsidR="004C6ABD" w:rsidRDefault="00F35368">
            <w:pPr>
              <w:pStyle w:val="OptionLine"/>
            </w:pPr>
            <w:r>
              <w:rPr>
                <w:sz w:val="16"/>
              </w:rPr>
              <w:t>B. Automation</w:t>
            </w:r>
          </w:p>
          <w:p w14:paraId="7E0298A3" w14:textId="77777777" w:rsidR="004C6ABD" w:rsidRDefault="00F35368">
            <w:pPr>
              <w:pStyle w:val="OptionLine"/>
            </w:pPr>
            <w:r>
              <w:rPr>
                <w:sz w:val="16"/>
              </w:rPr>
              <w:t>C. Online community</w:t>
            </w:r>
          </w:p>
          <w:p w14:paraId="44A6B142" w14:textId="77777777" w:rsidR="004C6ABD" w:rsidRDefault="00F35368">
            <w:pPr>
              <w:pStyle w:val="OptionLine"/>
            </w:pPr>
            <w:r>
              <w:rPr>
                <w:sz w:val="16"/>
              </w:rPr>
              <w:t>D. Proprietary software</w:t>
            </w:r>
          </w:p>
          <w:p w14:paraId="49EAF72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619A77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A student writes about Privacy by design. Which statement would be correct?</w:t>
            </w:r>
          </w:p>
          <w:p w14:paraId="313AF89E" w14:textId="77777777" w:rsidR="004C6ABD" w:rsidRDefault="00F35368">
            <w:pPr>
              <w:pStyle w:val="OptionLine"/>
            </w:pPr>
            <w:r>
              <w:rPr>
                <w:sz w:val="16"/>
              </w:rPr>
              <w:t>A. collecting only the personal data needed for a specific purpose</w:t>
            </w:r>
          </w:p>
          <w:p w14:paraId="3E60A48F" w14:textId="77777777" w:rsidR="004C6ABD" w:rsidRDefault="00F35368">
            <w:pPr>
              <w:pStyle w:val="OptionLine"/>
            </w:pPr>
            <w:r>
              <w:rPr>
                <w:sz w:val="16"/>
              </w:rPr>
              <w:t>B. building privacy protection into a system from the start</w:t>
            </w:r>
          </w:p>
          <w:p w14:paraId="1C95CFA7" w14:textId="77777777" w:rsidR="004C6ABD" w:rsidRDefault="00F35368">
            <w:pPr>
              <w:pStyle w:val="OptionLine"/>
            </w:pPr>
            <w:r>
              <w:rPr>
                <w:sz w:val="16"/>
              </w:rPr>
              <w:t>C. UK legislation that makes unauthorised access to computer systems illegal</w:t>
            </w:r>
          </w:p>
          <w:p w14:paraId="3A4BFB02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gap between people who have access to digital technology and those who do not</w:t>
            </w:r>
          </w:p>
          <w:p w14:paraId="0FE93E3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7D49FA7" w14:textId="77777777">
        <w:trPr>
          <w:cantSplit/>
          <w:jc w:val="center"/>
        </w:trPr>
        <w:tc>
          <w:tcPr>
            <w:tcW w:w="5112" w:type="dxa"/>
          </w:tcPr>
          <w:p w14:paraId="5E92BAD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description correctly matches Targeted advertising?</w:t>
            </w:r>
          </w:p>
          <w:p w14:paraId="3E16702C" w14:textId="77777777" w:rsidR="004C6ABD" w:rsidRDefault="00F35368">
            <w:pPr>
              <w:pStyle w:val="OptionLine"/>
            </w:pPr>
            <w:r>
              <w:rPr>
                <w:sz w:val="16"/>
              </w:rPr>
              <w:t>A. workers losing roles because tasks are automated</w:t>
            </w:r>
          </w:p>
          <w:p w14:paraId="7DDA1CF3" w14:textId="77777777" w:rsidR="004C6ABD" w:rsidRDefault="00F35368">
            <w:pPr>
              <w:pStyle w:val="OptionLine"/>
            </w:pPr>
            <w:r>
              <w:rPr>
                <w:sz w:val="16"/>
              </w:rPr>
              <w:t>B. advertising chosen using data about a user</w:t>
            </w:r>
          </w:p>
          <w:p w14:paraId="339595BB" w14:textId="77777777" w:rsidR="004C6ABD" w:rsidRDefault="00F35368">
            <w:pPr>
              <w:pStyle w:val="OptionLine"/>
            </w:pPr>
            <w:r>
              <w:rPr>
                <w:sz w:val="16"/>
              </w:rPr>
              <w:t>C. gathering information about users or events</w:t>
            </w:r>
          </w:p>
          <w:p w14:paraId="0C9DFFBA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controlled by its owner, often with source code not available to users</w:t>
            </w:r>
          </w:p>
          <w:p w14:paraId="24683F6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E558BD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term best matches this description: using technology to carry out tasks with little or no human involvement</w:t>
            </w:r>
          </w:p>
          <w:p w14:paraId="42E38CA1" w14:textId="77777777" w:rsidR="004C6ABD" w:rsidRDefault="00F35368">
            <w:pPr>
              <w:pStyle w:val="OptionLine"/>
            </w:pPr>
            <w:r>
              <w:rPr>
                <w:sz w:val="16"/>
              </w:rPr>
              <w:t>A. Privacy by design</w:t>
            </w:r>
          </w:p>
          <w:p w14:paraId="2E96D32F" w14:textId="77777777" w:rsidR="004C6ABD" w:rsidRDefault="00F35368">
            <w:pPr>
              <w:pStyle w:val="OptionLine"/>
            </w:pPr>
            <w:r>
              <w:rPr>
                <w:sz w:val="16"/>
              </w:rPr>
              <w:t>B. Automation</w:t>
            </w:r>
          </w:p>
          <w:p w14:paraId="6B306B9E" w14:textId="77777777" w:rsidR="004C6ABD" w:rsidRDefault="00F35368">
            <w:pPr>
              <w:pStyle w:val="OptionLine"/>
            </w:pPr>
            <w:r>
              <w:rPr>
                <w:sz w:val="16"/>
              </w:rPr>
              <w:t>C. Recycling</w:t>
            </w:r>
          </w:p>
          <w:p w14:paraId="3B9D796B" w14:textId="77777777" w:rsidR="004C6ABD" w:rsidRDefault="00F35368">
            <w:pPr>
              <w:pStyle w:val="OptionLine"/>
            </w:pPr>
            <w:r>
              <w:rPr>
                <w:sz w:val="16"/>
              </w:rPr>
              <w:t>D. Online community</w:t>
            </w:r>
          </w:p>
          <w:p w14:paraId="2347E2C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4F34229" w14:textId="77777777">
        <w:trPr>
          <w:cantSplit/>
          <w:jc w:val="center"/>
        </w:trPr>
        <w:tc>
          <w:tcPr>
            <w:tcW w:w="5112" w:type="dxa"/>
          </w:tcPr>
          <w:p w14:paraId="52FD809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20. Which term best matches this description: information that can identify a living person</w:t>
            </w:r>
          </w:p>
          <w:p w14:paraId="623B002A" w14:textId="77777777" w:rsidR="004C6ABD" w:rsidRDefault="00F35368">
            <w:pPr>
              <w:pStyle w:val="OptionLine"/>
            </w:pPr>
            <w:r>
              <w:rPr>
                <w:sz w:val="16"/>
              </w:rPr>
              <w:t>A. Personal data</w:t>
            </w:r>
          </w:p>
          <w:p w14:paraId="0C8226E6" w14:textId="77777777" w:rsidR="004C6ABD" w:rsidRDefault="00F35368">
            <w:pPr>
              <w:pStyle w:val="OptionLine"/>
            </w:pPr>
            <w:r>
              <w:rPr>
                <w:sz w:val="16"/>
              </w:rPr>
              <w:t>B. Computer Misuse Act 1990</w:t>
            </w:r>
          </w:p>
          <w:p w14:paraId="781AFEA6" w14:textId="77777777" w:rsidR="004C6ABD" w:rsidRDefault="00F35368">
            <w:pPr>
              <w:pStyle w:val="OptionLine"/>
            </w:pPr>
            <w:r>
              <w:rPr>
                <w:sz w:val="16"/>
              </w:rPr>
              <w:t>C. Right of access</w:t>
            </w:r>
          </w:p>
          <w:p w14:paraId="3EA80FE1" w14:textId="77777777" w:rsidR="004C6ABD" w:rsidRDefault="00F35368">
            <w:pPr>
              <w:pStyle w:val="OptionLine"/>
            </w:pPr>
            <w:r>
              <w:rPr>
                <w:sz w:val="16"/>
              </w:rPr>
              <w:t>D. Recycling</w:t>
            </w:r>
          </w:p>
          <w:p w14:paraId="5076020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A38B7D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A student writes about Legal issue. Which statement would be correct?</w:t>
            </w:r>
          </w:p>
          <w:p w14:paraId="4CF158CB" w14:textId="77777777" w:rsidR="004C6ABD" w:rsidRDefault="00F35368">
            <w:pPr>
              <w:pStyle w:val="OptionLine"/>
            </w:pPr>
            <w:r>
              <w:rPr>
                <w:sz w:val="16"/>
              </w:rPr>
              <w:t>A. rules that explain how users are allowed to use a system or network</w:t>
            </w:r>
          </w:p>
          <w:p w14:paraId="61E84B98" w14:textId="77777777" w:rsidR="004C6ABD" w:rsidRDefault="00F35368">
            <w:pPr>
              <w:pStyle w:val="OptionLine"/>
            </w:pPr>
            <w:r>
              <w:rPr>
                <w:sz w:val="16"/>
              </w:rPr>
              <w:t>B. workers losing roles because tasks are automated</w:t>
            </w:r>
          </w:p>
          <w:p w14:paraId="27A8FCFB" w14:textId="77777777" w:rsidR="004C6ABD" w:rsidRDefault="00F35368">
            <w:pPr>
              <w:pStyle w:val="OptionLine"/>
            </w:pPr>
            <w:r>
              <w:rPr>
                <w:sz w:val="16"/>
              </w:rPr>
              <w:t>C. a question about what the law allows or prohibits</w:t>
            </w:r>
          </w:p>
          <w:p w14:paraId="18FDFF34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total greenhouse-gas impact of an activity, product or organisation</w:t>
            </w:r>
          </w:p>
          <w:p w14:paraId="6334357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