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148C7" w14:textId="77777777" w:rsidR="004C6ABD" w:rsidRDefault="00F35368">
      <w:pPr>
        <w:pStyle w:val="Heading1"/>
      </w:pPr>
      <w:r>
        <w:lastRenderedPageBreak/>
        <w:t>1.6 Ethical, legal, cultural and environmental impacts of digital technology - Quiz B</w:t>
      </w:r>
    </w:p>
    <w:p w14:paraId="3271D555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5411EBF4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4AE9A25C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4E95D3D2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64EBF382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50CBBA73" w14:textId="77777777">
        <w:trPr>
          <w:cantSplit/>
          <w:jc w:val="center"/>
        </w:trPr>
        <w:tc>
          <w:tcPr>
            <w:tcW w:w="5112" w:type="dxa"/>
          </w:tcPr>
          <w:p w14:paraId="00067EF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UK legislation that controls how personal data should be processed</w:t>
            </w:r>
          </w:p>
          <w:p w14:paraId="1442620A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controller</w:t>
            </w:r>
          </w:p>
          <w:p w14:paraId="51B7E0F7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Protection Act 2018</w:t>
            </w:r>
          </w:p>
          <w:p w14:paraId="163E483B" w14:textId="77777777" w:rsidR="004C6ABD" w:rsidRDefault="00F35368">
            <w:pPr>
              <w:pStyle w:val="OptionLine"/>
            </w:pPr>
            <w:r>
              <w:rPr>
                <w:sz w:val="16"/>
              </w:rPr>
              <w:t>C. Open-source software</w:t>
            </w:r>
          </w:p>
          <w:p w14:paraId="6E65C14B" w14:textId="77777777" w:rsidR="004C6ABD" w:rsidRDefault="00F35368">
            <w:pPr>
              <w:pStyle w:val="OptionLine"/>
            </w:pPr>
            <w:r>
              <w:rPr>
                <w:sz w:val="16"/>
              </w:rPr>
              <w:t>D. Personal data</w:t>
            </w:r>
          </w:p>
          <w:p w14:paraId="50B54D7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66A75F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A student writes about Consent. Which statement would be correct?</w:t>
            </w:r>
          </w:p>
          <w:p w14:paraId="4D3CA8D3" w14:textId="77777777" w:rsidR="004C6ABD" w:rsidRDefault="00F35368">
            <w:pPr>
              <w:pStyle w:val="OptionLine"/>
            </w:pPr>
            <w:r>
              <w:rPr>
                <w:sz w:val="16"/>
              </w:rPr>
              <w:t>A. legal protection for original works such as software, images, music and writing</w:t>
            </w:r>
          </w:p>
          <w:p w14:paraId="2B25788D" w14:textId="77777777" w:rsidR="004C6ABD" w:rsidRDefault="00F35368">
            <w:pPr>
              <w:pStyle w:val="OptionLine"/>
            </w:pPr>
            <w:r>
              <w:rPr>
                <w:sz w:val="16"/>
              </w:rPr>
              <w:t>B. permission given by a person for their data to be used in a particular way</w:t>
            </w:r>
          </w:p>
          <w:p w14:paraId="578E8127" w14:textId="77777777" w:rsidR="004C6ABD" w:rsidRDefault="00F35368">
            <w:pPr>
              <w:pStyle w:val="OptionLine"/>
            </w:pPr>
            <w:r>
              <w:rPr>
                <w:sz w:val="16"/>
              </w:rPr>
              <w:t>C. a question about what the law allows or prohibits</w:t>
            </w:r>
          </w:p>
          <w:p w14:paraId="10FD9D65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amount of power used by digital devices or data centres</w:t>
            </w:r>
          </w:p>
          <w:p w14:paraId="6C8BF89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C920408" w14:textId="77777777">
        <w:trPr>
          <w:cantSplit/>
          <w:jc w:val="center"/>
        </w:trPr>
        <w:tc>
          <w:tcPr>
            <w:tcW w:w="5112" w:type="dxa"/>
          </w:tcPr>
          <w:p w14:paraId="32BCBDA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Environmental issue?</w:t>
            </w:r>
          </w:p>
          <w:p w14:paraId="0DC4440D" w14:textId="77777777" w:rsidR="004C6ABD" w:rsidRDefault="00F35368">
            <w:pPr>
              <w:pStyle w:val="OptionLine"/>
            </w:pPr>
            <w:r>
              <w:rPr>
                <w:sz w:val="16"/>
              </w:rPr>
              <w:t>A. human-readable program code before translation</w:t>
            </w:r>
          </w:p>
          <w:p w14:paraId="3D7369C9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effect of technology on the natural world</w:t>
            </w:r>
          </w:p>
          <w:p w14:paraId="0FAE0D4D" w14:textId="77777777" w:rsidR="004C6ABD" w:rsidRDefault="00F35368">
            <w:pPr>
              <w:pStyle w:val="OptionLine"/>
            </w:pPr>
            <w:r>
              <w:rPr>
                <w:sz w:val="16"/>
              </w:rPr>
              <w:t>C. unfair preference or prejudice that can affect decisions made by technology</w:t>
            </w:r>
          </w:p>
          <w:p w14:paraId="23410F2D" w14:textId="77777777" w:rsidR="004C6ABD" w:rsidRDefault="00F35368">
            <w:pPr>
              <w:pStyle w:val="OptionLine"/>
            </w:pPr>
            <w:r>
              <w:rPr>
                <w:sz w:val="16"/>
              </w:rPr>
              <w:t>D. a question about what is morally right or wrong when using technology</w:t>
            </w:r>
          </w:p>
          <w:p w14:paraId="11F000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F5A741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human-readable program code before translation</w:t>
            </w:r>
          </w:p>
          <w:p w14:paraId="0C2446C3" w14:textId="77777777" w:rsidR="004C6ABD" w:rsidRDefault="00F35368">
            <w:pPr>
              <w:pStyle w:val="OptionLine"/>
            </w:pPr>
            <w:r>
              <w:rPr>
                <w:sz w:val="16"/>
              </w:rPr>
              <w:t>A. Targeted advertising</w:t>
            </w:r>
          </w:p>
          <w:p w14:paraId="66BB675A" w14:textId="77777777" w:rsidR="004C6ABD" w:rsidRDefault="00F35368">
            <w:pPr>
              <w:pStyle w:val="OptionLine"/>
            </w:pPr>
            <w:r>
              <w:rPr>
                <w:sz w:val="16"/>
              </w:rPr>
              <w:t>B. Acceptable use policy</w:t>
            </w:r>
          </w:p>
          <w:p w14:paraId="3E78D098" w14:textId="77777777" w:rsidR="004C6ABD" w:rsidRDefault="00F35368">
            <w:pPr>
              <w:pStyle w:val="OptionLine"/>
            </w:pPr>
            <w:r>
              <w:rPr>
                <w:sz w:val="16"/>
              </w:rPr>
              <w:t>C. Source code</w:t>
            </w:r>
          </w:p>
          <w:p w14:paraId="3BE73C73" w14:textId="77777777" w:rsidR="004C6ABD" w:rsidRDefault="00F35368">
            <w:pPr>
              <w:pStyle w:val="OptionLine"/>
            </w:pPr>
            <w:r>
              <w:rPr>
                <w:sz w:val="16"/>
              </w:rPr>
              <w:t>D. Malware offence</w:t>
            </w:r>
          </w:p>
          <w:p w14:paraId="3106CA7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50B4E2" w14:textId="77777777">
        <w:trPr>
          <w:cantSplit/>
          <w:jc w:val="center"/>
        </w:trPr>
        <w:tc>
          <w:tcPr>
            <w:tcW w:w="5112" w:type="dxa"/>
          </w:tcPr>
          <w:p w14:paraId="38B187B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Malware offence. Which statement would be correct?</w:t>
            </w:r>
          </w:p>
          <w:p w14:paraId="0DB04509" w14:textId="77777777" w:rsidR="004C6ABD" w:rsidRDefault="00F35368">
            <w:pPr>
              <w:pStyle w:val="OptionLine"/>
            </w:pPr>
            <w:r>
              <w:rPr>
                <w:sz w:val="16"/>
              </w:rPr>
              <w:t>A. a question about what the law allows or prohibits</w:t>
            </w:r>
          </w:p>
          <w:p w14:paraId="3E551DAC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technology in a way that can be maintained without excessive environmental harm</w:t>
            </w:r>
          </w:p>
          <w:p w14:paraId="62601A30" w14:textId="77777777" w:rsidR="004C6ABD" w:rsidRDefault="00F35368">
            <w:pPr>
              <w:pStyle w:val="OptionLine"/>
            </w:pPr>
            <w:r>
              <w:rPr>
                <w:sz w:val="16"/>
              </w:rPr>
              <w:t>C. creating or supplying tools intended for computer misuse</w:t>
            </w:r>
          </w:p>
          <w:p w14:paraId="1BD980F3" w14:textId="77777777" w:rsidR="004C6ABD" w:rsidRDefault="00F35368">
            <w:pPr>
              <w:pStyle w:val="OptionLine"/>
            </w:pPr>
            <w:r>
              <w:rPr>
                <w:sz w:val="16"/>
              </w:rPr>
              <w:t>D. UK legislation that protects creators' rights over their work</w:t>
            </w:r>
          </w:p>
          <w:p w14:paraId="0234B82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B8899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Job displacement. Which statement would be correct?</w:t>
            </w:r>
          </w:p>
          <w:p w14:paraId="026C7FEE" w14:textId="77777777" w:rsidR="004C6ABD" w:rsidRDefault="00F35368">
            <w:pPr>
              <w:pStyle w:val="OptionLine"/>
            </w:pPr>
            <w:r>
              <w:rPr>
                <w:sz w:val="16"/>
              </w:rPr>
              <w:t>A. using technology in a way that can be maintained without excessive environmental harm</w:t>
            </w:r>
          </w:p>
          <w:p w14:paraId="177476C0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processing old equipment so materials can be reused</w:t>
            </w:r>
          </w:p>
          <w:p w14:paraId="69FC5A73" w14:textId="77777777" w:rsidR="004C6ABD" w:rsidRDefault="00F35368">
            <w:pPr>
              <w:pStyle w:val="OptionLine"/>
            </w:pPr>
            <w:r>
              <w:rPr>
                <w:sz w:val="16"/>
              </w:rPr>
              <w:t>C. workers losing roles because tasks are automated</w:t>
            </w:r>
          </w:p>
          <w:p w14:paraId="1126CF30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right for a person to request a copy of their personal data</w:t>
            </w:r>
          </w:p>
          <w:p w14:paraId="18E71D0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9CFBEA9" w14:textId="77777777">
        <w:trPr>
          <w:cantSplit/>
          <w:jc w:val="center"/>
        </w:trPr>
        <w:tc>
          <w:tcPr>
            <w:tcW w:w="5112" w:type="dxa"/>
          </w:tcPr>
          <w:p w14:paraId="343836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term best matches this description: an effect of technology on people's values, behaviour or way of life</w:t>
            </w:r>
          </w:p>
          <w:p w14:paraId="6B82D108" w14:textId="77777777" w:rsidR="004C6ABD" w:rsidRDefault="00F35368">
            <w:pPr>
              <w:pStyle w:val="OptionLine"/>
            </w:pPr>
            <w:r>
              <w:rPr>
                <w:sz w:val="16"/>
              </w:rPr>
              <w:t>A. Cultural issue</w:t>
            </w:r>
          </w:p>
          <w:p w14:paraId="149A0FB4" w14:textId="77777777" w:rsidR="004C6ABD" w:rsidRDefault="00F35368">
            <w:pPr>
              <w:pStyle w:val="OptionLine"/>
            </w:pPr>
            <w:r>
              <w:rPr>
                <w:sz w:val="16"/>
              </w:rPr>
              <w:t>B. Copyright, Designs and Patents Act 1988</w:t>
            </w:r>
          </w:p>
          <w:p w14:paraId="7559202A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Computer Misuse Act 1990</w:t>
            </w:r>
          </w:p>
          <w:p w14:paraId="7733D8CD" w14:textId="77777777" w:rsidR="004C6ABD" w:rsidRDefault="00F35368">
            <w:pPr>
              <w:pStyle w:val="OptionLine"/>
            </w:pPr>
            <w:r>
              <w:rPr>
                <w:sz w:val="16"/>
              </w:rPr>
              <w:t>D. Digital divide</w:t>
            </w:r>
          </w:p>
          <w:p w14:paraId="1B111FE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B014B8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Environmental sustainability?</w:t>
            </w:r>
          </w:p>
          <w:p w14:paraId="7BBCB61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power used by digital devices or data centres</w:t>
            </w:r>
          </w:p>
          <w:p w14:paraId="11A1939A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technology in a way that can be maintained without excessive environmental harm</w:t>
            </w:r>
          </w:p>
          <w:p w14:paraId="7EA8444C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old equipment so materials can be reused</w:t>
            </w:r>
          </w:p>
          <w:p w14:paraId="18511125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effect of technology on people's values, behaviour or way of life</w:t>
            </w:r>
          </w:p>
          <w:p w14:paraId="790B83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0B7B7A4" w14:textId="77777777">
        <w:trPr>
          <w:cantSplit/>
          <w:jc w:val="center"/>
        </w:trPr>
        <w:tc>
          <w:tcPr>
            <w:tcW w:w="5112" w:type="dxa"/>
          </w:tcPr>
          <w:p w14:paraId="41D2248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A student writes about Energy consumption. Which statement would be correct?</w:t>
            </w:r>
          </w:p>
          <w:p w14:paraId="35D0EFD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power used by digital devices or data centres</w:t>
            </w:r>
          </w:p>
          <w:p w14:paraId="2B8D006A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controlled by its owner, often with source code not available to users</w:t>
            </w:r>
          </w:p>
          <w:p w14:paraId="5B55B407" w14:textId="77777777" w:rsidR="004C6ABD" w:rsidRDefault="00F35368">
            <w:pPr>
              <w:pStyle w:val="OptionLine"/>
            </w:pPr>
            <w:r>
              <w:rPr>
                <w:sz w:val="16"/>
              </w:rPr>
              <w:t>C. creating or supplying tools intended for computer misuse</w:t>
            </w:r>
          </w:p>
          <w:p w14:paraId="01E8625D" w14:textId="77777777" w:rsidR="004C6ABD" w:rsidRDefault="00F35368">
            <w:pPr>
              <w:pStyle w:val="OptionLine"/>
            </w:pPr>
            <w:r>
              <w:rPr>
                <w:sz w:val="16"/>
              </w:rPr>
              <w:t>D. information that can identify a living person</w:t>
            </w:r>
          </w:p>
          <w:p w14:paraId="4B1239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543AAD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Data minimisation. Which statement would be correct?</w:t>
            </w:r>
          </w:p>
          <w:p w14:paraId="5FFD9767" w14:textId="77777777" w:rsidR="004C6ABD" w:rsidRDefault="00F35368">
            <w:pPr>
              <w:pStyle w:val="OptionLine"/>
            </w:pPr>
            <w:r>
              <w:rPr>
                <w:sz w:val="16"/>
              </w:rPr>
              <w:t>A. information that can identify a living person</w:t>
            </w:r>
          </w:p>
          <w:p w14:paraId="1EA62515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gap between people who have access to digital technology and those who do not</w:t>
            </w:r>
          </w:p>
          <w:p w14:paraId="66E96839" w14:textId="77777777" w:rsidR="004C6ABD" w:rsidRDefault="00F35368">
            <w:pPr>
              <w:pStyle w:val="OptionLine"/>
            </w:pPr>
            <w:r>
              <w:rPr>
                <w:sz w:val="16"/>
              </w:rPr>
              <w:t>C. collecting only the personal data needed for a specific purpose</w:t>
            </w:r>
          </w:p>
          <w:p w14:paraId="23504B7E" w14:textId="77777777" w:rsidR="004C6ABD" w:rsidRDefault="00F35368">
            <w:pPr>
              <w:pStyle w:val="OptionLine"/>
            </w:pPr>
            <w:r>
              <w:rPr>
                <w:sz w:val="16"/>
              </w:rPr>
              <w:t>D. building privacy protection into a system from the start</w:t>
            </w:r>
          </w:p>
          <w:p w14:paraId="5A6CF31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7C5709" w14:textId="77777777">
        <w:trPr>
          <w:cantSplit/>
          <w:jc w:val="center"/>
        </w:trPr>
        <w:tc>
          <w:tcPr>
            <w:tcW w:w="5112" w:type="dxa"/>
          </w:tcPr>
          <w:p w14:paraId="430CDE1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term best matches this description: an effect of technology on the natural world</w:t>
            </w:r>
          </w:p>
          <w:p w14:paraId="5FB07463" w14:textId="77777777" w:rsidR="004C6ABD" w:rsidRDefault="00F35368">
            <w:pPr>
              <w:pStyle w:val="OptionLine"/>
            </w:pPr>
            <w:r>
              <w:rPr>
                <w:sz w:val="16"/>
              </w:rPr>
              <w:t>A. Recycling</w:t>
            </w:r>
          </w:p>
          <w:p w14:paraId="0F6DF2FA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Protection Act 2018</w:t>
            </w:r>
          </w:p>
          <w:p w14:paraId="080F21B6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collection</w:t>
            </w:r>
          </w:p>
          <w:p w14:paraId="478D0222" w14:textId="77777777" w:rsidR="004C6ABD" w:rsidRDefault="00F35368">
            <w:pPr>
              <w:pStyle w:val="OptionLine"/>
            </w:pPr>
            <w:r>
              <w:rPr>
                <w:sz w:val="16"/>
              </w:rPr>
              <w:t>D. Environmental issue</w:t>
            </w:r>
          </w:p>
          <w:p w14:paraId="0797A2F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F54156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monitoring people or activity, often using cameras, tracking or data collection</w:t>
            </w:r>
          </w:p>
          <w:p w14:paraId="37C50BCC" w14:textId="77777777" w:rsidR="004C6ABD" w:rsidRDefault="00F35368">
            <w:pPr>
              <w:pStyle w:val="OptionLine"/>
            </w:pPr>
            <w:r>
              <w:rPr>
                <w:sz w:val="16"/>
              </w:rPr>
              <w:t>A. Copyright, Designs and Patents Act 1988</w:t>
            </w:r>
          </w:p>
          <w:p w14:paraId="1D62579F" w14:textId="77777777" w:rsidR="004C6ABD" w:rsidRDefault="00F35368">
            <w:pPr>
              <w:pStyle w:val="OptionLine"/>
            </w:pPr>
            <w:r>
              <w:rPr>
                <w:sz w:val="16"/>
              </w:rPr>
              <w:t>B. Surveillance</w:t>
            </w:r>
          </w:p>
          <w:p w14:paraId="60C81F50" w14:textId="77777777" w:rsidR="004C6ABD" w:rsidRDefault="00F35368">
            <w:pPr>
              <w:pStyle w:val="OptionLine"/>
            </w:pPr>
            <w:r>
              <w:rPr>
                <w:sz w:val="16"/>
              </w:rPr>
              <w:t>C. Carbon footprint</w:t>
            </w:r>
          </w:p>
          <w:p w14:paraId="786634DF" w14:textId="77777777" w:rsidR="004C6ABD" w:rsidRDefault="00F35368">
            <w:pPr>
              <w:pStyle w:val="OptionLine"/>
            </w:pPr>
            <w:r>
              <w:rPr>
                <w:sz w:val="16"/>
              </w:rPr>
              <w:t>D. Unauthorised access</w:t>
            </w:r>
          </w:p>
          <w:p w14:paraId="040756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02E2DA4" w14:textId="77777777">
        <w:trPr>
          <w:cantSplit/>
          <w:jc w:val="center"/>
        </w:trPr>
        <w:tc>
          <w:tcPr>
            <w:tcW w:w="5112" w:type="dxa"/>
          </w:tcPr>
          <w:p w14:paraId="4523BDD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A business automates a warehouse and some staff roles disappear. Which impact is this?</w:t>
            </w:r>
          </w:p>
          <w:p w14:paraId="073715E9" w14:textId="77777777" w:rsidR="004C6ABD" w:rsidRDefault="00F35368">
            <w:pPr>
              <w:pStyle w:val="OptionLine"/>
            </w:pPr>
            <w:r>
              <w:rPr>
                <w:sz w:val="16"/>
              </w:rPr>
              <w:t>A. Colour depth</w:t>
            </w:r>
          </w:p>
          <w:p w14:paraId="67504A95" w14:textId="77777777" w:rsidR="004C6ABD" w:rsidRDefault="00F35368">
            <w:pPr>
              <w:pStyle w:val="OptionLine"/>
            </w:pPr>
            <w:r>
              <w:rPr>
                <w:sz w:val="16"/>
              </w:rPr>
              <w:t>B. Lossless compression</w:t>
            </w:r>
          </w:p>
          <w:p w14:paraId="0E4A2626" w14:textId="77777777" w:rsidR="004C6ABD" w:rsidRDefault="00F35368">
            <w:pPr>
              <w:pStyle w:val="OptionLine"/>
            </w:pPr>
            <w:r>
              <w:rPr>
                <w:sz w:val="16"/>
              </w:rPr>
              <w:t>C. Job displacement</w:t>
            </w:r>
          </w:p>
          <w:p w14:paraId="4DA6487C" w14:textId="77777777" w:rsidR="004C6ABD" w:rsidRDefault="00F35368">
            <w:pPr>
              <w:pStyle w:val="OptionLine"/>
            </w:pPr>
            <w:r>
              <w:rPr>
                <w:sz w:val="16"/>
              </w:rPr>
              <w:t>D. DNS translation</w:t>
            </w:r>
          </w:p>
          <w:p w14:paraId="7F379E3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3BE077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Data Protection Act 2018. Which statement would be correct?</w:t>
            </w:r>
          </w:p>
          <w:p w14:paraId="7C312563" w14:textId="77777777" w:rsidR="004C6ABD" w:rsidRDefault="00F35368">
            <w:pPr>
              <w:pStyle w:val="OptionLine"/>
            </w:pPr>
            <w:r>
              <w:rPr>
                <w:sz w:val="16"/>
              </w:rPr>
              <w:t>A. UK legislation that makes unauthorised access to computer systems illegal</w:t>
            </w:r>
          </w:p>
          <w:p w14:paraId="047439E9" w14:textId="77777777" w:rsidR="004C6ABD" w:rsidRDefault="00F35368">
            <w:pPr>
              <w:pStyle w:val="OptionLine"/>
            </w:pPr>
            <w:r>
              <w:rPr>
                <w:sz w:val="16"/>
              </w:rPr>
              <w:t>B. creating or supplying tools intended for computer misuse</w:t>
            </w:r>
          </w:p>
          <w:p w14:paraId="79DE4555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total greenhouse-gas impact of an activity, product or organisation</w:t>
            </w:r>
          </w:p>
          <w:p w14:paraId="5F16B5BA" w14:textId="77777777" w:rsidR="004C6ABD" w:rsidRDefault="00F35368">
            <w:pPr>
              <w:pStyle w:val="OptionLine"/>
            </w:pPr>
            <w:r>
              <w:rPr>
                <w:sz w:val="16"/>
              </w:rPr>
              <w:t>D. UK legislation that controls how personal data should be processed</w:t>
            </w:r>
          </w:p>
          <w:p w14:paraId="0546977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3A65DC2" w14:textId="77777777">
        <w:trPr>
          <w:cantSplit/>
          <w:jc w:val="center"/>
        </w:trPr>
        <w:tc>
          <w:tcPr>
            <w:tcW w:w="5112" w:type="dxa"/>
          </w:tcPr>
          <w:p w14:paraId="0699ABE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statement about proprietary software is correct?</w:t>
            </w:r>
          </w:p>
          <w:p w14:paraId="50643653" w14:textId="77777777" w:rsidR="004C6ABD" w:rsidRDefault="00F35368">
            <w:pPr>
              <w:pStyle w:val="OptionLine"/>
            </w:pPr>
            <w:r>
              <w:rPr>
                <w:sz w:val="16"/>
              </w:rPr>
              <w:t>A. It cannot be sold</w:t>
            </w:r>
          </w:p>
          <w:p w14:paraId="2F84F6F7" w14:textId="77777777" w:rsidR="004C6ABD" w:rsidRDefault="00F35368">
            <w:pPr>
              <w:pStyle w:val="OptionLine"/>
            </w:pPr>
            <w:r>
              <w:rPr>
                <w:sz w:val="16"/>
              </w:rPr>
              <w:t>B. It is not protected by copyright</w:t>
            </w:r>
          </w:p>
          <w:p w14:paraId="1B032924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source code must always be public</w:t>
            </w:r>
          </w:p>
          <w:p w14:paraId="634E0186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owner controls copying, modification and distribution</w:t>
            </w:r>
          </w:p>
          <w:p w14:paraId="429D5B6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C8639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A student writes about Online community. Which statement would be correct?</w:t>
            </w:r>
          </w:p>
          <w:p w14:paraId="07A0BA20" w14:textId="77777777" w:rsidR="004C6ABD" w:rsidRDefault="00F35368">
            <w:pPr>
              <w:pStyle w:val="OptionLine"/>
            </w:pPr>
            <w:r>
              <w:rPr>
                <w:sz w:val="16"/>
              </w:rPr>
              <w:t>A. UK legislation that protects creators' rights over their work</w:t>
            </w:r>
          </w:p>
          <w:p w14:paraId="3C11082F" w14:textId="77777777" w:rsidR="004C6ABD" w:rsidRDefault="00F35368">
            <w:pPr>
              <w:pStyle w:val="OptionLine"/>
            </w:pPr>
            <w:r>
              <w:rPr>
                <w:sz w:val="16"/>
              </w:rPr>
              <w:t>B. a group of people communicating and interacting through digital platforms</w:t>
            </w:r>
          </w:p>
          <w:p w14:paraId="7473D381" w14:textId="77777777" w:rsidR="004C6ABD" w:rsidRDefault="00F35368">
            <w:pPr>
              <w:pStyle w:val="OptionLine"/>
            </w:pPr>
            <w:r>
              <w:rPr>
                <w:sz w:val="16"/>
              </w:rPr>
              <w:t>C. UK legislation that controls how personal data should be processed</w:t>
            </w:r>
          </w:p>
          <w:p w14:paraId="1A85F34D" w14:textId="77777777" w:rsidR="004C6ABD" w:rsidRDefault="00F35368">
            <w:pPr>
              <w:pStyle w:val="OptionLine"/>
            </w:pPr>
            <w:r>
              <w:rPr>
                <w:sz w:val="16"/>
              </w:rPr>
              <w:t>D. a question about what is morally right or wrong when using technology</w:t>
            </w:r>
          </w:p>
          <w:p w14:paraId="1FD3992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B2E5A77" w14:textId="77777777">
        <w:trPr>
          <w:cantSplit/>
          <w:jc w:val="center"/>
        </w:trPr>
        <w:tc>
          <w:tcPr>
            <w:tcW w:w="5112" w:type="dxa"/>
          </w:tcPr>
          <w:p w14:paraId="70679BF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A student writes about Copyright, Designs and Patents Act 1988. Which statement would be correct?</w:t>
            </w:r>
          </w:p>
          <w:p w14:paraId="51D821C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right for a person to request a copy of their personal data</w:t>
            </w:r>
          </w:p>
          <w:p w14:paraId="6B95E76D" w14:textId="77777777" w:rsidR="004C6ABD" w:rsidRDefault="00F35368">
            <w:pPr>
              <w:pStyle w:val="OptionLine"/>
            </w:pPr>
            <w:r>
              <w:rPr>
                <w:sz w:val="16"/>
              </w:rPr>
              <w:t>B. UK legislation that protects creators' rights over their work</w:t>
            </w:r>
          </w:p>
          <w:p w14:paraId="70DC29A5" w14:textId="77777777" w:rsidR="004C6ABD" w:rsidRDefault="00F35368">
            <w:pPr>
              <w:pStyle w:val="OptionLine"/>
            </w:pPr>
            <w:r>
              <w:rPr>
                <w:sz w:val="16"/>
              </w:rPr>
              <w:t>C. gathering information about users or events</w:t>
            </w:r>
          </w:p>
          <w:p w14:paraId="49369241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with source code available to view and modify under licence terms</w:t>
            </w:r>
          </w:p>
          <w:p w14:paraId="4D95B6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3848C9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software with source code available to view and modify under licence terms</w:t>
            </w:r>
          </w:p>
          <w:p w14:paraId="0F12C657" w14:textId="77777777" w:rsidR="004C6ABD" w:rsidRDefault="00F35368">
            <w:pPr>
              <w:pStyle w:val="OptionLine"/>
            </w:pPr>
            <w:r>
              <w:rPr>
                <w:sz w:val="16"/>
              </w:rPr>
              <w:t>A. Accuracy principle</w:t>
            </w:r>
          </w:p>
          <w:p w14:paraId="5E4FBBA4" w14:textId="77777777" w:rsidR="004C6ABD" w:rsidRDefault="00F35368">
            <w:pPr>
              <w:pStyle w:val="OptionLine"/>
            </w:pPr>
            <w:r>
              <w:rPr>
                <w:sz w:val="16"/>
              </w:rPr>
              <w:t>B. Privacy issue</w:t>
            </w:r>
          </w:p>
          <w:p w14:paraId="33DE59B9" w14:textId="77777777" w:rsidR="004C6ABD" w:rsidRDefault="00F35368">
            <w:pPr>
              <w:pStyle w:val="OptionLine"/>
            </w:pPr>
            <w:r>
              <w:rPr>
                <w:sz w:val="16"/>
              </w:rPr>
              <w:t>C. Open-source software</w:t>
            </w:r>
          </w:p>
          <w:p w14:paraId="7424CB32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minimisation</w:t>
            </w:r>
          </w:p>
          <w:p w14:paraId="429437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8EE03F" w14:textId="77777777">
        <w:trPr>
          <w:cantSplit/>
          <w:jc w:val="center"/>
        </w:trPr>
        <w:tc>
          <w:tcPr>
            <w:tcW w:w="5112" w:type="dxa"/>
          </w:tcPr>
          <w:p w14:paraId="4C5165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description correctly matches Software licence?</w:t>
            </w:r>
          </w:p>
          <w:p w14:paraId="69B51952" w14:textId="77777777" w:rsidR="004C6ABD" w:rsidRDefault="00F35368">
            <w:pPr>
              <w:pStyle w:val="OptionLine"/>
            </w:pPr>
            <w:r>
              <w:rPr>
                <w:sz w:val="16"/>
              </w:rPr>
              <w:t>A. advertising chosen using data about a user</w:t>
            </w:r>
          </w:p>
          <w:p w14:paraId="63994956" w14:textId="77777777" w:rsidR="004C6ABD" w:rsidRDefault="00F35368">
            <w:pPr>
              <w:pStyle w:val="OptionLine"/>
            </w:pPr>
            <w:r>
              <w:rPr>
                <w:sz w:val="16"/>
              </w:rPr>
              <w:t>B. a legal agreement setting out how software may be used</w:t>
            </w:r>
          </w:p>
          <w:p w14:paraId="0A9F4D53" w14:textId="77777777" w:rsidR="004C6ABD" w:rsidRDefault="00F35368">
            <w:pPr>
              <w:pStyle w:val="OptionLine"/>
            </w:pPr>
            <w:r>
              <w:rPr>
                <w:sz w:val="16"/>
              </w:rPr>
              <w:t>C. rules that explain how users are allowed to use a system or network</w:t>
            </w:r>
          </w:p>
          <w:p w14:paraId="1C661DE8" w14:textId="77777777" w:rsidR="004C6ABD" w:rsidRDefault="00F35368">
            <w:pPr>
              <w:pStyle w:val="OptionLine"/>
            </w:pPr>
            <w:r>
              <w:rPr>
                <w:sz w:val="16"/>
              </w:rPr>
              <w:t>D. UK legislation that controls how personal data should be processed</w:t>
            </w:r>
          </w:p>
          <w:p w14:paraId="1495FBF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EFEC6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student writes about Data collection. Which statement would be correct?</w:t>
            </w:r>
          </w:p>
          <w:p w14:paraId="074DE63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right for a person to request a copy of their personal data</w:t>
            </w:r>
          </w:p>
          <w:p w14:paraId="5284C269" w14:textId="77777777" w:rsidR="004C6ABD" w:rsidRDefault="00F35368">
            <w:pPr>
              <w:pStyle w:val="OptionLine"/>
            </w:pPr>
            <w:r>
              <w:rPr>
                <w:sz w:val="16"/>
              </w:rPr>
              <w:t>B. human-readable program code before translation</w:t>
            </w:r>
          </w:p>
          <w:p w14:paraId="4A232377" w14:textId="77777777" w:rsidR="004C6ABD" w:rsidRDefault="00F35368">
            <w:pPr>
              <w:pStyle w:val="OptionLine"/>
            </w:pPr>
            <w:r>
              <w:rPr>
                <w:sz w:val="16"/>
              </w:rPr>
              <w:t>C. gathering information about users or events</w:t>
            </w:r>
          </w:p>
          <w:p w14:paraId="41146698" w14:textId="77777777" w:rsidR="004C6ABD" w:rsidRDefault="00F35368">
            <w:pPr>
              <w:pStyle w:val="OptionLine"/>
            </w:pPr>
            <w:r>
              <w:rPr>
                <w:sz w:val="16"/>
              </w:rPr>
              <w:t>D. building privacy protection into a system from the start</w:t>
            </w:r>
          </w:p>
          <w:p w14:paraId="46B0B14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C991006" w14:textId="77777777">
        <w:trPr>
          <w:cantSplit/>
          <w:jc w:val="center"/>
        </w:trPr>
        <w:tc>
          <w:tcPr>
            <w:tcW w:w="5112" w:type="dxa"/>
          </w:tcPr>
          <w:p w14:paraId="1B3D7B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A student writes about Acceptable use policy. Which statement would be correct?</w:t>
            </w:r>
          </w:p>
          <w:p w14:paraId="20B2C4FA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controlled by its owner, often with source code not available to users</w:t>
            </w:r>
          </w:p>
          <w:p w14:paraId="053B8005" w14:textId="77777777" w:rsidR="004C6ABD" w:rsidRDefault="00F35368">
            <w:pPr>
              <w:pStyle w:val="OptionLine"/>
            </w:pPr>
            <w:r>
              <w:rPr>
                <w:sz w:val="16"/>
              </w:rPr>
              <w:t>B. a question about what the law allows or prohibits</w:t>
            </w:r>
          </w:p>
          <w:p w14:paraId="56AAE115" w14:textId="77777777" w:rsidR="004C6ABD" w:rsidRDefault="00F35368">
            <w:pPr>
              <w:pStyle w:val="OptionLine"/>
            </w:pPr>
            <w:r>
              <w:rPr>
                <w:sz w:val="16"/>
              </w:rPr>
              <w:t>C. using technology in a way that can be maintained without excessive environmental harm</w:t>
            </w:r>
          </w:p>
          <w:p w14:paraId="7489D557" w14:textId="77777777" w:rsidR="004C6ABD" w:rsidRDefault="00F35368">
            <w:pPr>
              <w:pStyle w:val="OptionLine"/>
            </w:pPr>
            <w:r>
              <w:rPr>
                <w:sz w:val="16"/>
              </w:rPr>
              <w:t>D. rules that explain how users are allowed to use a system or network</w:t>
            </w:r>
          </w:p>
          <w:p w14:paraId="66CA6E5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EF772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A student writes about Surveillance. Which statement would be correct?</w:t>
            </w:r>
          </w:p>
          <w:p w14:paraId="76016D00" w14:textId="77777777" w:rsidR="004C6ABD" w:rsidRDefault="00F35368">
            <w:pPr>
              <w:pStyle w:val="OptionLine"/>
            </w:pPr>
            <w:r>
              <w:rPr>
                <w:sz w:val="16"/>
              </w:rPr>
              <w:t>A. unfair preference or prejudice that can affect decisions made by technology</w:t>
            </w:r>
          </w:p>
          <w:p w14:paraId="2FBF971B" w14:textId="77777777" w:rsidR="004C6ABD" w:rsidRDefault="00F35368">
            <w:pPr>
              <w:pStyle w:val="OptionLine"/>
            </w:pPr>
            <w:r>
              <w:rPr>
                <w:sz w:val="16"/>
              </w:rPr>
              <w:t>B. UK legislation that makes unauthorised access to computer systems illegal</w:t>
            </w:r>
          </w:p>
          <w:p w14:paraId="6414B542" w14:textId="77777777" w:rsidR="004C6ABD" w:rsidRDefault="00F35368">
            <w:pPr>
              <w:pStyle w:val="OptionLine"/>
            </w:pPr>
            <w:r>
              <w:rPr>
                <w:sz w:val="16"/>
              </w:rPr>
              <w:t>C. monitoring people or activity, often using cameras, tracking or data collection</w:t>
            </w:r>
          </w:p>
          <w:p w14:paraId="097A85A3" w14:textId="77777777" w:rsidR="004C6ABD" w:rsidRDefault="00F35368">
            <w:pPr>
              <w:pStyle w:val="OptionLine"/>
            </w:pPr>
            <w:r>
              <w:rPr>
                <w:sz w:val="16"/>
              </w:rPr>
              <w:t>D. building privacy protection into a system from the start</w:t>
            </w:r>
          </w:p>
          <w:p w14:paraId="3C657DD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CA9941D" w14:textId="77777777">
        <w:trPr>
          <w:cantSplit/>
          <w:jc w:val="center"/>
        </w:trPr>
        <w:tc>
          <w:tcPr>
            <w:tcW w:w="5112" w:type="dxa"/>
          </w:tcPr>
          <w:p w14:paraId="3708802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description correctly matches Acceptable use policy?</w:t>
            </w:r>
          </w:p>
          <w:p w14:paraId="5C287CE7" w14:textId="77777777" w:rsidR="004C6ABD" w:rsidRDefault="00F35368">
            <w:pPr>
              <w:pStyle w:val="OptionLine"/>
            </w:pPr>
            <w:r>
              <w:rPr>
                <w:sz w:val="16"/>
              </w:rPr>
              <w:t>A. creating or supplying tools intended for computer misuse</w:t>
            </w:r>
          </w:p>
          <w:p w14:paraId="184CA0FB" w14:textId="77777777" w:rsidR="004C6ABD" w:rsidRDefault="00F35368">
            <w:pPr>
              <w:pStyle w:val="OptionLine"/>
            </w:pPr>
            <w:r>
              <w:rPr>
                <w:sz w:val="16"/>
              </w:rPr>
              <w:t>B. unfair preference or prejudice that can affect decisions made by technology</w:t>
            </w:r>
          </w:p>
          <w:p w14:paraId="4EC888B6" w14:textId="77777777" w:rsidR="004C6ABD" w:rsidRDefault="00F35368">
            <w:pPr>
              <w:pStyle w:val="OptionLine"/>
            </w:pPr>
            <w:r>
              <w:rPr>
                <w:sz w:val="16"/>
              </w:rPr>
              <w:t>C. rules that explain how users are allowed to use a system or network</w:t>
            </w:r>
          </w:p>
          <w:p w14:paraId="7E318B8D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technology in a way that can be maintained without excessive environmental harm</w:t>
            </w:r>
          </w:p>
          <w:p w14:paraId="4DC38D7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217082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unfair preference or prejudice that can affect decisions made by technology</w:t>
            </w:r>
          </w:p>
          <w:p w14:paraId="28A014DC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Computer Misuse Act 1990</w:t>
            </w:r>
          </w:p>
          <w:p w14:paraId="204D1636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offence</w:t>
            </w:r>
          </w:p>
          <w:p w14:paraId="4859EABC" w14:textId="77777777" w:rsidR="004C6ABD" w:rsidRDefault="00F35368">
            <w:pPr>
              <w:pStyle w:val="OptionLine"/>
            </w:pPr>
            <w:r>
              <w:rPr>
                <w:sz w:val="16"/>
              </w:rPr>
              <w:t>C. Online community</w:t>
            </w:r>
          </w:p>
          <w:p w14:paraId="3C8F1553" w14:textId="77777777" w:rsidR="004C6ABD" w:rsidRDefault="00F35368">
            <w:pPr>
              <w:pStyle w:val="OptionLine"/>
            </w:pPr>
            <w:r>
              <w:rPr>
                <w:sz w:val="16"/>
              </w:rPr>
              <w:t>D. Bias</w:t>
            </w:r>
          </w:p>
          <w:p w14:paraId="5831E1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691224E" w14:textId="77777777">
        <w:trPr>
          <w:cantSplit/>
          <w:jc w:val="center"/>
        </w:trPr>
        <w:tc>
          <w:tcPr>
            <w:tcW w:w="5112" w:type="dxa"/>
          </w:tcPr>
          <w:p w14:paraId="60A3DFF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Which law is most relevant when a company stores pupils' personal details?</w:t>
            </w:r>
          </w:p>
          <w:p w14:paraId="09D41938" w14:textId="77777777" w:rsidR="004C6ABD" w:rsidRDefault="00F35368">
            <w:pPr>
              <w:pStyle w:val="OptionLine"/>
            </w:pPr>
            <w:r>
              <w:rPr>
                <w:sz w:val="16"/>
              </w:rPr>
              <w:t>A. Trade Marks Act only</w:t>
            </w:r>
          </w:p>
          <w:p w14:paraId="28D830F1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Protection Act 2018</w:t>
            </w:r>
          </w:p>
          <w:p w14:paraId="08DA5EDA" w14:textId="77777777" w:rsidR="004C6ABD" w:rsidRDefault="00F35368">
            <w:pPr>
              <w:pStyle w:val="OptionLine"/>
            </w:pPr>
            <w:r>
              <w:rPr>
                <w:sz w:val="16"/>
              </w:rPr>
              <w:t>C. Copyright, Designs and Patents Act 1988</w:t>
            </w:r>
          </w:p>
          <w:p w14:paraId="3C7587BE" w14:textId="77777777" w:rsidR="004C6ABD" w:rsidRDefault="00F35368">
            <w:pPr>
              <w:pStyle w:val="OptionLine"/>
            </w:pPr>
            <w:r>
              <w:rPr>
                <w:sz w:val="16"/>
              </w:rPr>
              <w:t>D. Computer Misuse Act 1990</w:t>
            </w:r>
          </w:p>
          <w:p w14:paraId="03E566D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A7A97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Copyright, Designs and Patents Act 1988?</w:t>
            </w:r>
          </w:p>
          <w:p w14:paraId="451C0B46" w14:textId="77777777" w:rsidR="004C6ABD" w:rsidRDefault="00F35368">
            <w:pPr>
              <w:pStyle w:val="OptionLine"/>
            </w:pPr>
            <w:r>
              <w:rPr>
                <w:sz w:val="16"/>
              </w:rPr>
              <w:t>A. a question about what is morally right or wrong when using technology</w:t>
            </w:r>
          </w:p>
          <w:p w14:paraId="5FE9513F" w14:textId="77777777" w:rsidR="004C6ABD" w:rsidRDefault="00F35368">
            <w:pPr>
              <w:pStyle w:val="OptionLine"/>
            </w:pPr>
            <w:r>
              <w:rPr>
                <w:sz w:val="16"/>
              </w:rPr>
              <w:t>B. UK legislation that protects creators' rights over their work</w:t>
            </w:r>
          </w:p>
          <w:p w14:paraId="14DECF68" w14:textId="77777777" w:rsidR="004C6ABD" w:rsidRDefault="00F35368">
            <w:pPr>
              <w:pStyle w:val="OptionLine"/>
            </w:pPr>
            <w:r>
              <w:rPr>
                <w:sz w:val="16"/>
              </w:rPr>
              <w:t>C. keeping personal data correct and up to date</w:t>
            </w:r>
          </w:p>
          <w:p w14:paraId="42C78360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concern about how personal information is collected, used or shared</w:t>
            </w:r>
          </w:p>
          <w:p w14:paraId="7B07D55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276C0BB" w14:textId="77777777">
        <w:trPr>
          <w:cantSplit/>
          <w:jc w:val="center"/>
        </w:trPr>
        <w:tc>
          <w:tcPr>
            <w:tcW w:w="5112" w:type="dxa"/>
          </w:tcPr>
          <w:p w14:paraId="38DDFC2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A student writes about Data subject. Which statement would be correct?</w:t>
            </w:r>
          </w:p>
          <w:p w14:paraId="371F3AB6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living person whom personal data is about</w:t>
            </w:r>
          </w:p>
          <w:p w14:paraId="441C2A17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concern about how personal information is collected, used or shared</w:t>
            </w:r>
          </w:p>
          <w:p w14:paraId="07878342" w14:textId="77777777" w:rsidR="004C6ABD" w:rsidRDefault="00F35368">
            <w:pPr>
              <w:pStyle w:val="OptionLine"/>
            </w:pPr>
            <w:r>
              <w:rPr>
                <w:sz w:val="16"/>
              </w:rPr>
              <w:t>C. a question about what the law allows or prohibits</w:t>
            </w:r>
          </w:p>
          <w:p w14:paraId="74C338B7" w14:textId="77777777" w:rsidR="004C6ABD" w:rsidRDefault="00F35368">
            <w:pPr>
              <w:pStyle w:val="OptionLine"/>
            </w:pPr>
            <w:r>
              <w:rPr>
                <w:sz w:val="16"/>
              </w:rPr>
              <w:t>D. working away from a traditional workplace using digital technology</w:t>
            </w:r>
          </w:p>
          <w:p w14:paraId="0063B81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9A550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licence type usually allows users to view and modify the source code?</w:t>
            </w:r>
          </w:p>
          <w:p w14:paraId="17BD8F85" w14:textId="77777777" w:rsidR="004C6ABD" w:rsidRDefault="00F35368">
            <w:pPr>
              <w:pStyle w:val="OptionLine"/>
            </w:pPr>
            <w:r>
              <w:rPr>
                <w:sz w:val="16"/>
              </w:rPr>
              <w:t>A. No licence</w:t>
            </w:r>
          </w:p>
          <w:p w14:paraId="5E37A138" w14:textId="77777777" w:rsidR="004C6ABD" w:rsidRDefault="00F35368">
            <w:pPr>
              <w:pStyle w:val="OptionLine"/>
            </w:pPr>
            <w:r>
              <w:rPr>
                <w:sz w:val="16"/>
              </w:rPr>
              <w:t>B. Closed licence</w:t>
            </w:r>
          </w:p>
          <w:p w14:paraId="1730CFFA" w14:textId="77777777" w:rsidR="004C6ABD" w:rsidRDefault="00F35368">
            <w:pPr>
              <w:pStyle w:val="OptionLine"/>
            </w:pPr>
            <w:r>
              <w:rPr>
                <w:sz w:val="16"/>
              </w:rPr>
              <w:t>C. Open-source licence</w:t>
            </w:r>
          </w:p>
          <w:p w14:paraId="46A777E5" w14:textId="77777777" w:rsidR="004C6ABD" w:rsidRDefault="00F35368">
            <w:pPr>
              <w:pStyle w:val="OptionLine"/>
            </w:pPr>
            <w:r>
              <w:rPr>
                <w:sz w:val="16"/>
              </w:rPr>
              <w:t>D. Proprietary licence</w:t>
            </w:r>
          </w:p>
          <w:p w14:paraId="21AF705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B5526F7" w14:textId="77777777">
        <w:trPr>
          <w:cantSplit/>
          <w:jc w:val="center"/>
        </w:trPr>
        <w:tc>
          <w:tcPr>
            <w:tcW w:w="5112" w:type="dxa"/>
          </w:tcPr>
          <w:p w14:paraId="00CCA61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Data collection?</w:t>
            </w:r>
          </w:p>
          <w:p w14:paraId="460BB5BD" w14:textId="77777777" w:rsidR="004C6ABD" w:rsidRDefault="00F35368">
            <w:pPr>
              <w:pStyle w:val="OptionLine"/>
            </w:pPr>
            <w:r>
              <w:rPr>
                <w:sz w:val="16"/>
              </w:rPr>
              <w:t>A. gathering information about users or events</w:t>
            </w:r>
          </w:p>
          <w:p w14:paraId="4A47EC27" w14:textId="77777777" w:rsidR="004C6ABD" w:rsidRDefault="00F35368">
            <w:pPr>
              <w:pStyle w:val="OptionLine"/>
            </w:pPr>
            <w:r>
              <w:rPr>
                <w:sz w:val="16"/>
              </w:rPr>
              <w:t>B. legal protection for original works such as software, images, music and writing</w:t>
            </w:r>
          </w:p>
          <w:p w14:paraId="443B66F7" w14:textId="77777777" w:rsidR="004C6ABD" w:rsidRDefault="00F35368">
            <w:pPr>
              <w:pStyle w:val="OptionLine"/>
            </w:pPr>
            <w:r>
              <w:rPr>
                <w:sz w:val="16"/>
              </w:rPr>
              <w:t>C. monitoring people or activity, often using cameras, tracking or data collection</w:t>
            </w:r>
          </w:p>
          <w:p w14:paraId="35E9E08E" w14:textId="77777777" w:rsidR="004C6ABD" w:rsidRDefault="00F35368">
            <w:pPr>
              <w:pStyle w:val="OptionLine"/>
            </w:pPr>
            <w:r>
              <w:rPr>
                <w:sz w:val="16"/>
              </w:rPr>
              <w:t>D. working away from a traditional workplace using digital technology</w:t>
            </w:r>
          </w:p>
          <w:p w14:paraId="685884B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6E87E9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term best matches this description: a question about what the law allows or prohibits</w:t>
            </w:r>
          </w:p>
          <w:p w14:paraId="404CD7A5" w14:textId="77777777" w:rsidR="004C6ABD" w:rsidRDefault="00F35368">
            <w:pPr>
              <w:pStyle w:val="OptionLine"/>
            </w:pPr>
            <w:r>
              <w:rPr>
                <w:sz w:val="16"/>
              </w:rPr>
              <w:t>A. Consent</w:t>
            </w:r>
          </w:p>
          <w:p w14:paraId="5EF9B3A6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piracy</w:t>
            </w:r>
          </w:p>
          <w:p w14:paraId="2C6DD7EC" w14:textId="77777777" w:rsidR="004C6ABD" w:rsidRDefault="00F35368">
            <w:pPr>
              <w:pStyle w:val="OptionLine"/>
            </w:pPr>
            <w:r>
              <w:rPr>
                <w:sz w:val="16"/>
              </w:rPr>
              <w:t>C. Legal issue</w:t>
            </w:r>
          </w:p>
          <w:p w14:paraId="0D0152CD" w14:textId="77777777" w:rsidR="004C6ABD" w:rsidRDefault="00F35368">
            <w:pPr>
              <w:pStyle w:val="OptionLine"/>
            </w:pPr>
            <w:r>
              <w:rPr>
                <w:sz w:val="16"/>
              </w:rPr>
              <w:t>D. Privacy issue</w:t>
            </w:r>
          </w:p>
          <w:p w14:paraId="06D242B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76C9591" w14:textId="77777777">
        <w:trPr>
          <w:cantSplit/>
          <w:jc w:val="center"/>
        </w:trPr>
        <w:tc>
          <w:tcPr>
            <w:tcW w:w="5112" w:type="dxa"/>
          </w:tcPr>
          <w:p w14:paraId="1CC4A11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Automation. Which statement would be correct?</w:t>
            </w:r>
          </w:p>
          <w:p w14:paraId="3E6463D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total greenhouse-gas impact of an activity, product or organisation</w:t>
            </w:r>
          </w:p>
          <w:p w14:paraId="2C5623D1" w14:textId="77777777" w:rsidR="004C6ABD" w:rsidRDefault="00F35368">
            <w:pPr>
              <w:pStyle w:val="OptionLine"/>
            </w:pPr>
            <w:r>
              <w:rPr>
                <w:sz w:val="16"/>
              </w:rPr>
              <w:t>B. information that can identify a living person</w:t>
            </w:r>
          </w:p>
          <w:p w14:paraId="7FA8C910" w14:textId="77777777" w:rsidR="004C6ABD" w:rsidRDefault="00F35368">
            <w:pPr>
              <w:pStyle w:val="OptionLine"/>
            </w:pPr>
            <w:r>
              <w:rPr>
                <w:sz w:val="16"/>
              </w:rPr>
              <w:t>C. using technology to carry out tasks with little or no human involvement</w:t>
            </w:r>
          </w:p>
          <w:p w14:paraId="0936573D" w14:textId="77777777" w:rsidR="004C6ABD" w:rsidRDefault="00F35368">
            <w:pPr>
              <w:pStyle w:val="OptionLine"/>
            </w:pPr>
            <w:r>
              <w:rPr>
                <w:sz w:val="16"/>
              </w:rPr>
              <w:t>D. discarded electronic equipment that can harm the environment if not recycled properly</w:t>
            </w:r>
          </w:p>
          <w:p w14:paraId="04BD6C5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1F233B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Remote working. Which statement would be correct?</w:t>
            </w:r>
          </w:p>
          <w:p w14:paraId="73B82709" w14:textId="77777777" w:rsidR="004C6ABD" w:rsidRDefault="00F35368">
            <w:pPr>
              <w:pStyle w:val="OptionLine"/>
            </w:pPr>
            <w:r>
              <w:rPr>
                <w:sz w:val="16"/>
              </w:rPr>
              <w:t>A. building privacy protection into a system from the start</w:t>
            </w:r>
          </w:p>
          <w:p w14:paraId="7ABE7FD3" w14:textId="77777777" w:rsidR="004C6ABD" w:rsidRDefault="00F35368">
            <w:pPr>
              <w:pStyle w:val="OptionLine"/>
            </w:pPr>
            <w:r>
              <w:rPr>
                <w:sz w:val="16"/>
              </w:rPr>
              <w:t>B. a group of people communicating and interacting through digital platforms</w:t>
            </w:r>
          </w:p>
          <w:p w14:paraId="793AAFB8" w14:textId="77777777" w:rsidR="004C6ABD" w:rsidRDefault="00F35368">
            <w:pPr>
              <w:pStyle w:val="OptionLine"/>
            </w:pPr>
            <w:r>
              <w:rPr>
                <w:sz w:val="16"/>
              </w:rPr>
              <w:t>C. working away from a traditional workplace using digital technology</w:t>
            </w:r>
          </w:p>
          <w:p w14:paraId="5B741F9A" w14:textId="77777777" w:rsidR="004C6ABD" w:rsidRDefault="00F35368">
            <w:pPr>
              <w:pStyle w:val="OptionLine"/>
            </w:pPr>
            <w:r>
              <w:rPr>
                <w:sz w:val="16"/>
              </w:rPr>
              <w:t>D. creating or supplying tools intended for computer misuse</w:t>
            </w:r>
          </w:p>
          <w:p w14:paraId="10ED373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B526A04" w14:textId="77777777">
        <w:trPr>
          <w:cantSplit/>
          <w:jc w:val="center"/>
        </w:trPr>
        <w:tc>
          <w:tcPr>
            <w:tcW w:w="5112" w:type="dxa"/>
          </w:tcPr>
          <w:p w14:paraId="1BB2D24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Old phones are dumped in landfill. Which environmental issue is this?</w:t>
            </w:r>
          </w:p>
          <w:p w14:paraId="363A290A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minimisation</w:t>
            </w:r>
          </w:p>
          <w:p w14:paraId="70453B66" w14:textId="77777777" w:rsidR="004C6ABD" w:rsidRDefault="00F35368">
            <w:pPr>
              <w:pStyle w:val="OptionLine"/>
            </w:pPr>
            <w:r>
              <w:rPr>
                <w:sz w:val="16"/>
              </w:rPr>
              <w:t>B. E-waste</w:t>
            </w:r>
          </w:p>
          <w:p w14:paraId="2B049EEF" w14:textId="77777777" w:rsidR="004C6ABD" w:rsidRDefault="00F35368">
            <w:pPr>
              <w:pStyle w:val="OptionLine"/>
            </w:pPr>
            <w:r>
              <w:rPr>
                <w:sz w:val="16"/>
              </w:rPr>
              <w:t>C. Peer-to-peer</w:t>
            </w:r>
          </w:p>
          <w:p w14:paraId="6B51F96F" w14:textId="77777777" w:rsidR="004C6ABD" w:rsidRDefault="00F35368">
            <w:pPr>
              <w:pStyle w:val="OptionLine"/>
            </w:pPr>
            <w:r>
              <w:rPr>
                <w:sz w:val="16"/>
              </w:rPr>
              <w:t>D. Open source</w:t>
            </w:r>
          </w:p>
          <w:p w14:paraId="42DB038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722EA3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A student writes about Accuracy principle. Which statement would be correct?</w:t>
            </w:r>
          </w:p>
          <w:p w14:paraId="41814010" w14:textId="77777777" w:rsidR="004C6ABD" w:rsidRDefault="00F35368">
            <w:pPr>
              <w:pStyle w:val="OptionLine"/>
            </w:pPr>
            <w:r>
              <w:rPr>
                <w:sz w:val="16"/>
              </w:rPr>
              <w:t>A. unfair preference or prejudice that can affect decisions made by technology</w:t>
            </w:r>
          </w:p>
          <w:p w14:paraId="1683831A" w14:textId="77777777" w:rsidR="004C6ABD" w:rsidRDefault="00F35368">
            <w:pPr>
              <w:pStyle w:val="OptionLine"/>
            </w:pPr>
            <w:r>
              <w:rPr>
                <w:sz w:val="16"/>
              </w:rPr>
              <w:t>B. keeping personal data correct and up to date</w:t>
            </w:r>
          </w:p>
          <w:p w14:paraId="4E493564" w14:textId="77777777" w:rsidR="004C6ABD" w:rsidRDefault="00F35368">
            <w:pPr>
              <w:pStyle w:val="OptionLine"/>
            </w:pPr>
            <w:r>
              <w:rPr>
                <w:sz w:val="16"/>
              </w:rPr>
              <w:t>C. using technology in a way that can be maintained without excessive environmental harm</w:t>
            </w:r>
          </w:p>
          <w:p w14:paraId="699218F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gap between people who have access to digital technology and those who do not</w:t>
            </w:r>
          </w:p>
          <w:p w14:paraId="24D49B3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AA9799A" w14:textId="77777777">
        <w:trPr>
          <w:cantSplit/>
          <w:jc w:val="center"/>
        </w:trPr>
        <w:tc>
          <w:tcPr>
            <w:tcW w:w="5112" w:type="dxa"/>
          </w:tcPr>
          <w:p w14:paraId="73B9CC4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term best matches this description: the amount of power used by digital devices or data centres</w:t>
            </w:r>
          </w:p>
          <w:p w14:paraId="39DFB6A9" w14:textId="77777777" w:rsidR="004C6ABD" w:rsidRDefault="00F35368">
            <w:pPr>
              <w:pStyle w:val="OptionLine"/>
            </w:pPr>
            <w:r>
              <w:rPr>
                <w:sz w:val="16"/>
              </w:rPr>
              <w:t>A. Energy consumption</w:t>
            </w:r>
          </w:p>
          <w:p w14:paraId="566F41A4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Protection Act 2018</w:t>
            </w:r>
          </w:p>
          <w:p w14:paraId="05361F07" w14:textId="77777777" w:rsidR="004C6ABD" w:rsidRDefault="00F35368">
            <w:pPr>
              <w:pStyle w:val="OptionLine"/>
            </w:pPr>
            <w:r>
              <w:rPr>
                <w:sz w:val="16"/>
              </w:rPr>
              <w:t>C. Targeted advertising</w:t>
            </w:r>
          </w:p>
          <w:p w14:paraId="0850F8FB" w14:textId="77777777" w:rsidR="004C6ABD" w:rsidRDefault="00F35368">
            <w:pPr>
              <w:pStyle w:val="OptionLine"/>
            </w:pPr>
            <w:r>
              <w:rPr>
                <w:sz w:val="16"/>
              </w:rPr>
              <w:t>D. Legal issue</w:t>
            </w:r>
          </w:p>
          <w:p w14:paraId="256C79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D8A2F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description correctly matches Privacy by design?</w:t>
            </w:r>
          </w:p>
          <w:p w14:paraId="494B3787" w14:textId="77777777" w:rsidR="004C6ABD" w:rsidRDefault="00F35368">
            <w:pPr>
              <w:pStyle w:val="OptionLine"/>
            </w:pPr>
            <w:r>
              <w:rPr>
                <w:sz w:val="16"/>
              </w:rPr>
              <w:t>A. UK legislation that protects creators' rights over their work</w:t>
            </w:r>
          </w:p>
          <w:p w14:paraId="659E0D55" w14:textId="77777777" w:rsidR="004C6ABD" w:rsidRDefault="00F35368">
            <w:pPr>
              <w:pStyle w:val="OptionLine"/>
            </w:pPr>
            <w:r>
              <w:rPr>
                <w:sz w:val="16"/>
              </w:rPr>
              <w:t>B. accessing a system or data without permission</w:t>
            </w:r>
          </w:p>
          <w:p w14:paraId="7B72672B" w14:textId="77777777" w:rsidR="004C6ABD" w:rsidRDefault="00F35368">
            <w:pPr>
              <w:pStyle w:val="OptionLine"/>
            </w:pPr>
            <w:r>
              <w:rPr>
                <w:sz w:val="16"/>
              </w:rPr>
              <w:t>C. building privacy protection into a system from the start</w:t>
            </w:r>
          </w:p>
          <w:p w14:paraId="6EECCF09" w14:textId="77777777" w:rsidR="004C6ABD" w:rsidRDefault="00F35368">
            <w:pPr>
              <w:pStyle w:val="OptionLine"/>
            </w:pPr>
            <w:r>
              <w:rPr>
                <w:sz w:val="16"/>
              </w:rPr>
              <w:t>D. rules that explain how users are allowed to use a system or network</w:t>
            </w:r>
          </w:p>
          <w:p w14:paraId="0DCF74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C042072" w14:textId="77777777">
        <w:trPr>
          <w:cantSplit/>
          <w:jc w:val="center"/>
        </w:trPr>
        <w:tc>
          <w:tcPr>
            <w:tcW w:w="5112" w:type="dxa"/>
          </w:tcPr>
          <w:p w14:paraId="02AB082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19. Which description correctly matches Right of access?</w:t>
            </w:r>
          </w:p>
          <w:p w14:paraId="76656A28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processing old equipment so materials can be reused</w:t>
            </w:r>
          </w:p>
          <w:p w14:paraId="2BA66923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right for a person to request a copy of their personal data</w:t>
            </w:r>
          </w:p>
          <w:p w14:paraId="2A1C1DC9" w14:textId="77777777" w:rsidR="004C6ABD" w:rsidRDefault="00F35368">
            <w:pPr>
              <w:pStyle w:val="OptionLine"/>
            </w:pPr>
            <w:r>
              <w:rPr>
                <w:sz w:val="16"/>
              </w:rPr>
              <w:t>C. building privacy protection into a system from the start</w:t>
            </w:r>
          </w:p>
          <w:p w14:paraId="13AF7918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organisation or person that decides why and how personal data is processed</w:t>
            </w:r>
          </w:p>
          <w:p w14:paraId="4DC555B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676896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description correctly matches Bias?</w:t>
            </w:r>
          </w:p>
          <w:p w14:paraId="2C81FD2D" w14:textId="77777777" w:rsidR="004C6ABD" w:rsidRDefault="00F35368">
            <w:pPr>
              <w:pStyle w:val="OptionLine"/>
            </w:pPr>
            <w:r>
              <w:rPr>
                <w:sz w:val="16"/>
              </w:rPr>
              <w:t>A. building privacy protection into a system from the start</w:t>
            </w:r>
          </w:p>
          <w:p w14:paraId="11DA6923" w14:textId="77777777" w:rsidR="004C6ABD" w:rsidRDefault="00F35368">
            <w:pPr>
              <w:pStyle w:val="OptionLine"/>
            </w:pPr>
            <w:r>
              <w:rPr>
                <w:sz w:val="16"/>
              </w:rPr>
              <w:t>B. UK legislation that protects creators' rights over their work</w:t>
            </w:r>
          </w:p>
          <w:p w14:paraId="030029A1" w14:textId="77777777" w:rsidR="004C6ABD" w:rsidRDefault="00F35368">
            <w:pPr>
              <w:pStyle w:val="OptionLine"/>
            </w:pPr>
            <w:r>
              <w:rPr>
                <w:sz w:val="16"/>
              </w:rPr>
              <w:t>C. unfair preference or prejudice that can affect decisions made by technology</w:t>
            </w:r>
          </w:p>
          <w:p w14:paraId="3849A4A9" w14:textId="77777777" w:rsidR="004C6ABD" w:rsidRDefault="00F35368">
            <w:pPr>
              <w:pStyle w:val="OptionLine"/>
            </w:pPr>
            <w:r>
              <w:rPr>
                <w:sz w:val="16"/>
              </w:rPr>
              <w:t>D. monitoring people or activity, often using cameras, tracking or data collection</w:t>
            </w:r>
          </w:p>
          <w:p w14:paraId="7C3EB07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51CE592" w14:textId="77777777">
        <w:trPr>
          <w:cantSplit/>
          <w:jc w:val="center"/>
        </w:trPr>
        <w:tc>
          <w:tcPr>
            <w:tcW w:w="5112" w:type="dxa"/>
          </w:tcPr>
          <w:p w14:paraId="155D61D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licence type usually keeps the source code unavailable to users?</w:t>
            </w:r>
          </w:p>
          <w:p w14:paraId="3A7F90A8" w14:textId="77777777" w:rsidR="004C6ABD" w:rsidRDefault="00F35368">
            <w:pPr>
              <w:pStyle w:val="OptionLine"/>
            </w:pPr>
            <w:r>
              <w:rPr>
                <w:sz w:val="16"/>
              </w:rPr>
              <w:t>A. Proprietary licence</w:t>
            </w:r>
          </w:p>
          <w:p w14:paraId="4ADD5A2B" w14:textId="77777777" w:rsidR="004C6ABD" w:rsidRDefault="00F35368">
            <w:pPr>
              <w:pStyle w:val="OptionLine"/>
            </w:pPr>
            <w:r>
              <w:rPr>
                <w:sz w:val="16"/>
              </w:rPr>
              <w:t>B. Public domain only</w:t>
            </w:r>
          </w:p>
          <w:p w14:paraId="28D8F4FF" w14:textId="77777777" w:rsidR="004C6ABD" w:rsidRDefault="00F35368">
            <w:pPr>
              <w:pStyle w:val="OptionLine"/>
            </w:pPr>
            <w:r>
              <w:rPr>
                <w:sz w:val="16"/>
              </w:rPr>
              <w:t>C. Open-source licence</w:t>
            </w:r>
          </w:p>
          <w:p w14:paraId="263B9828" w14:textId="77777777" w:rsidR="004C6ABD" w:rsidRDefault="00F35368">
            <w:pPr>
              <w:pStyle w:val="OptionLine"/>
            </w:pPr>
            <w:r>
              <w:rPr>
                <w:sz w:val="16"/>
              </w:rPr>
              <w:t>D. Hardware licence</w:t>
            </w:r>
          </w:p>
          <w:p w14:paraId="5748EEE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400F7F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UK legislation that protects creators' rights over their work</w:t>
            </w:r>
          </w:p>
          <w:p w14:paraId="5436A556" w14:textId="77777777" w:rsidR="004C6ABD" w:rsidRDefault="00F35368">
            <w:pPr>
              <w:pStyle w:val="OptionLine"/>
            </w:pPr>
            <w:r>
              <w:rPr>
                <w:sz w:val="16"/>
              </w:rPr>
              <w:t>A. Carbon footprint</w:t>
            </w:r>
          </w:p>
          <w:p w14:paraId="4F71BAD2" w14:textId="77777777" w:rsidR="004C6ABD" w:rsidRDefault="00F35368">
            <w:pPr>
              <w:pStyle w:val="OptionLine"/>
            </w:pPr>
            <w:r>
              <w:rPr>
                <w:sz w:val="16"/>
              </w:rPr>
              <w:t>B. Online community</w:t>
            </w:r>
          </w:p>
          <w:p w14:paraId="5918D750" w14:textId="77777777" w:rsidR="004C6ABD" w:rsidRDefault="00F35368">
            <w:pPr>
              <w:pStyle w:val="OptionLine"/>
            </w:pPr>
            <w:r>
              <w:rPr>
                <w:sz w:val="16"/>
              </w:rPr>
              <w:t>C. Privacy by design</w:t>
            </w:r>
          </w:p>
          <w:p w14:paraId="29090DC7" w14:textId="77777777" w:rsidR="004C6ABD" w:rsidRDefault="00F35368">
            <w:pPr>
              <w:pStyle w:val="OptionLine"/>
            </w:pPr>
            <w:r>
              <w:rPr>
                <w:sz w:val="16"/>
              </w:rPr>
              <w:t>D. Copyright, Designs and Patents Act 1988</w:t>
            </w:r>
          </w:p>
          <w:p w14:paraId="5B624C7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