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7FA3" w14:textId="77777777" w:rsidR="004C6ABD" w:rsidRDefault="00F35368">
      <w:pPr>
        <w:pStyle w:val="Heading1"/>
      </w:pPr>
      <w:r>
        <w:lastRenderedPageBreak/>
        <w:t>2.1 Algorithms - Quiz B</w:t>
      </w:r>
    </w:p>
    <w:p w14:paraId="2C3A6DCD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5893264A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20DA9694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2030D667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0C9DE804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78D51DC6" w14:textId="77777777">
        <w:trPr>
          <w:cantSplit/>
          <w:jc w:val="center"/>
        </w:trPr>
        <w:tc>
          <w:tcPr>
            <w:tcW w:w="5112" w:type="dxa"/>
          </w:tcPr>
          <w:p w14:paraId="7CCF7D4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removing unnecessary detail to focus on what matters</w:t>
            </w:r>
          </w:p>
          <w:p w14:paraId="3F064B56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error</w:t>
            </w:r>
          </w:p>
          <w:p w14:paraId="6F84F8C8" w14:textId="77777777" w:rsidR="004C6ABD" w:rsidRDefault="00F35368">
            <w:pPr>
              <w:pStyle w:val="OptionLine"/>
            </w:pPr>
            <w:r>
              <w:rPr>
                <w:sz w:val="16"/>
              </w:rPr>
              <w:t>B. Algorithm</w:t>
            </w:r>
          </w:p>
          <w:p w14:paraId="5B4908FD" w14:textId="77777777" w:rsidR="004C6ABD" w:rsidRDefault="00F35368">
            <w:pPr>
              <w:pStyle w:val="OptionLine"/>
            </w:pPr>
            <w:r>
              <w:rPr>
                <w:sz w:val="16"/>
              </w:rPr>
              <w:t>C. Test data</w:t>
            </w:r>
          </w:p>
          <w:p w14:paraId="1BEAC753" w14:textId="77777777" w:rsidR="004C6ABD" w:rsidRDefault="00F35368">
            <w:pPr>
              <w:pStyle w:val="OptionLine"/>
            </w:pPr>
            <w:r>
              <w:rPr>
                <w:sz w:val="16"/>
              </w:rPr>
              <w:t>D. Abstraction</w:t>
            </w:r>
          </w:p>
          <w:p w14:paraId="18ED86D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B5A5E6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Subprogram symbol?</w:t>
            </w:r>
          </w:p>
          <w:p w14:paraId="04E3E0F9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flowchart symbol used to show a named subroutine</w:t>
            </w:r>
          </w:p>
          <w:p w14:paraId="353A5E3D" w14:textId="77777777" w:rsidR="004C6ABD" w:rsidRDefault="00F35368">
            <w:pPr>
              <w:pStyle w:val="OptionLine"/>
            </w:pPr>
            <w:r>
              <w:rPr>
                <w:sz w:val="16"/>
              </w:rPr>
              <w:t>B. a sorting algorithm that builds a sorted section by inserting each item into the correct place</w:t>
            </w:r>
          </w:p>
          <w:p w14:paraId="1B3E2354" w14:textId="77777777" w:rsidR="004C6ABD" w:rsidRDefault="00F35368">
            <w:pPr>
              <w:pStyle w:val="OptionLine"/>
            </w:pPr>
            <w:r>
              <w:rPr>
                <w:sz w:val="16"/>
              </w:rPr>
              <w:t>C. a named storage location whose value can change while an algorithm runs</w:t>
            </w:r>
          </w:p>
          <w:p w14:paraId="39DE06D6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two values to decide their order or equality</w:t>
            </w:r>
          </w:p>
          <w:p w14:paraId="15B917D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37F6037" w14:textId="77777777">
        <w:trPr>
          <w:cantSplit/>
          <w:jc w:val="center"/>
        </w:trPr>
        <w:tc>
          <w:tcPr>
            <w:tcW w:w="5112" w:type="dxa"/>
          </w:tcPr>
          <w:p w14:paraId="22E4206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What is printed by: a = 12; b = 5; IF a &gt; b THEN print('A') ELSE print('B')</w:t>
            </w:r>
          </w:p>
          <w:p w14:paraId="24BAEF00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value of variable b</w:t>
            </w:r>
          </w:p>
          <w:p w14:paraId="326F8A99" w14:textId="77777777" w:rsidR="004C6ABD" w:rsidRDefault="00F35368">
            <w:pPr>
              <w:pStyle w:val="OptionLine"/>
            </w:pPr>
            <w:r>
              <w:rPr>
                <w:sz w:val="16"/>
              </w:rPr>
              <w:t>B. A</w:t>
            </w:r>
          </w:p>
          <w:p w14:paraId="7C24E0E0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value of variable a</w:t>
            </w:r>
          </w:p>
          <w:p w14:paraId="2DD3F4A7" w14:textId="77777777" w:rsidR="004C6ABD" w:rsidRDefault="00F35368">
            <w:pPr>
              <w:pStyle w:val="OptionLine"/>
            </w:pPr>
            <w:r>
              <w:rPr>
                <w:sz w:val="16"/>
              </w:rPr>
              <w:t>D. Both A and B</w:t>
            </w:r>
          </w:p>
          <w:p w14:paraId="375D672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54A739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student writes about Condition. Which statement would be correct?</w:t>
            </w:r>
          </w:p>
          <w:p w14:paraId="64416BCD" w14:textId="77777777" w:rsidR="004C6ABD" w:rsidRDefault="00F35368">
            <w:pPr>
              <w:pStyle w:val="OptionLine"/>
            </w:pPr>
            <w:r>
              <w:rPr>
                <w:sz w:val="16"/>
              </w:rPr>
              <w:t>A. one complete sweep through part or all of a list during a sort</w:t>
            </w:r>
          </w:p>
          <w:p w14:paraId="3CD192A8" w14:textId="77777777" w:rsidR="004C6ABD" w:rsidRDefault="00F35368">
            <w:pPr>
              <w:pStyle w:val="OptionLine"/>
            </w:pPr>
            <w:r>
              <w:rPr>
                <w:sz w:val="16"/>
              </w:rPr>
              <w:t>B. an error that occurs while a program is running</w:t>
            </w:r>
          </w:p>
          <w:p w14:paraId="4EF4022F" w14:textId="77777777" w:rsidR="004C6ABD" w:rsidRDefault="00F35368">
            <w:pPr>
              <w:pStyle w:val="OptionLine"/>
            </w:pPr>
            <w:r>
              <w:rPr>
                <w:sz w:val="16"/>
              </w:rPr>
              <w:t>C. a Boolean expression used to control selection or iteration</w:t>
            </w:r>
          </w:p>
          <w:p w14:paraId="0204A609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two values to decide their order or equality</w:t>
            </w:r>
          </w:p>
          <w:p w14:paraId="07625C6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37299AA" w14:textId="77777777">
        <w:trPr>
          <w:cantSplit/>
          <w:jc w:val="center"/>
        </w:trPr>
        <w:tc>
          <w:tcPr>
            <w:tcW w:w="5112" w:type="dxa"/>
          </w:tcPr>
          <w:p w14:paraId="289B006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Which term best matches this description: a sorting algorithm that builds a sorted section by inserting each item into the correct place</w:t>
            </w:r>
          </w:p>
          <w:p w14:paraId="5D6C3A13" w14:textId="77777777" w:rsidR="004C6ABD" w:rsidRDefault="00F35368">
            <w:pPr>
              <w:pStyle w:val="OptionLine"/>
            </w:pPr>
            <w:r>
              <w:rPr>
                <w:sz w:val="16"/>
              </w:rPr>
              <w:t>A. Insertion sort</w:t>
            </w:r>
          </w:p>
          <w:p w14:paraId="1BFCDAFF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Comparison</w:t>
            </w:r>
          </w:p>
          <w:p w14:paraId="4E6A3849" w14:textId="77777777" w:rsidR="004C6ABD" w:rsidRDefault="00F35368">
            <w:pPr>
              <w:pStyle w:val="OptionLine"/>
            </w:pPr>
            <w:r>
              <w:rPr>
                <w:sz w:val="16"/>
              </w:rPr>
              <w:t>C. Decomposition</w:t>
            </w:r>
          </w:p>
          <w:p w14:paraId="5BFE2594" w14:textId="77777777" w:rsidR="004C6ABD" w:rsidRDefault="00F35368">
            <w:pPr>
              <w:pStyle w:val="OptionLine"/>
            </w:pPr>
            <w:r>
              <w:rPr>
                <w:sz w:val="16"/>
              </w:rPr>
              <w:t>D. Merge sort</w:t>
            </w:r>
          </w:p>
          <w:p w14:paraId="3FF48F88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4333C6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description correctly matches Algorithm?</w:t>
            </w:r>
          </w:p>
          <w:p w14:paraId="5CA1401D" w14:textId="77777777" w:rsidR="004C6ABD" w:rsidRDefault="00F35368">
            <w:pPr>
              <w:pStyle w:val="OptionLine"/>
            </w:pPr>
            <w:r>
              <w:rPr>
                <w:sz w:val="16"/>
              </w:rPr>
              <w:t>A. a named storage location whose value can change while an algorithm runs</w:t>
            </w:r>
          </w:p>
          <w:p w14:paraId="31258CAD" w14:textId="77777777" w:rsidR="004C6ABD" w:rsidRDefault="00F35368">
            <w:pPr>
              <w:pStyle w:val="OptionLine"/>
            </w:pPr>
            <w:r>
              <w:rPr>
                <w:sz w:val="16"/>
              </w:rPr>
              <w:t>B. a search algorithm that repeatedly halves a sorted list</w:t>
            </w:r>
          </w:p>
          <w:p w14:paraId="08929128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flowchart symbol used for a yes/no or true/false choice</w:t>
            </w:r>
          </w:p>
          <w:p w14:paraId="79D769DE" w14:textId="77777777" w:rsidR="004C6ABD" w:rsidRDefault="00F35368">
            <w:pPr>
              <w:pStyle w:val="OptionLine"/>
            </w:pPr>
            <w:r>
              <w:rPr>
                <w:sz w:val="16"/>
              </w:rPr>
              <w:t>D. a finite sequence of steps used to solve a problem</w:t>
            </w:r>
          </w:p>
          <w:p w14:paraId="58056EA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9BC63B5" w14:textId="77777777">
        <w:trPr>
          <w:cantSplit/>
          <w:jc w:val="center"/>
        </w:trPr>
        <w:tc>
          <w:tcPr>
            <w:tcW w:w="5112" w:type="dxa"/>
          </w:tcPr>
          <w:p w14:paraId="3E7DF3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search works on an unsorted list?</w:t>
            </w:r>
          </w:p>
          <w:p w14:paraId="010313BB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search</w:t>
            </w:r>
          </w:p>
          <w:p w14:paraId="6E18977E" w14:textId="77777777" w:rsidR="004C6ABD" w:rsidRDefault="00F35368">
            <w:pPr>
              <w:pStyle w:val="OptionLine"/>
            </w:pPr>
            <w:r>
              <w:rPr>
                <w:sz w:val="16"/>
              </w:rPr>
              <w:t>B. Linear search</w:t>
            </w:r>
          </w:p>
          <w:p w14:paraId="40789D35" w14:textId="77777777" w:rsidR="004C6ABD" w:rsidRDefault="00F35368">
            <w:pPr>
              <w:pStyle w:val="OptionLine"/>
            </w:pPr>
            <w:r>
              <w:rPr>
                <w:sz w:val="16"/>
              </w:rPr>
              <w:t>C. Merge sort</w:t>
            </w:r>
          </w:p>
          <w:p w14:paraId="6E33D6F0" w14:textId="77777777" w:rsidR="004C6ABD" w:rsidRDefault="00F35368">
            <w:pPr>
              <w:pStyle w:val="OptionLine"/>
            </w:pPr>
            <w:r>
              <w:rPr>
                <w:sz w:val="16"/>
              </w:rPr>
              <w:t>D. Insertion sort</w:t>
            </w:r>
          </w:p>
          <w:p w14:paraId="55C9A97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477839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What is the output of: total = 0; FOR i = 1 TO 14; total = total + i; NEXT i; print(total)</w:t>
            </w:r>
          </w:p>
          <w:p w14:paraId="67FF07C6" w14:textId="77777777" w:rsidR="004C6ABD" w:rsidRDefault="00F35368">
            <w:pPr>
              <w:pStyle w:val="OptionLine"/>
            </w:pPr>
            <w:r>
              <w:rPr>
                <w:sz w:val="16"/>
              </w:rPr>
              <w:t>A. 119</w:t>
            </w:r>
          </w:p>
          <w:p w14:paraId="3DDA1650" w14:textId="77777777" w:rsidR="004C6ABD" w:rsidRDefault="00F35368">
            <w:pPr>
              <w:pStyle w:val="OptionLine"/>
            </w:pPr>
            <w:r>
              <w:rPr>
                <w:sz w:val="16"/>
              </w:rPr>
              <w:t>B. 104</w:t>
            </w:r>
          </w:p>
          <w:p w14:paraId="7296DDAA" w14:textId="77777777" w:rsidR="004C6ABD" w:rsidRDefault="00F35368">
            <w:pPr>
              <w:pStyle w:val="OptionLine"/>
            </w:pPr>
            <w:r>
              <w:rPr>
                <w:sz w:val="16"/>
              </w:rPr>
              <w:t>C. 14</w:t>
            </w:r>
          </w:p>
          <w:p w14:paraId="20C2C476" w14:textId="77777777" w:rsidR="004C6ABD" w:rsidRDefault="00F35368">
            <w:pPr>
              <w:pStyle w:val="OptionLine"/>
            </w:pPr>
            <w:r>
              <w:rPr>
                <w:sz w:val="16"/>
              </w:rPr>
              <w:t>D. 105</w:t>
            </w:r>
          </w:p>
          <w:p w14:paraId="6AF7A68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16ED787" w14:textId="77777777">
        <w:trPr>
          <w:cantSplit/>
          <w:jc w:val="center"/>
        </w:trPr>
        <w:tc>
          <w:tcPr>
            <w:tcW w:w="5112" w:type="dxa"/>
          </w:tcPr>
          <w:p w14:paraId="0B49E88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What is the output of: total = 0; FOR i = 1 TO 10; total = total + i; NEXT i; print(total)</w:t>
            </w:r>
          </w:p>
          <w:p w14:paraId="2D6956DC" w14:textId="77777777" w:rsidR="004C6ABD" w:rsidRDefault="00F35368">
            <w:pPr>
              <w:pStyle w:val="OptionLine"/>
            </w:pPr>
            <w:r>
              <w:rPr>
                <w:sz w:val="16"/>
              </w:rPr>
              <w:t>A. 54</w:t>
            </w:r>
          </w:p>
          <w:p w14:paraId="3D360007" w14:textId="77777777" w:rsidR="004C6ABD" w:rsidRDefault="00F35368">
            <w:pPr>
              <w:pStyle w:val="OptionLine"/>
            </w:pPr>
            <w:r>
              <w:rPr>
                <w:sz w:val="16"/>
              </w:rPr>
              <w:t>B. 65</w:t>
            </w:r>
          </w:p>
          <w:p w14:paraId="5BABD8AB" w14:textId="77777777" w:rsidR="004C6ABD" w:rsidRDefault="00F35368">
            <w:pPr>
              <w:pStyle w:val="OptionLine"/>
            </w:pPr>
            <w:r>
              <w:rPr>
                <w:sz w:val="16"/>
              </w:rPr>
              <w:t>C. 10</w:t>
            </w:r>
          </w:p>
          <w:p w14:paraId="6AA406F0" w14:textId="77777777" w:rsidR="004C6ABD" w:rsidRDefault="00F35368">
            <w:pPr>
              <w:pStyle w:val="OptionLine"/>
            </w:pPr>
            <w:r>
              <w:rPr>
                <w:sz w:val="16"/>
              </w:rPr>
              <w:t>D. 55</w:t>
            </w:r>
          </w:p>
          <w:p w14:paraId="31AB17D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BBDF66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Nested iteration. Which statement would be correct?</w:t>
            </w:r>
          </w:p>
          <w:p w14:paraId="11A2DE2F" w14:textId="77777777" w:rsidR="004C6ABD" w:rsidRDefault="00F35368">
            <w:pPr>
              <w:pStyle w:val="OptionLine"/>
            </w:pPr>
            <w:r>
              <w:rPr>
                <w:sz w:val="16"/>
              </w:rPr>
              <w:t>A. checking two values to decide their order or equality</w:t>
            </w:r>
          </w:p>
          <w:p w14:paraId="303261DB" w14:textId="77777777" w:rsidR="004C6ABD" w:rsidRDefault="00F35368">
            <w:pPr>
              <w:pStyle w:val="OptionLine"/>
            </w:pPr>
            <w:r>
              <w:rPr>
                <w:sz w:val="16"/>
              </w:rPr>
              <w:t>B. creating clear, logical steps to solve a problem</w:t>
            </w:r>
          </w:p>
          <w:p w14:paraId="17E0CB8E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loop placed inside another loop</w:t>
            </w:r>
          </w:p>
          <w:p w14:paraId="25EDB485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where an algorithm runs but produces the wrong result</w:t>
            </w:r>
          </w:p>
          <w:p w14:paraId="2B33130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A1BB3E8" w14:textId="77777777">
        <w:trPr>
          <w:cantSplit/>
          <w:jc w:val="center"/>
        </w:trPr>
        <w:tc>
          <w:tcPr>
            <w:tcW w:w="5112" w:type="dxa"/>
          </w:tcPr>
          <w:p w14:paraId="744F2EE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What is the output of: total = 0; FOR i = 1 TO 6; total = total + i; NEXT i; print(total)</w:t>
            </w:r>
          </w:p>
          <w:p w14:paraId="1CC76475" w14:textId="77777777" w:rsidR="004C6ABD" w:rsidRDefault="00F35368">
            <w:pPr>
              <w:pStyle w:val="OptionLine"/>
            </w:pPr>
            <w:r>
              <w:rPr>
                <w:sz w:val="16"/>
              </w:rPr>
              <w:t>A. 21</w:t>
            </w:r>
          </w:p>
          <w:p w14:paraId="28659ED1" w14:textId="77777777" w:rsidR="004C6ABD" w:rsidRDefault="00F35368">
            <w:pPr>
              <w:pStyle w:val="OptionLine"/>
            </w:pPr>
            <w:r>
              <w:rPr>
                <w:sz w:val="16"/>
              </w:rPr>
              <w:t>B. 20</w:t>
            </w:r>
          </w:p>
          <w:p w14:paraId="5D8A883F" w14:textId="77777777" w:rsidR="004C6ABD" w:rsidRDefault="00F35368">
            <w:pPr>
              <w:pStyle w:val="OptionLine"/>
            </w:pPr>
            <w:r>
              <w:rPr>
                <w:sz w:val="16"/>
              </w:rPr>
              <w:t>C. 6</w:t>
            </w:r>
          </w:p>
          <w:p w14:paraId="2699CE4D" w14:textId="77777777" w:rsidR="004C6ABD" w:rsidRDefault="00F35368">
            <w:pPr>
              <w:pStyle w:val="OptionLine"/>
            </w:pPr>
            <w:r>
              <w:rPr>
                <w:sz w:val="16"/>
              </w:rPr>
              <w:t>D. 27</w:t>
            </w:r>
          </w:p>
          <w:p w14:paraId="758C2BA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D736AA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term best matches this description: a loop that repeats until or while a condition is met</w:t>
            </w:r>
          </w:p>
          <w:p w14:paraId="6FD053EC" w14:textId="77777777" w:rsidR="004C6ABD" w:rsidRDefault="00F35368">
            <w:pPr>
              <w:pStyle w:val="OptionLine"/>
            </w:pPr>
            <w:r>
              <w:rPr>
                <w:sz w:val="16"/>
              </w:rPr>
              <w:t>A. Variable</w:t>
            </w:r>
          </w:p>
          <w:p w14:paraId="26308636" w14:textId="77777777" w:rsidR="004C6ABD" w:rsidRDefault="00F35368">
            <w:pPr>
              <w:pStyle w:val="OptionLine"/>
            </w:pPr>
            <w:r>
              <w:rPr>
                <w:sz w:val="16"/>
              </w:rPr>
              <w:t>B. Insertion sort</w:t>
            </w:r>
          </w:p>
          <w:p w14:paraId="2E999AAA" w14:textId="77777777" w:rsidR="004C6ABD" w:rsidRDefault="00F35368">
            <w:pPr>
              <w:pStyle w:val="OptionLine"/>
            </w:pPr>
            <w:r>
              <w:rPr>
                <w:sz w:val="16"/>
              </w:rPr>
              <w:t>C. Binary search</w:t>
            </w:r>
          </w:p>
          <w:p w14:paraId="55CF2574" w14:textId="77777777" w:rsidR="004C6ABD" w:rsidRDefault="00F35368">
            <w:pPr>
              <w:pStyle w:val="OptionLine"/>
            </w:pPr>
            <w:r>
              <w:rPr>
                <w:sz w:val="16"/>
              </w:rPr>
              <w:t>D. Condition-controlled loop</w:t>
            </w:r>
          </w:p>
          <w:p w14:paraId="06DCA7B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1AF6FA2" w14:textId="77777777">
        <w:trPr>
          <w:cantSplit/>
          <w:jc w:val="center"/>
        </w:trPr>
        <w:tc>
          <w:tcPr>
            <w:tcW w:w="5112" w:type="dxa"/>
          </w:tcPr>
          <w:p w14:paraId="73D1B89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7. A student writes about Nested selection. Which statement would be correct?</w:t>
            </w:r>
          </w:p>
          <w:p w14:paraId="4FA3C64F" w14:textId="77777777" w:rsidR="004C6ABD" w:rsidRDefault="00F35368">
            <w:pPr>
              <w:pStyle w:val="OptionLine"/>
            </w:pPr>
            <w:r>
              <w:rPr>
                <w:sz w:val="16"/>
              </w:rPr>
              <w:t>A. a finite sequence of steps used to solve a problem</w:t>
            </w:r>
          </w:p>
          <w:p w14:paraId="58FBA0EF" w14:textId="77777777" w:rsidR="004C6ABD" w:rsidRDefault="00F35368">
            <w:pPr>
              <w:pStyle w:val="OptionLine"/>
            </w:pPr>
            <w:r>
              <w:rPr>
                <w:sz w:val="16"/>
              </w:rPr>
              <w:t>B. selection placed inside another selection</w:t>
            </w:r>
          </w:p>
          <w:p w14:paraId="4859E1AB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loop that repeats until or while a condition is met</w:t>
            </w:r>
          </w:p>
          <w:p w14:paraId="3B3325BA" w14:textId="77777777" w:rsidR="004C6ABD" w:rsidRDefault="00F35368">
            <w:pPr>
              <w:pStyle w:val="OptionLine"/>
            </w:pPr>
            <w:r>
              <w:rPr>
                <w:sz w:val="16"/>
              </w:rPr>
              <w:t>D. how well an algorithm uses time or memory resources</w:t>
            </w:r>
          </w:p>
          <w:p w14:paraId="343B2AC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CE52F2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A student writes about Binary search. Which statement would be correct?</w:t>
            </w:r>
          </w:p>
          <w:p w14:paraId="5F4F6FC4" w14:textId="77777777" w:rsidR="004C6ABD" w:rsidRDefault="00F35368">
            <w:pPr>
              <w:pStyle w:val="OptionLine"/>
            </w:pPr>
            <w:r>
              <w:rPr>
                <w:sz w:val="16"/>
              </w:rPr>
              <w:t>A. selection placed inside another selection</w:t>
            </w:r>
          </w:p>
          <w:p w14:paraId="057FA8AB" w14:textId="77777777" w:rsidR="004C6ABD" w:rsidRDefault="00F35368">
            <w:pPr>
              <w:pStyle w:val="OptionLine"/>
            </w:pPr>
            <w:r>
              <w:rPr>
                <w:sz w:val="16"/>
              </w:rPr>
              <w:t>B. an arrow showing the direction of flow in a flowchart</w:t>
            </w:r>
          </w:p>
          <w:p w14:paraId="0D766245" w14:textId="77777777" w:rsidR="004C6ABD" w:rsidRDefault="00F35368">
            <w:pPr>
              <w:pStyle w:val="OptionLine"/>
            </w:pPr>
            <w:r>
              <w:rPr>
                <w:sz w:val="16"/>
              </w:rPr>
              <w:t>C. a sorting algorithm that builds a sorted section by inserting each item into the correct place</w:t>
            </w:r>
          </w:p>
          <w:p w14:paraId="11A4A2BF" w14:textId="77777777" w:rsidR="004C6ABD" w:rsidRDefault="00F35368">
            <w:pPr>
              <w:pStyle w:val="OptionLine"/>
            </w:pPr>
            <w:r>
              <w:rPr>
                <w:sz w:val="16"/>
              </w:rPr>
              <w:t>D. a search algorithm that repeatedly halves a sorted list</w:t>
            </w:r>
          </w:p>
          <w:p w14:paraId="74043D4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CD1EF69" w14:textId="77777777">
        <w:trPr>
          <w:cantSplit/>
          <w:jc w:val="center"/>
        </w:trPr>
        <w:tc>
          <w:tcPr>
            <w:tcW w:w="5112" w:type="dxa"/>
          </w:tcPr>
          <w:p w14:paraId="225A858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8. Which term best matches this description: an error caused by breaking the rules of the programming language</w:t>
            </w:r>
          </w:p>
          <w:p w14:paraId="05C14032" w14:textId="77777777" w:rsidR="004C6ABD" w:rsidRDefault="00F35368">
            <w:pPr>
              <w:pStyle w:val="OptionLine"/>
            </w:pPr>
            <w:r>
              <w:rPr>
                <w:sz w:val="16"/>
              </w:rPr>
              <w:t>A. Syntax error</w:t>
            </w:r>
          </w:p>
          <w:p w14:paraId="61C881D3" w14:textId="77777777" w:rsidR="004C6ABD" w:rsidRDefault="00F35368">
            <w:pPr>
              <w:pStyle w:val="OptionLine"/>
            </w:pPr>
            <w:r>
              <w:rPr>
                <w:sz w:val="16"/>
              </w:rPr>
              <w:t>B. Decision symbol</w:t>
            </w:r>
          </w:p>
          <w:p w14:paraId="64295650" w14:textId="77777777" w:rsidR="004C6ABD" w:rsidRDefault="00F35368">
            <w:pPr>
              <w:pStyle w:val="OptionLine"/>
            </w:pPr>
            <w:r>
              <w:rPr>
                <w:sz w:val="16"/>
              </w:rPr>
              <w:t>C. Variable</w:t>
            </w:r>
          </w:p>
          <w:p w14:paraId="20E13306" w14:textId="77777777" w:rsidR="004C6ABD" w:rsidRDefault="00F35368">
            <w:pPr>
              <w:pStyle w:val="OptionLine"/>
            </w:pPr>
            <w:r>
              <w:rPr>
                <w:sz w:val="16"/>
              </w:rPr>
              <w:t>D. Runtime error</w:t>
            </w:r>
          </w:p>
          <w:p w14:paraId="7A6F3F99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8E7C94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What is the output of: total = 0; FOR i = 1 TO 15; total = total + i; NEXT i; print(total)</w:t>
            </w:r>
          </w:p>
          <w:p w14:paraId="0F220DB4" w14:textId="77777777" w:rsidR="004C6ABD" w:rsidRDefault="00F35368">
            <w:pPr>
              <w:pStyle w:val="OptionLine"/>
            </w:pPr>
            <w:r>
              <w:rPr>
                <w:sz w:val="16"/>
              </w:rPr>
              <w:t>A. 15</w:t>
            </w:r>
          </w:p>
          <w:p w14:paraId="2874627F" w14:textId="77777777" w:rsidR="004C6ABD" w:rsidRDefault="00F35368">
            <w:pPr>
              <w:pStyle w:val="OptionLine"/>
            </w:pPr>
            <w:r>
              <w:rPr>
                <w:sz w:val="16"/>
              </w:rPr>
              <w:t>B. 120</w:t>
            </w:r>
          </w:p>
          <w:p w14:paraId="13F36D25" w14:textId="77777777" w:rsidR="004C6ABD" w:rsidRDefault="00F35368">
            <w:pPr>
              <w:pStyle w:val="OptionLine"/>
            </w:pPr>
            <w:r>
              <w:rPr>
                <w:sz w:val="16"/>
              </w:rPr>
              <w:t>C. 135</w:t>
            </w:r>
          </w:p>
          <w:p w14:paraId="7CAED118" w14:textId="77777777" w:rsidR="004C6ABD" w:rsidRDefault="00F35368">
            <w:pPr>
              <w:pStyle w:val="OptionLine"/>
            </w:pPr>
            <w:r>
              <w:rPr>
                <w:sz w:val="16"/>
              </w:rPr>
              <w:t>D. 119</w:t>
            </w:r>
          </w:p>
          <w:p w14:paraId="59988FC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13C12A2" w14:textId="77777777">
        <w:trPr>
          <w:cantSplit/>
          <w:jc w:val="center"/>
        </w:trPr>
        <w:tc>
          <w:tcPr>
            <w:tcW w:w="5112" w:type="dxa"/>
          </w:tcPr>
          <w:p w14:paraId="2CDA68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What is printed by: a = 10; b = 4; IF a &gt; b THEN print('A') ELSE print('B')</w:t>
            </w:r>
          </w:p>
          <w:p w14:paraId="51EBFDDD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value of variable b</w:t>
            </w:r>
          </w:p>
          <w:p w14:paraId="6576F547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value of variable a</w:t>
            </w:r>
          </w:p>
          <w:p w14:paraId="1FAC9783" w14:textId="77777777" w:rsidR="004C6ABD" w:rsidRDefault="00F35368">
            <w:pPr>
              <w:pStyle w:val="OptionLine"/>
            </w:pPr>
            <w:r>
              <w:rPr>
                <w:sz w:val="16"/>
              </w:rPr>
              <w:t>C. A</w:t>
            </w:r>
          </w:p>
          <w:p w14:paraId="3B3D3396" w14:textId="77777777" w:rsidR="004C6ABD" w:rsidRDefault="00F35368">
            <w:pPr>
              <w:pStyle w:val="OptionLine"/>
            </w:pPr>
            <w:r>
              <w:rPr>
                <w:sz w:val="16"/>
              </w:rPr>
              <w:t>D. Both A and B</w:t>
            </w:r>
          </w:p>
          <w:p w14:paraId="35F0E7C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5F8481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Condition-controlled loop. Which statement would be correct?</w:t>
            </w:r>
          </w:p>
          <w:p w14:paraId="50F22D76" w14:textId="77777777" w:rsidR="004C6ABD" w:rsidRDefault="00F35368">
            <w:pPr>
              <w:pStyle w:val="OptionLine"/>
            </w:pPr>
            <w:r>
              <w:rPr>
                <w:sz w:val="16"/>
              </w:rPr>
              <w:t>A. a loop that repeats until or while a condition is met</w:t>
            </w:r>
          </w:p>
          <w:p w14:paraId="75C6EDFE" w14:textId="77777777" w:rsidR="004C6ABD" w:rsidRDefault="00F35368">
            <w:pPr>
              <w:pStyle w:val="OptionLine"/>
            </w:pPr>
            <w:r>
              <w:rPr>
                <w:sz w:val="16"/>
              </w:rPr>
              <w:t>B. a table used to record variable values while dry-running an algorithm</w:t>
            </w:r>
          </w:p>
          <w:p w14:paraId="6BA51937" w14:textId="77777777" w:rsidR="004C6ABD" w:rsidRDefault="00F35368">
            <w:pPr>
              <w:pStyle w:val="OptionLine"/>
            </w:pPr>
            <w:r>
              <w:rPr>
                <w:sz w:val="16"/>
              </w:rPr>
              <w:t>C. values used to check whether an algorithm works</w:t>
            </w:r>
          </w:p>
          <w:p w14:paraId="37C53B35" w14:textId="77777777" w:rsidR="004C6ABD" w:rsidRDefault="00F35368">
            <w:pPr>
              <w:pStyle w:val="OptionLine"/>
            </w:pPr>
            <w:r>
              <w:rPr>
                <w:sz w:val="16"/>
              </w:rPr>
              <w:t>D. a sorting algorithm that divides data, sorts the parts and merges them</w:t>
            </w:r>
          </w:p>
          <w:p w14:paraId="247D2D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FC560FD" w14:textId="77777777">
        <w:trPr>
          <w:cantSplit/>
          <w:jc w:val="center"/>
        </w:trPr>
        <w:tc>
          <w:tcPr>
            <w:tcW w:w="5112" w:type="dxa"/>
          </w:tcPr>
          <w:p w14:paraId="28A3BC8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term best matches this description: solving a problem by splitting it into smaller parts</w:t>
            </w:r>
          </w:p>
          <w:p w14:paraId="2C843B45" w14:textId="77777777" w:rsidR="004C6ABD" w:rsidRDefault="00F35368">
            <w:pPr>
              <w:pStyle w:val="OptionLine"/>
            </w:pPr>
            <w:r>
              <w:rPr>
                <w:sz w:val="16"/>
              </w:rPr>
              <w:t>A. Decision symbol</w:t>
            </w:r>
          </w:p>
          <w:p w14:paraId="67E290B1" w14:textId="77777777" w:rsidR="004C6ABD" w:rsidRDefault="00F35368">
            <w:pPr>
              <w:pStyle w:val="OptionLine"/>
            </w:pPr>
            <w:r>
              <w:rPr>
                <w:sz w:val="16"/>
              </w:rPr>
              <w:t>B. Condition</w:t>
            </w:r>
          </w:p>
          <w:p w14:paraId="79D5D334" w14:textId="77777777" w:rsidR="004C6ABD" w:rsidRDefault="00F35368">
            <w:pPr>
              <w:pStyle w:val="OptionLine"/>
            </w:pPr>
            <w:r>
              <w:rPr>
                <w:sz w:val="16"/>
              </w:rPr>
              <w:t>C. Output</w:t>
            </w:r>
          </w:p>
          <w:p w14:paraId="1B146A3A" w14:textId="77777777" w:rsidR="004C6ABD" w:rsidRDefault="00F35368">
            <w:pPr>
              <w:pStyle w:val="OptionLine"/>
            </w:pPr>
            <w:r>
              <w:rPr>
                <w:sz w:val="16"/>
              </w:rPr>
              <w:t>D. Divide and conquer</w:t>
            </w:r>
          </w:p>
          <w:p w14:paraId="793C021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E2A2AF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Which term best matches this description: a structured way of writing an algorithm without using a specific programming language syntax</w:t>
            </w:r>
          </w:p>
          <w:p w14:paraId="02BE24B7" w14:textId="77777777" w:rsidR="004C6ABD" w:rsidRDefault="00F35368">
            <w:pPr>
              <w:pStyle w:val="OptionLine"/>
            </w:pPr>
            <w:r>
              <w:rPr>
                <w:sz w:val="16"/>
              </w:rPr>
              <w:t>A. Sorted list prerequisite</w:t>
            </w:r>
          </w:p>
          <w:p w14:paraId="539326B1" w14:textId="77777777" w:rsidR="004C6ABD" w:rsidRDefault="00F35368">
            <w:pPr>
              <w:pStyle w:val="OptionLine"/>
            </w:pPr>
            <w:r>
              <w:rPr>
                <w:sz w:val="16"/>
              </w:rPr>
              <w:t>B. Pseudocode</w:t>
            </w:r>
          </w:p>
          <w:p w14:paraId="4F404691" w14:textId="77777777" w:rsidR="004C6ABD" w:rsidRDefault="00F35368">
            <w:pPr>
              <w:pStyle w:val="OptionLine"/>
            </w:pPr>
            <w:r>
              <w:rPr>
                <w:sz w:val="16"/>
              </w:rPr>
              <w:t>C. Linear search</w:t>
            </w:r>
          </w:p>
          <w:p w14:paraId="6FE01997" w14:textId="77777777" w:rsidR="004C6ABD" w:rsidRDefault="00F35368">
            <w:pPr>
              <w:pStyle w:val="OptionLine"/>
            </w:pPr>
            <w:r>
              <w:rPr>
                <w:sz w:val="16"/>
              </w:rPr>
              <w:t>D. Condition-controlled loop</w:t>
            </w:r>
          </w:p>
          <w:p w14:paraId="0342ABC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7285529" w14:textId="77777777">
        <w:trPr>
          <w:cantSplit/>
          <w:jc w:val="center"/>
        </w:trPr>
        <w:tc>
          <w:tcPr>
            <w:tcW w:w="5112" w:type="dxa"/>
          </w:tcPr>
          <w:p w14:paraId="4226A6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term best matches this description: checking two values to decide their order or equality</w:t>
            </w:r>
          </w:p>
          <w:p w14:paraId="5FC980E6" w14:textId="77777777" w:rsidR="004C6ABD" w:rsidRDefault="00F35368">
            <w:pPr>
              <w:pStyle w:val="OptionLine"/>
            </w:pPr>
            <w:r>
              <w:rPr>
                <w:sz w:val="16"/>
              </w:rPr>
              <w:t>A. Dry run</w:t>
            </w:r>
          </w:p>
          <w:p w14:paraId="5062D118" w14:textId="77777777" w:rsidR="004C6ABD" w:rsidRDefault="00F35368">
            <w:pPr>
              <w:pStyle w:val="OptionLine"/>
            </w:pPr>
            <w:r>
              <w:rPr>
                <w:sz w:val="16"/>
              </w:rPr>
              <w:t>B. Comparison</w:t>
            </w:r>
          </w:p>
          <w:p w14:paraId="79FC61E1" w14:textId="77777777" w:rsidR="004C6ABD" w:rsidRDefault="00F35368">
            <w:pPr>
              <w:pStyle w:val="OptionLine"/>
            </w:pPr>
            <w:r>
              <w:rPr>
                <w:sz w:val="16"/>
              </w:rPr>
              <w:t>C. Swap</w:t>
            </w:r>
          </w:p>
          <w:p w14:paraId="6243DE9C" w14:textId="77777777" w:rsidR="004C6ABD" w:rsidRDefault="00F35368">
            <w:pPr>
              <w:pStyle w:val="OptionLine"/>
            </w:pPr>
            <w:r>
              <w:rPr>
                <w:sz w:val="16"/>
              </w:rPr>
              <w:t>D. Condition</w:t>
            </w:r>
          </w:p>
          <w:p w14:paraId="60BFF9D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FE0678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description correctly matches Syntax error?</w:t>
            </w:r>
          </w:p>
          <w:p w14:paraId="1EF159C7" w14:textId="77777777" w:rsidR="004C6ABD" w:rsidRDefault="00F35368">
            <w:pPr>
              <w:pStyle w:val="OptionLine"/>
            </w:pPr>
            <w:r>
              <w:rPr>
                <w:sz w:val="16"/>
              </w:rPr>
              <w:t>A. values used to check whether an algorithm works</w:t>
            </w:r>
          </w:p>
          <w:p w14:paraId="2C0DDAB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flowchart symbol used for an action or calculation</w:t>
            </w:r>
          </w:p>
          <w:p w14:paraId="2A8BA95F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an algorithm runs but produces the wrong result</w:t>
            </w:r>
          </w:p>
          <w:p w14:paraId="4AED58A9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caused by breaking the rules of the programming language</w:t>
            </w:r>
          </w:p>
          <w:p w14:paraId="0E6F194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9F3EF2A" w14:textId="77777777">
        <w:trPr>
          <w:cantSplit/>
          <w:jc w:val="center"/>
        </w:trPr>
        <w:tc>
          <w:tcPr>
            <w:tcW w:w="5112" w:type="dxa"/>
          </w:tcPr>
          <w:p w14:paraId="4157E67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Which description correctly matches Variable?</w:t>
            </w:r>
          </w:p>
          <w:p w14:paraId="6431B554" w14:textId="77777777" w:rsidR="004C6ABD" w:rsidRDefault="00F35368">
            <w:pPr>
              <w:pStyle w:val="OptionLine"/>
            </w:pPr>
            <w:r>
              <w:rPr>
                <w:sz w:val="16"/>
              </w:rPr>
              <w:t>A. an error where an algorithm runs but produces the wrong result</w:t>
            </w:r>
          </w:p>
          <w:p w14:paraId="62063DA4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placed inside another loop</w:t>
            </w:r>
          </w:p>
          <w:p w14:paraId="2477AC86" w14:textId="77777777" w:rsidR="004C6ABD" w:rsidRDefault="00F35368">
            <w:pPr>
              <w:pStyle w:val="OptionLine"/>
            </w:pPr>
            <w:r>
              <w:rPr>
                <w:sz w:val="16"/>
              </w:rPr>
              <w:t>C. a finite sequence of steps used to solve a problem</w:t>
            </w:r>
          </w:p>
          <w:p w14:paraId="1E225265" w14:textId="77777777" w:rsidR="004C6ABD" w:rsidRDefault="00F35368">
            <w:pPr>
              <w:pStyle w:val="OptionLine"/>
            </w:pPr>
            <w:r>
              <w:rPr>
                <w:sz w:val="16"/>
              </w:rPr>
              <w:t>D. a named storage location whose value can change while an algorithm runs</w:t>
            </w:r>
          </w:p>
          <w:p w14:paraId="25BFABA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5282F8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description correctly matches Logic error?</w:t>
            </w:r>
          </w:p>
          <w:p w14:paraId="31B356E9" w14:textId="77777777" w:rsidR="004C6ABD" w:rsidRDefault="00F35368">
            <w:pPr>
              <w:pStyle w:val="OptionLine"/>
            </w:pPr>
            <w:r>
              <w:rPr>
                <w:sz w:val="16"/>
              </w:rPr>
              <w:t>A. a finite sequence of steps used to solve a problem</w:t>
            </w:r>
          </w:p>
          <w:p w14:paraId="4819E377" w14:textId="77777777" w:rsidR="004C6ABD" w:rsidRDefault="00F35368">
            <w:pPr>
              <w:pStyle w:val="OptionLine"/>
            </w:pPr>
            <w:r>
              <w:rPr>
                <w:sz w:val="16"/>
              </w:rPr>
              <w:t>B. breaking a problem down into smaller sub-problems</w:t>
            </w:r>
          </w:p>
          <w:p w14:paraId="24381643" w14:textId="77777777" w:rsidR="004C6ABD" w:rsidRDefault="00F35368">
            <w:pPr>
              <w:pStyle w:val="OptionLine"/>
            </w:pPr>
            <w:r>
              <w:rPr>
                <w:sz w:val="16"/>
              </w:rPr>
              <w:t>C. instructions executed in order</w:t>
            </w:r>
          </w:p>
          <w:p w14:paraId="16BACD80" w14:textId="77777777" w:rsidR="004C6ABD" w:rsidRDefault="00F35368">
            <w:pPr>
              <w:pStyle w:val="OptionLine"/>
            </w:pPr>
            <w:r>
              <w:rPr>
                <w:sz w:val="16"/>
              </w:rPr>
              <w:t>D. an error where an algorithm runs but produces the wrong result</w:t>
            </w:r>
          </w:p>
          <w:p w14:paraId="176A741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89B3BC0" w14:textId="77777777">
        <w:trPr>
          <w:cantSplit/>
          <w:jc w:val="center"/>
        </w:trPr>
        <w:tc>
          <w:tcPr>
            <w:tcW w:w="5112" w:type="dxa"/>
          </w:tcPr>
          <w:p w14:paraId="4E2B1E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13. A student writes about Variable. Which statement would be correct?</w:t>
            </w:r>
          </w:p>
          <w:p w14:paraId="673F4668" w14:textId="77777777" w:rsidR="004C6ABD" w:rsidRDefault="00F35368">
            <w:pPr>
              <w:pStyle w:val="OptionLine"/>
            </w:pPr>
            <w:r>
              <w:rPr>
                <w:sz w:val="16"/>
              </w:rPr>
              <w:t>A. a named storage location whose value can change while an algorithm runs</w:t>
            </w:r>
          </w:p>
          <w:p w14:paraId="017CFF6B" w14:textId="77777777" w:rsidR="004C6ABD" w:rsidRDefault="00F35368">
            <w:pPr>
              <w:pStyle w:val="OptionLine"/>
            </w:pPr>
            <w:r>
              <w:rPr>
                <w:sz w:val="16"/>
              </w:rPr>
              <w:t>B. exchanging the positions of two items</w:t>
            </w:r>
          </w:p>
          <w:p w14:paraId="335F541C" w14:textId="77777777" w:rsidR="004C6ABD" w:rsidRDefault="00F35368">
            <w:pPr>
              <w:pStyle w:val="OptionLine"/>
            </w:pPr>
            <w:r>
              <w:rPr>
                <w:sz w:val="16"/>
              </w:rPr>
              <w:t>C. solving a problem by splitting it into smaller parts</w:t>
            </w:r>
          </w:p>
          <w:p w14:paraId="6B2A7E67" w14:textId="77777777" w:rsidR="004C6ABD" w:rsidRDefault="00F35368">
            <w:pPr>
              <w:pStyle w:val="OptionLine"/>
            </w:pPr>
            <w:r>
              <w:rPr>
                <w:sz w:val="16"/>
              </w:rPr>
              <w:t>D. a table used to record variable values while dry-running an algorithm</w:t>
            </w:r>
          </w:p>
          <w:p w14:paraId="58401EA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EE4DE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term best matches this description: the flowchart symbol used for an action or calculation</w:t>
            </w:r>
          </w:p>
          <w:p w14:paraId="1D2C9209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 symbol</w:t>
            </w:r>
          </w:p>
          <w:p w14:paraId="51EB1865" w14:textId="77777777" w:rsidR="004C6ABD" w:rsidRDefault="00F35368">
            <w:pPr>
              <w:pStyle w:val="OptionLine"/>
            </w:pPr>
            <w:r>
              <w:rPr>
                <w:sz w:val="16"/>
              </w:rPr>
              <w:t>B. Algorithmic thinking</w:t>
            </w:r>
          </w:p>
          <w:p w14:paraId="4313AC37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Comparison</w:t>
            </w:r>
          </w:p>
          <w:p w14:paraId="64C2856E" w14:textId="77777777" w:rsidR="004C6ABD" w:rsidRDefault="00F35368">
            <w:pPr>
              <w:pStyle w:val="OptionLine"/>
            </w:pPr>
            <w:r>
              <w:rPr>
                <w:sz w:val="16"/>
              </w:rPr>
              <w:t>D. Refinement</w:t>
            </w:r>
          </w:p>
          <w:p w14:paraId="1585C9C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A9B1A1" w14:textId="77777777">
        <w:trPr>
          <w:cantSplit/>
          <w:jc w:val="center"/>
        </w:trPr>
        <w:tc>
          <w:tcPr>
            <w:tcW w:w="5112" w:type="dxa"/>
          </w:tcPr>
          <w:p w14:paraId="065007C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term best matches this description: a loop that repeats a set number of times</w:t>
            </w:r>
          </w:p>
          <w:p w14:paraId="4746F44C" w14:textId="77777777" w:rsidR="004C6ABD" w:rsidRDefault="00F35368">
            <w:pPr>
              <w:pStyle w:val="OptionLine"/>
            </w:pPr>
            <w:r>
              <w:rPr>
                <w:sz w:val="16"/>
              </w:rPr>
              <w:t>A. Count-controlled loop</w:t>
            </w:r>
          </w:p>
          <w:p w14:paraId="0816D863" w14:textId="77777777" w:rsidR="004C6ABD" w:rsidRDefault="00F35368">
            <w:pPr>
              <w:pStyle w:val="OptionLine"/>
            </w:pPr>
            <w:r>
              <w:rPr>
                <w:sz w:val="16"/>
              </w:rPr>
              <w:t>B. Variable</w:t>
            </w:r>
          </w:p>
          <w:p w14:paraId="6F77FA18" w14:textId="77777777" w:rsidR="004C6ABD" w:rsidRDefault="00F35368">
            <w:pPr>
              <w:pStyle w:val="OptionLine"/>
            </w:pPr>
            <w:r>
              <w:rPr>
                <w:sz w:val="16"/>
              </w:rPr>
              <w:t>C. Abstraction</w:t>
            </w:r>
          </w:p>
          <w:p w14:paraId="68C26A65" w14:textId="77777777" w:rsidR="004C6ABD" w:rsidRDefault="00F35368">
            <w:pPr>
              <w:pStyle w:val="OptionLine"/>
            </w:pPr>
            <w:r>
              <w:rPr>
                <w:sz w:val="16"/>
              </w:rPr>
              <w:t>D. Iteration</w:t>
            </w:r>
          </w:p>
          <w:p w14:paraId="0578925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D91D6E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flowchart symbol is used for start or end?</w:t>
            </w:r>
          </w:p>
          <w:p w14:paraId="5EEF80CA" w14:textId="77777777" w:rsidR="004C6ABD" w:rsidRDefault="00F35368">
            <w:pPr>
              <w:pStyle w:val="OptionLine"/>
            </w:pPr>
            <w:r>
              <w:rPr>
                <w:sz w:val="16"/>
              </w:rPr>
              <w:t>A. Diamond</w:t>
            </w:r>
          </w:p>
          <w:p w14:paraId="252CA9DD" w14:textId="77777777" w:rsidR="004C6ABD" w:rsidRDefault="00F35368">
            <w:pPr>
              <w:pStyle w:val="OptionLine"/>
            </w:pPr>
            <w:r>
              <w:rPr>
                <w:sz w:val="16"/>
              </w:rPr>
              <w:t>B. Oval/terminal</w:t>
            </w:r>
          </w:p>
          <w:p w14:paraId="3D7D4D04" w14:textId="77777777" w:rsidR="004C6ABD" w:rsidRDefault="00F35368">
            <w:pPr>
              <w:pStyle w:val="OptionLine"/>
            </w:pPr>
            <w:r>
              <w:rPr>
                <w:sz w:val="16"/>
              </w:rPr>
              <w:t>C. Parallelogram only</w:t>
            </w:r>
          </w:p>
          <w:p w14:paraId="0B00621B" w14:textId="77777777" w:rsidR="004C6ABD" w:rsidRDefault="00F35368">
            <w:pPr>
              <w:pStyle w:val="OptionLine"/>
            </w:pPr>
            <w:r>
              <w:rPr>
                <w:sz w:val="16"/>
              </w:rPr>
              <w:t>D. Rectangle</w:t>
            </w:r>
          </w:p>
          <w:p w14:paraId="28C05C8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BA81ECE" w14:textId="77777777">
        <w:trPr>
          <w:cantSplit/>
          <w:jc w:val="center"/>
        </w:trPr>
        <w:tc>
          <w:tcPr>
            <w:tcW w:w="5112" w:type="dxa"/>
          </w:tcPr>
          <w:p w14:paraId="6710557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15. Which flowchart symbol is used for a process or calculation?</w:t>
            </w:r>
          </w:p>
          <w:p w14:paraId="78AC7ABE" w14:textId="77777777" w:rsidR="004C6ABD" w:rsidRDefault="00F35368">
            <w:pPr>
              <w:pStyle w:val="OptionLine"/>
            </w:pPr>
            <w:r>
              <w:rPr>
                <w:sz w:val="16"/>
              </w:rPr>
              <w:t>A. Diamond</w:t>
            </w:r>
          </w:p>
          <w:p w14:paraId="0BEDBF2A" w14:textId="77777777" w:rsidR="004C6ABD" w:rsidRDefault="00F35368">
            <w:pPr>
              <w:pStyle w:val="OptionLine"/>
            </w:pPr>
            <w:r>
              <w:rPr>
                <w:sz w:val="16"/>
              </w:rPr>
              <w:t>B. Circle only</w:t>
            </w:r>
          </w:p>
          <w:p w14:paraId="3ACB76B7" w14:textId="77777777" w:rsidR="004C6ABD" w:rsidRDefault="00F35368">
            <w:pPr>
              <w:pStyle w:val="OptionLine"/>
            </w:pPr>
            <w:r>
              <w:rPr>
                <w:sz w:val="16"/>
              </w:rPr>
              <w:t>C. Oval</w:t>
            </w:r>
          </w:p>
          <w:p w14:paraId="2A9616C2" w14:textId="77777777" w:rsidR="004C6ABD" w:rsidRDefault="00F35368">
            <w:pPr>
              <w:pStyle w:val="OptionLine"/>
            </w:pPr>
            <w:r>
              <w:rPr>
                <w:sz w:val="16"/>
              </w:rPr>
              <w:t>D. Rectangle</w:t>
            </w:r>
          </w:p>
          <w:p w14:paraId="5AF3E6D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9ECBD0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Trace table. Which statement would be correct?</w:t>
            </w:r>
          </w:p>
          <w:p w14:paraId="6A1D4C80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produced by an algorithm</w:t>
            </w:r>
          </w:p>
          <w:p w14:paraId="010CADDC" w14:textId="77777777" w:rsidR="004C6ABD" w:rsidRDefault="00F35368">
            <w:pPr>
              <w:pStyle w:val="OptionLine"/>
            </w:pPr>
            <w:r>
              <w:rPr>
                <w:sz w:val="16"/>
              </w:rPr>
              <w:t>B. a table used to record variable values while dry-running an algorithm</w:t>
            </w:r>
          </w:p>
          <w:p w14:paraId="5E767EDA" w14:textId="77777777" w:rsidR="004C6ABD" w:rsidRDefault="00F35368">
            <w:pPr>
              <w:pStyle w:val="OptionLine"/>
            </w:pPr>
            <w:r>
              <w:rPr>
                <w:sz w:val="16"/>
              </w:rPr>
              <w:t>C. an error where an algorithm runs but produces the wrong result</w:t>
            </w:r>
          </w:p>
          <w:p w14:paraId="02ED584D" w14:textId="77777777" w:rsidR="004C6ABD" w:rsidRDefault="00F35368">
            <w:pPr>
              <w:pStyle w:val="OptionLine"/>
            </w:pPr>
            <w:r>
              <w:rPr>
                <w:sz w:val="16"/>
              </w:rPr>
              <w:t>D. one complete sweep through part or all of a list during a sort</w:t>
            </w:r>
          </w:p>
          <w:p w14:paraId="66613E8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A883C7B" w14:textId="77777777">
        <w:trPr>
          <w:cantSplit/>
          <w:jc w:val="center"/>
        </w:trPr>
        <w:tc>
          <w:tcPr>
            <w:tcW w:w="5112" w:type="dxa"/>
          </w:tcPr>
          <w:p w14:paraId="3BB28EF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search requires the list to be sorted first?</w:t>
            </w:r>
          </w:p>
          <w:p w14:paraId="4C227FAD" w14:textId="77777777" w:rsidR="004C6ABD" w:rsidRDefault="00F35368">
            <w:pPr>
              <w:pStyle w:val="OptionLine"/>
            </w:pPr>
            <w:r>
              <w:rPr>
                <w:sz w:val="16"/>
              </w:rPr>
              <w:t>A. Binary search</w:t>
            </w:r>
          </w:p>
          <w:p w14:paraId="6288FEAA" w14:textId="77777777" w:rsidR="004C6ABD" w:rsidRDefault="00F35368">
            <w:pPr>
              <w:pStyle w:val="OptionLine"/>
            </w:pPr>
            <w:r>
              <w:rPr>
                <w:sz w:val="16"/>
              </w:rPr>
              <w:t>B. String concatenation</w:t>
            </w:r>
          </w:p>
          <w:p w14:paraId="3C9EB266" w14:textId="77777777" w:rsidR="004C6ABD" w:rsidRDefault="00F35368">
            <w:pPr>
              <w:pStyle w:val="OptionLine"/>
            </w:pPr>
            <w:r>
              <w:rPr>
                <w:sz w:val="16"/>
              </w:rPr>
              <w:t>C. Linear search</w:t>
            </w:r>
          </w:p>
          <w:p w14:paraId="2F2EC973" w14:textId="77777777" w:rsidR="004C6ABD" w:rsidRDefault="00F35368">
            <w:pPr>
              <w:pStyle w:val="OptionLine"/>
            </w:pPr>
            <w:r>
              <w:rPr>
                <w:sz w:val="16"/>
              </w:rPr>
              <w:t>D. Random search</w:t>
            </w:r>
          </w:p>
          <w:p w14:paraId="30F304D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60C76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What is printed by: a = 3; b = 8; IF a &gt; b THEN print('A') ELSE print('B')</w:t>
            </w:r>
          </w:p>
          <w:p w14:paraId="5732BABF" w14:textId="77777777" w:rsidR="004C6ABD" w:rsidRDefault="00F35368">
            <w:pPr>
              <w:pStyle w:val="OptionLine"/>
            </w:pPr>
            <w:r>
              <w:rPr>
                <w:sz w:val="16"/>
              </w:rPr>
              <w:t>A. Both A and B</w:t>
            </w:r>
          </w:p>
          <w:p w14:paraId="503305D5" w14:textId="77777777" w:rsidR="004C6ABD" w:rsidRDefault="00F35368">
            <w:pPr>
              <w:pStyle w:val="OptionLine"/>
            </w:pPr>
            <w:r>
              <w:rPr>
                <w:sz w:val="16"/>
              </w:rPr>
              <w:t>B. B</w:t>
            </w:r>
          </w:p>
          <w:p w14:paraId="50738B0E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value of variable a</w:t>
            </w:r>
          </w:p>
          <w:p w14:paraId="7BAA6748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of variable b</w:t>
            </w:r>
          </w:p>
          <w:p w14:paraId="5349352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6A8DB24" w14:textId="77777777">
        <w:trPr>
          <w:cantSplit/>
          <w:jc w:val="center"/>
        </w:trPr>
        <w:tc>
          <w:tcPr>
            <w:tcW w:w="5112" w:type="dxa"/>
          </w:tcPr>
          <w:p w14:paraId="1785207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term best matches this description: one complete sweep through part or all of a list during a sort</w:t>
            </w:r>
          </w:p>
          <w:p w14:paraId="693A35C9" w14:textId="77777777" w:rsidR="004C6ABD" w:rsidRDefault="00F35368">
            <w:pPr>
              <w:pStyle w:val="OptionLine"/>
            </w:pPr>
            <w:r>
              <w:rPr>
                <w:sz w:val="16"/>
              </w:rPr>
              <w:t>A. Nested selection</w:t>
            </w:r>
          </w:p>
          <w:p w14:paraId="792E5CB2" w14:textId="77777777" w:rsidR="004C6ABD" w:rsidRDefault="00F35368">
            <w:pPr>
              <w:pStyle w:val="OptionLine"/>
            </w:pPr>
            <w:r>
              <w:rPr>
                <w:sz w:val="16"/>
              </w:rPr>
              <w:t>B. Algorithm</w:t>
            </w:r>
          </w:p>
          <w:p w14:paraId="02A72276" w14:textId="77777777" w:rsidR="004C6ABD" w:rsidRDefault="00F35368">
            <w:pPr>
              <w:pStyle w:val="OptionLine"/>
            </w:pPr>
            <w:r>
              <w:rPr>
                <w:sz w:val="16"/>
              </w:rPr>
              <w:t>C. Pass</w:t>
            </w:r>
          </w:p>
          <w:p w14:paraId="60E1BDD7" w14:textId="77777777" w:rsidR="004C6ABD" w:rsidRDefault="00F35368">
            <w:pPr>
              <w:pStyle w:val="OptionLine"/>
            </w:pPr>
            <w:r>
              <w:rPr>
                <w:sz w:val="16"/>
              </w:rPr>
              <w:t>D. Decomposition</w:t>
            </w:r>
          </w:p>
          <w:p w14:paraId="4F3CCB0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A46C2C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A student writes about Bubble sort. Which statement would be correct?</w:t>
            </w:r>
          </w:p>
          <w:p w14:paraId="37AB65AC" w14:textId="77777777" w:rsidR="004C6ABD" w:rsidRDefault="00F35368">
            <w:pPr>
              <w:pStyle w:val="OptionLine"/>
            </w:pPr>
            <w:r>
              <w:rPr>
                <w:sz w:val="16"/>
              </w:rPr>
              <w:t>A. a search algorithm that repeatedly halves a sorted list</w:t>
            </w:r>
          </w:p>
          <w:p w14:paraId="45684A5B" w14:textId="77777777" w:rsidR="004C6ABD" w:rsidRDefault="00F35368">
            <w:pPr>
              <w:pStyle w:val="OptionLine"/>
            </w:pPr>
            <w:r>
              <w:rPr>
                <w:sz w:val="16"/>
              </w:rPr>
              <w:t>B. manually working through an algorithm to check what happens</w:t>
            </w:r>
          </w:p>
          <w:p w14:paraId="4CF95ADA" w14:textId="77777777" w:rsidR="004C6ABD" w:rsidRDefault="00F35368">
            <w:pPr>
              <w:pStyle w:val="OptionLine"/>
            </w:pPr>
            <w:r>
              <w:rPr>
                <w:sz w:val="16"/>
              </w:rPr>
              <w:t>C. a sorting algorithm that repeatedly compares adjacent items and swaps them if needed</w:t>
            </w:r>
          </w:p>
          <w:p w14:paraId="151F3637" w14:textId="77777777" w:rsidR="004C6ABD" w:rsidRDefault="00F35368">
            <w:pPr>
              <w:pStyle w:val="OptionLine"/>
            </w:pPr>
            <w:r>
              <w:rPr>
                <w:sz w:val="16"/>
              </w:rPr>
              <w:t>D. breaking a problem down into smaller sub-problems</w:t>
            </w:r>
          </w:p>
          <w:p w14:paraId="696F875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10D7C11" w14:textId="77777777">
        <w:trPr>
          <w:cantSplit/>
          <w:jc w:val="center"/>
        </w:trPr>
        <w:tc>
          <w:tcPr>
            <w:tcW w:w="5112" w:type="dxa"/>
          </w:tcPr>
          <w:p w14:paraId="46EBE48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Which technique breaks a large problem into smaller tasks?</w:t>
            </w:r>
          </w:p>
          <w:p w14:paraId="62AB9B0F" w14:textId="77777777" w:rsidR="004C6ABD" w:rsidRDefault="00F35368">
            <w:pPr>
              <w:pStyle w:val="OptionLine"/>
            </w:pPr>
            <w:r>
              <w:rPr>
                <w:sz w:val="16"/>
              </w:rPr>
              <w:t>A. Decomposition</w:t>
            </w:r>
          </w:p>
          <w:p w14:paraId="6C68843C" w14:textId="77777777" w:rsidR="004C6ABD" w:rsidRDefault="00F35368">
            <w:pPr>
              <w:pStyle w:val="OptionLine"/>
            </w:pPr>
            <w:r>
              <w:rPr>
                <w:sz w:val="16"/>
              </w:rPr>
              <w:t>B. Encryption</w:t>
            </w:r>
          </w:p>
          <w:p w14:paraId="00A5E052" w14:textId="77777777" w:rsidR="004C6ABD" w:rsidRDefault="00F35368">
            <w:pPr>
              <w:pStyle w:val="OptionLine"/>
            </w:pPr>
            <w:r>
              <w:rPr>
                <w:sz w:val="16"/>
              </w:rPr>
              <w:t>C. Abstraction</w:t>
            </w:r>
          </w:p>
          <w:p w14:paraId="769B5A44" w14:textId="77777777" w:rsidR="004C6ABD" w:rsidRDefault="00F35368">
            <w:pPr>
              <w:pStyle w:val="OptionLine"/>
            </w:pPr>
            <w:r>
              <w:rPr>
                <w:sz w:val="16"/>
              </w:rPr>
              <w:t>D. Compilation</w:t>
            </w:r>
          </w:p>
          <w:p w14:paraId="40E2D08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8677B2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Comparison. Which statement would be correct?</w:t>
            </w:r>
          </w:p>
          <w:p w14:paraId="14ED51E8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flowchart symbol used to show a named subroutine</w:t>
            </w:r>
          </w:p>
          <w:p w14:paraId="6F6BDB9D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loop that repeats until or while a condition is met</w:t>
            </w:r>
          </w:p>
          <w:p w14:paraId="17D507EE" w14:textId="77777777" w:rsidR="004C6ABD" w:rsidRDefault="00F35368">
            <w:pPr>
              <w:pStyle w:val="OptionLine"/>
            </w:pPr>
            <w:r>
              <w:rPr>
                <w:sz w:val="16"/>
              </w:rPr>
              <w:t>C. a sorting algorithm that builds a sorted section by inserting each item into the correct place</w:t>
            </w:r>
          </w:p>
          <w:p w14:paraId="629DEC88" w14:textId="77777777" w:rsidR="004C6ABD" w:rsidRDefault="00F35368">
            <w:pPr>
              <w:pStyle w:val="OptionLine"/>
            </w:pPr>
            <w:r>
              <w:rPr>
                <w:sz w:val="16"/>
              </w:rPr>
              <w:t>D. checking two values to decide their order or equality</w:t>
            </w:r>
          </w:p>
          <w:p w14:paraId="5F880AA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C71B5A5" w14:textId="77777777">
        <w:trPr>
          <w:cantSplit/>
          <w:jc w:val="center"/>
        </w:trPr>
        <w:tc>
          <w:tcPr>
            <w:tcW w:w="5112" w:type="dxa"/>
          </w:tcPr>
          <w:p w14:paraId="7D5D5204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19. Which description correctly matches Flow line?</w:t>
            </w:r>
          </w:p>
          <w:p w14:paraId="00206C5A" w14:textId="77777777" w:rsidR="004C6ABD" w:rsidRDefault="00F35368">
            <w:pPr>
              <w:pStyle w:val="OptionLine"/>
            </w:pPr>
            <w:r>
              <w:rPr>
                <w:sz w:val="16"/>
              </w:rPr>
              <w:t>A. data produced by an algorithm</w:t>
            </w:r>
          </w:p>
          <w:p w14:paraId="76E97250" w14:textId="77777777" w:rsidR="004C6ABD" w:rsidRDefault="00F35368">
            <w:pPr>
              <w:pStyle w:val="OptionLine"/>
            </w:pPr>
            <w:r>
              <w:rPr>
                <w:sz w:val="16"/>
              </w:rPr>
              <w:t>B. an arrow showing the direction of flow in a flowchart</w:t>
            </w:r>
          </w:p>
          <w:p w14:paraId="74D35B0D" w14:textId="77777777" w:rsidR="004C6ABD" w:rsidRDefault="00F35368">
            <w:pPr>
              <w:pStyle w:val="OptionLine"/>
            </w:pPr>
            <w:r>
              <w:rPr>
                <w:sz w:val="16"/>
              </w:rPr>
              <w:t>C. a search algorithm that repeatedly halves a sorted list</w:t>
            </w:r>
          </w:p>
          <w:p w14:paraId="6B58F0D7" w14:textId="77777777" w:rsidR="004C6ABD" w:rsidRDefault="00F35368">
            <w:pPr>
              <w:pStyle w:val="OptionLine"/>
            </w:pPr>
            <w:r>
              <w:rPr>
                <w:sz w:val="16"/>
              </w:rPr>
              <w:t>D. selection placed inside another selection</w:t>
            </w:r>
          </w:p>
          <w:p w14:paraId="4E1C505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F4299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What is printed by: a = 15; b = 2; IF a &gt; b THEN print('A') ELSE print('B')</w:t>
            </w:r>
          </w:p>
          <w:p w14:paraId="291448C3" w14:textId="77777777" w:rsidR="004C6ABD" w:rsidRDefault="00F35368">
            <w:pPr>
              <w:pStyle w:val="OptionLine"/>
            </w:pPr>
            <w:r>
              <w:rPr>
                <w:sz w:val="16"/>
              </w:rPr>
              <w:t>A. A</w:t>
            </w:r>
          </w:p>
          <w:p w14:paraId="0A382627" w14:textId="77777777" w:rsidR="004C6ABD" w:rsidRDefault="00F35368">
            <w:pPr>
              <w:pStyle w:val="OptionLine"/>
            </w:pPr>
            <w:r>
              <w:rPr>
                <w:sz w:val="16"/>
              </w:rPr>
              <w:t>B. Both A and B</w:t>
            </w:r>
          </w:p>
          <w:p w14:paraId="271C5A52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value of variable b</w:t>
            </w:r>
          </w:p>
          <w:p w14:paraId="05C1BF74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value of variable a</w:t>
            </w:r>
          </w:p>
          <w:p w14:paraId="74DA797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37A095D" w14:textId="77777777">
        <w:trPr>
          <w:cantSplit/>
          <w:jc w:val="center"/>
        </w:trPr>
        <w:tc>
          <w:tcPr>
            <w:tcW w:w="5112" w:type="dxa"/>
          </w:tcPr>
          <w:p w14:paraId="315273C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description correctly matches Terminal symbol?</w:t>
            </w:r>
          </w:p>
          <w:p w14:paraId="433158DD" w14:textId="77777777" w:rsidR="004C6ABD" w:rsidRDefault="00F35368">
            <w:pPr>
              <w:pStyle w:val="OptionLine"/>
            </w:pPr>
            <w:r>
              <w:rPr>
                <w:sz w:val="16"/>
              </w:rPr>
              <w:t>A. repeating instructions</w:t>
            </w:r>
          </w:p>
          <w:p w14:paraId="572AE48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flowchart symbol used to show the start or end of an algorithm</w:t>
            </w:r>
          </w:p>
          <w:p w14:paraId="238D4158" w14:textId="77777777" w:rsidR="004C6ABD" w:rsidRDefault="00F35368">
            <w:pPr>
              <w:pStyle w:val="OptionLine"/>
            </w:pPr>
            <w:r>
              <w:rPr>
                <w:sz w:val="16"/>
              </w:rPr>
              <w:t>C. selection placed inside another selection</w:t>
            </w:r>
          </w:p>
          <w:p w14:paraId="7D1098F1" w14:textId="77777777" w:rsidR="004C6ABD" w:rsidRDefault="00F35368">
            <w:pPr>
              <w:pStyle w:val="OptionLine"/>
            </w:pPr>
            <w:r>
              <w:rPr>
                <w:sz w:val="16"/>
              </w:rPr>
              <w:t>D. solving a problem by splitting it into smaller parts</w:t>
            </w:r>
          </w:p>
          <w:p w14:paraId="00C85CC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19CD2B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technique removes unnecessary details?</w:t>
            </w:r>
          </w:p>
          <w:p w14:paraId="184C2002" w14:textId="77777777" w:rsidR="004C6ABD" w:rsidRDefault="00F35368">
            <w:pPr>
              <w:pStyle w:val="OptionLine"/>
            </w:pPr>
            <w:r>
              <w:rPr>
                <w:sz w:val="16"/>
              </w:rPr>
              <w:t>A. Abstraction</w:t>
            </w:r>
          </w:p>
          <w:p w14:paraId="3B7498D3" w14:textId="77777777" w:rsidR="004C6ABD" w:rsidRDefault="00F35368">
            <w:pPr>
              <w:pStyle w:val="OptionLine"/>
            </w:pPr>
            <w:r>
              <w:rPr>
                <w:sz w:val="16"/>
              </w:rPr>
              <w:t>B. Decomposition</w:t>
            </w:r>
          </w:p>
          <w:p w14:paraId="0317994E" w14:textId="77777777" w:rsidR="004C6ABD" w:rsidRDefault="00F35368">
            <w:pPr>
              <w:pStyle w:val="OptionLine"/>
            </w:pPr>
            <w:r>
              <w:rPr>
                <w:sz w:val="16"/>
              </w:rPr>
              <w:t>C. Defragmentation</w:t>
            </w:r>
          </w:p>
          <w:p w14:paraId="3B60FB6F" w14:textId="77777777" w:rsidR="004C6ABD" w:rsidRDefault="00F35368">
            <w:pPr>
              <w:pStyle w:val="OptionLine"/>
            </w:pPr>
            <w:r>
              <w:rPr>
                <w:sz w:val="16"/>
              </w:rPr>
              <w:t>D. Bubble sort</w:t>
            </w:r>
          </w:p>
          <w:p w14:paraId="129AB0B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