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8EDC" w14:textId="77777777" w:rsidR="004C6ABD" w:rsidRDefault="00F35368">
      <w:pPr>
        <w:pStyle w:val="Heading1"/>
      </w:pPr>
      <w:r>
        <w:lastRenderedPageBreak/>
        <w:t>2.1 Algorithms - Quiz C</w:t>
      </w:r>
    </w:p>
    <w:p w14:paraId="54BA618A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0D3CE040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7FCA658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7373A70D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36DC9994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C048BC9" w14:textId="77777777">
        <w:trPr>
          <w:cantSplit/>
          <w:jc w:val="center"/>
        </w:trPr>
        <w:tc>
          <w:tcPr>
            <w:tcW w:w="5112" w:type="dxa"/>
          </w:tcPr>
          <w:p w14:paraId="428667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Pseudocode?</w:t>
            </w:r>
          </w:p>
          <w:p w14:paraId="3930B75C" w14:textId="77777777" w:rsidR="004C6ABD" w:rsidRDefault="00F35368">
            <w:pPr>
              <w:pStyle w:val="OptionLine"/>
            </w:pPr>
            <w:r>
              <w:rPr>
                <w:sz w:val="16"/>
              </w:rPr>
              <w:t>A. exchanging the positions of two items</w:t>
            </w:r>
          </w:p>
          <w:p w14:paraId="1CF71CFD" w14:textId="77777777" w:rsidR="004C6ABD" w:rsidRDefault="00F35368">
            <w:pPr>
              <w:pStyle w:val="OptionLine"/>
            </w:pPr>
            <w:r>
              <w:rPr>
                <w:sz w:val="16"/>
              </w:rPr>
              <w:t>B. a finite sequence of steps used to solve a problem</w:t>
            </w:r>
          </w:p>
          <w:p w14:paraId="4F1FE436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structured way of writing an algorithm without using a specific programming language syntax</w:t>
            </w:r>
          </w:p>
          <w:p w14:paraId="1582BE57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complete sweep through part or all of a list during a sort</w:t>
            </w:r>
          </w:p>
          <w:p w14:paraId="53CCD7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472AB1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Algorithmic thinking?</w:t>
            </w:r>
          </w:p>
          <w:p w14:paraId="6E1BBB9F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until or while a condition is met</w:t>
            </w:r>
          </w:p>
          <w:p w14:paraId="38F9AA3D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used to check whether an algorithm works</w:t>
            </w:r>
          </w:p>
          <w:p w14:paraId="5D04BA27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sorting algorithm that divides data, sorts the parts and merges them</w:t>
            </w:r>
          </w:p>
          <w:p w14:paraId="19665BC3" w14:textId="77777777" w:rsidR="004C6ABD" w:rsidRDefault="00F35368">
            <w:pPr>
              <w:pStyle w:val="OptionLine"/>
            </w:pPr>
            <w:r>
              <w:rPr>
                <w:sz w:val="16"/>
              </w:rPr>
              <w:t>D. creating clear, logical steps to solve a problem</w:t>
            </w:r>
          </w:p>
          <w:p w14:paraId="06DB096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8844653" w14:textId="77777777">
        <w:trPr>
          <w:cantSplit/>
          <w:jc w:val="center"/>
        </w:trPr>
        <w:tc>
          <w:tcPr>
            <w:tcW w:w="5112" w:type="dxa"/>
          </w:tcPr>
          <w:p w14:paraId="75736F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Runtime error?</w:t>
            </w:r>
          </w:p>
          <w:p w14:paraId="6899524D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that occurs while a program is running</w:t>
            </w:r>
          </w:p>
          <w:p w14:paraId="5CF73C32" w14:textId="77777777" w:rsidR="004C6ABD" w:rsidRDefault="00F35368">
            <w:pPr>
              <w:pStyle w:val="OptionLine"/>
            </w:pPr>
            <w:r>
              <w:rPr>
                <w:sz w:val="16"/>
              </w:rPr>
              <w:t>B. choosing which instructions to run based on a condition</w:t>
            </w:r>
          </w:p>
          <w:p w14:paraId="13CD3D68" w14:textId="77777777" w:rsidR="004C6ABD" w:rsidRDefault="00F35368">
            <w:pPr>
              <w:pStyle w:val="OptionLine"/>
            </w:pPr>
            <w:r>
              <w:rPr>
                <w:sz w:val="16"/>
              </w:rPr>
              <w:t>C. exchanging the positions of two items</w:t>
            </w:r>
          </w:p>
          <w:p w14:paraId="43B98032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breaking a problem down into smaller sub-problems</w:t>
            </w:r>
          </w:p>
          <w:p w14:paraId="3E77C79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30EC5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Algorithm. Which statement would be correct?</w:t>
            </w:r>
          </w:p>
          <w:p w14:paraId="33E84C9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requirement that data must be ordered before binary search can be used</w:t>
            </w:r>
          </w:p>
          <w:p w14:paraId="71CF9F36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by breaking the rules of the programming language</w:t>
            </w:r>
          </w:p>
          <w:p w14:paraId="451BD0B4" w14:textId="77777777" w:rsidR="004C6ABD" w:rsidRDefault="00F35368">
            <w:pPr>
              <w:pStyle w:val="OptionLine"/>
            </w:pPr>
            <w:r>
              <w:rPr>
                <w:sz w:val="16"/>
              </w:rPr>
              <w:t>C. a finite sequence of steps used to solve a problem</w:t>
            </w:r>
          </w:p>
          <w:p w14:paraId="57226D6B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repeatedly compares adjacent items and swaps them if needed</w:t>
            </w:r>
          </w:p>
          <w:p w14:paraId="5ECC8E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F0B49D" w14:textId="77777777">
        <w:trPr>
          <w:cantSplit/>
          <w:jc w:val="center"/>
        </w:trPr>
        <w:tc>
          <w:tcPr>
            <w:tcW w:w="5112" w:type="dxa"/>
          </w:tcPr>
          <w:p w14:paraId="358ADF5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an error that occurs while a program is running</w:t>
            </w:r>
          </w:p>
          <w:p w14:paraId="2BA6790D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2C7EB1E7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 symbol</w:t>
            </w:r>
          </w:p>
          <w:p w14:paraId="137BBE04" w14:textId="77777777" w:rsidR="004C6ABD" w:rsidRDefault="00F35368">
            <w:pPr>
              <w:pStyle w:val="OptionLine"/>
            </w:pPr>
            <w:r>
              <w:rPr>
                <w:sz w:val="16"/>
              </w:rPr>
              <w:t>C. Runtime error</w:t>
            </w:r>
          </w:p>
          <w:p w14:paraId="0D3563CB" w14:textId="77777777" w:rsidR="004C6ABD" w:rsidRDefault="00F35368">
            <w:pPr>
              <w:pStyle w:val="OptionLine"/>
            </w:pPr>
            <w:r>
              <w:rPr>
                <w:sz w:val="16"/>
              </w:rPr>
              <w:t>D. Output</w:t>
            </w:r>
          </w:p>
          <w:p w14:paraId="544209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461712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term best matches this description: data produced by an algorithm</w:t>
            </w:r>
          </w:p>
          <w:p w14:paraId="293E47DF" w14:textId="77777777" w:rsidR="004C6ABD" w:rsidRDefault="00F35368">
            <w:pPr>
              <w:pStyle w:val="OptionLine"/>
            </w:pPr>
            <w:r>
              <w:rPr>
                <w:sz w:val="16"/>
              </w:rPr>
              <w:t>A. Input/output symbol</w:t>
            </w:r>
          </w:p>
          <w:p w14:paraId="55580F07" w14:textId="77777777" w:rsidR="004C6ABD" w:rsidRDefault="00F35368">
            <w:pPr>
              <w:pStyle w:val="OptionLine"/>
            </w:pPr>
            <w:r>
              <w:rPr>
                <w:sz w:val="16"/>
              </w:rPr>
              <w:t>B. Subprogram symbol</w:t>
            </w:r>
          </w:p>
          <w:p w14:paraId="2E45514B" w14:textId="77777777" w:rsidR="004C6ABD" w:rsidRDefault="00F35368">
            <w:pPr>
              <w:pStyle w:val="OptionLine"/>
            </w:pPr>
            <w:r>
              <w:rPr>
                <w:sz w:val="16"/>
              </w:rPr>
              <w:t>C. Efficiency</w:t>
            </w:r>
          </w:p>
          <w:p w14:paraId="344C643E" w14:textId="77777777" w:rsidR="004C6ABD" w:rsidRDefault="00F35368">
            <w:pPr>
              <w:pStyle w:val="OptionLine"/>
            </w:pPr>
            <w:r>
              <w:rPr>
                <w:sz w:val="16"/>
              </w:rPr>
              <w:t>D. Output</w:t>
            </w:r>
          </w:p>
          <w:p w14:paraId="71AE68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09D5AA" w14:textId="77777777">
        <w:trPr>
          <w:cantSplit/>
          <w:jc w:val="center"/>
        </w:trPr>
        <w:tc>
          <w:tcPr>
            <w:tcW w:w="5112" w:type="dxa"/>
          </w:tcPr>
          <w:p w14:paraId="0F4DD9D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algorithm is usually more efficient than linear search on a large sorted list?</w:t>
            </w:r>
          </w:p>
          <w:p w14:paraId="38AB72D6" w14:textId="77777777" w:rsidR="004C6ABD" w:rsidRDefault="00F35368">
            <w:pPr>
              <w:pStyle w:val="OptionLine"/>
            </w:pPr>
            <w:r>
              <w:rPr>
                <w:sz w:val="16"/>
              </w:rPr>
              <w:t>A. Insertion sort</w:t>
            </w:r>
          </w:p>
          <w:p w14:paraId="24615223" w14:textId="77777777" w:rsidR="004C6ABD" w:rsidRDefault="00F35368">
            <w:pPr>
              <w:pStyle w:val="OptionLine"/>
            </w:pPr>
            <w:r>
              <w:rPr>
                <w:sz w:val="16"/>
              </w:rPr>
              <w:t>B. Counting characters</w:t>
            </w:r>
          </w:p>
          <w:p w14:paraId="4498CCC0" w14:textId="77777777" w:rsidR="004C6ABD" w:rsidRDefault="00F35368">
            <w:pPr>
              <w:pStyle w:val="OptionLine"/>
            </w:pPr>
            <w:r>
              <w:rPr>
                <w:sz w:val="16"/>
              </w:rPr>
              <w:t>C. Bubble sort</w:t>
            </w:r>
          </w:p>
          <w:p w14:paraId="34F3B8E5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search</w:t>
            </w:r>
          </w:p>
          <w:p w14:paraId="0508E63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736D5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breaking a problem down into smaller sub-problems</w:t>
            </w:r>
          </w:p>
          <w:p w14:paraId="04379641" w14:textId="77777777" w:rsidR="004C6ABD" w:rsidRDefault="00F35368">
            <w:pPr>
              <w:pStyle w:val="OptionLine"/>
            </w:pPr>
            <w:r>
              <w:rPr>
                <w:sz w:val="16"/>
              </w:rPr>
              <w:t>A. Decomposition</w:t>
            </w:r>
          </w:p>
          <w:p w14:paraId="638BECB1" w14:textId="77777777" w:rsidR="004C6ABD" w:rsidRDefault="00F35368">
            <w:pPr>
              <w:pStyle w:val="OptionLine"/>
            </w:pPr>
            <w:r>
              <w:rPr>
                <w:sz w:val="16"/>
              </w:rPr>
              <w:t>B. Divide and conquer</w:t>
            </w:r>
          </w:p>
          <w:p w14:paraId="0A041B2B" w14:textId="77777777" w:rsidR="004C6ABD" w:rsidRDefault="00F35368">
            <w:pPr>
              <w:pStyle w:val="OptionLine"/>
            </w:pPr>
            <w:r>
              <w:rPr>
                <w:sz w:val="16"/>
              </w:rPr>
              <w:t>C. Efficiency</w:t>
            </w:r>
          </w:p>
          <w:p w14:paraId="5A93046E" w14:textId="77777777" w:rsidR="004C6ABD" w:rsidRDefault="00F35368">
            <w:pPr>
              <w:pStyle w:val="OptionLine"/>
            </w:pPr>
            <w:r>
              <w:rPr>
                <w:sz w:val="16"/>
              </w:rPr>
              <w:t>D. Terminal symbol</w:t>
            </w:r>
          </w:p>
          <w:p w14:paraId="551DD8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2D6029D" w14:textId="77777777">
        <w:trPr>
          <w:cantSplit/>
          <w:jc w:val="center"/>
        </w:trPr>
        <w:tc>
          <w:tcPr>
            <w:tcW w:w="5112" w:type="dxa"/>
          </w:tcPr>
          <w:p w14:paraId="1556D4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What is the output of: total = 0; FOR i = 1 TO 11; total = total + i; NEXT i; print(total)</w:t>
            </w:r>
          </w:p>
          <w:p w14:paraId="3F1B0CB3" w14:textId="77777777" w:rsidR="004C6ABD" w:rsidRDefault="00F35368">
            <w:pPr>
              <w:pStyle w:val="OptionLine"/>
            </w:pPr>
            <w:r>
              <w:rPr>
                <w:sz w:val="16"/>
              </w:rPr>
              <w:t>A. 11</w:t>
            </w:r>
          </w:p>
          <w:p w14:paraId="0BC30580" w14:textId="77777777" w:rsidR="004C6ABD" w:rsidRDefault="00F35368">
            <w:pPr>
              <w:pStyle w:val="OptionLine"/>
            </w:pPr>
            <w:r>
              <w:rPr>
                <w:sz w:val="16"/>
              </w:rPr>
              <w:t>B. 77</w:t>
            </w:r>
          </w:p>
          <w:p w14:paraId="53B6A424" w14:textId="77777777" w:rsidR="004C6ABD" w:rsidRDefault="00F35368">
            <w:pPr>
              <w:pStyle w:val="OptionLine"/>
            </w:pPr>
            <w:r>
              <w:rPr>
                <w:sz w:val="16"/>
              </w:rPr>
              <w:t>C. 65</w:t>
            </w:r>
          </w:p>
          <w:p w14:paraId="20C3CC1A" w14:textId="77777777" w:rsidR="004C6ABD" w:rsidRDefault="00F35368">
            <w:pPr>
              <w:pStyle w:val="OptionLine"/>
            </w:pPr>
            <w:r>
              <w:rPr>
                <w:sz w:val="16"/>
              </w:rPr>
              <w:t>D. 66</w:t>
            </w:r>
          </w:p>
          <w:p w14:paraId="1279BED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9A02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Condition?</w:t>
            </w:r>
          </w:p>
          <w:p w14:paraId="26586FBD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expression used to control selection or iteration</w:t>
            </w:r>
          </w:p>
          <w:p w14:paraId="29C37EFA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used to check whether an algorithm works</w:t>
            </w:r>
          </w:p>
          <w:p w14:paraId="4BEB0414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sorting algorithm that builds a sorted section by inserting each item into the correct place</w:t>
            </w:r>
          </w:p>
          <w:p w14:paraId="12084324" w14:textId="77777777" w:rsidR="004C6ABD" w:rsidRDefault="00F35368">
            <w:pPr>
              <w:pStyle w:val="OptionLine"/>
            </w:pPr>
            <w:r>
              <w:rPr>
                <w:sz w:val="16"/>
              </w:rPr>
              <w:t>D. solving a problem by splitting it into smaller parts</w:t>
            </w:r>
          </w:p>
          <w:p w14:paraId="620487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B50BAB" w14:textId="77777777">
        <w:trPr>
          <w:cantSplit/>
          <w:jc w:val="center"/>
        </w:trPr>
        <w:tc>
          <w:tcPr>
            <w:tcW w:w="5112" w:type="dxa"/>
          </w:tcPr>
          <w:p w14:paraId="472F2A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Decomposition?</w:t>
            </w:r>
          </w:p>
          <w:p w14:paraId="77713AA9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until or while a condition is met</w:t>
            </w:r>
          </w:p>
          <w:p w14:paraId="4DE46872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placed inside another loop</w:t>
            </w:r>
          </w:p>
          <w:p w14:paraId="4E87AB6A" w14:textId="77777777" w:rsidR="004C6ABD" w:rsidRDefault="00F35368">
            <w:pPr>
              <w:pStyle w:val="OptionLine"/>
            </w:pPr>
            <w:r>
              <w:rPr>
                <w:sz w:val="16"/>
              </w:rPr>
              <w:t>C. breaking a problem down into smaller sub-problems</w:t>
            </w:r>
          </w:p>
          <w:p w14:paraId="45C7DEB8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loop that repeats a set number of times</w:t>
            </w:r>
          </w:p>
          <w:p w14:paraId="1FB8113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37817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selection placed inside another selection</w:t>
            </w:r>
          </w:p>
          <w:p w14:paraId="61372576" w14:textId="77777777" w:rsidR="004C6ABD" w:rsidRDefault="00F35368">
            <w:pPr>
              <w:pStyle w:val="OptionLine"/>
            </w:pPr>
            <w:r>
              <w:rPr>
                <w:sz w:val="16"/>
              </w:rPr>
              <w:t>A. Decomposition</w:t>
            </w:r>
          </w:p>
          <w:p w14:paraId="1BA50D0A" w14:textId="77777777" w:rsidR="004C6ABD" w:rsidRDefault="00F35368">
            <w:pPr>
              <w:pStyle w:val="OptionLine"/>
            </w:pPr>
            <w:r>
              <w:rPr>
                <w:sz w:val="16"/>
              </w:rPr>
              <w:t>B. Nested selection</w:t>
            </w:r>
          </w:p>
          <w:p w14:paraId="25F20510" w14:textId="77777777" w:rsidR="004C6ABD" w:rsidRDefault="00F35368">
            <w:pPr>
              <w:pStyle w:val="OptionLine"/>
            </w:pPr>
            <w:r>
              <w:rPr>
                <w:sz w:val="16"/>
              </w:rPr>
              <w:t>C. Swap</w:t>
            </w:r>
          </w:p>
          <w:p w14:paraId="50B8F4C7" w14:textId="77777777" w:rsidR="004C6ABD" w:rsidRDefault="00F35368">
            <w:pPr>
              <w:pStyle w:val="OptionLine"/>
            </w:pPr>
            <w:r>
              <w:rPr>
                <w:sz w:val="16"/>
              </w:rPr>
              <w:t>D. Nested iteration</w:t>
            </w:r>
          </w:p>
          <w:p w14:paraId="6293587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F15F3FC" w14:textId="77777777">
        <w:trPr>
          <w:cantSplit/>
          <w:jc w:val="center"/>
        </w:trPr>
        <w:tc>
          <w:tcPr>
            <w:tcW w:w="5112" w:type="dxa"/>
          </w:tcPr>
          <w:p w14:paraId="418D7B6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description correctly matches Iteration?</w:t>
            </w:r>
          </w:p>
          <w:p w14:paraId="6BC522C5" w14:textId="77777777" w:rsidR="004C6ABD" w:rsidRDefault="00F35368">
            <w:pPr>
              <w:pStyle w:val="OptionLine"/>
            </w:pPr>
            <w:r>
              <w:rPr>
                <w:sz w:val="16"/>
              </w:rPr>
              <w:t>A. removing unnecessary detail to focus on what matters</w:t>
            </w:r>
          </w:p>
          <w:p w14:paraId="04D3CA6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for an action or calculation</w:t>
            </w:r>
          </w:p>
          <w:p w14:paraId="4C091F3F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the rules of the programming language</w:t>
            </w:r>
          </w:p>
          <w:p w14:paraId="15008C74" w14:textId="77777777" w:rsidR="004C6ABD" w:rsidRDefault="00F35368">
            <w:pPr>
              <w:pStyle w:val="OptionLine"/>
            </w:pPr>
            <w:r>
              <w:rPr>
                <w:sz w:val="16"/>
              </w:rPr>
              <w:t>D. repeating instructions</w:t>
            </w:r>
          </w:p>
          <w:p w14:paraId="51190C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8FF1DC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term best matches this description: an error where an algorithm runs but produces the wrong result</w:t>
            </w:r>
          </w:p>
          <w:p w14:paraId="7E25FCC8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125F8C48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Condition-controlled loop</w:t>
            </w:r>
          </w:p>
          <w:p w14:paraId="769550F0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</w:t>
            </w:r>
          </w:p>
          <w:p w14:paraId="594EFC86" w14:textId="77777777" w:rsidR="004C6ABD" w:rsidRDefault="00F35368">
            <w:pPr>
              <w:pStyle w:val="OptionLine"/>
            </w:pPr>
            <w:r>
              <w:rPr>
                <w:sz w:val="16"/>
              </w:rPr>
              <w:t>D. Decision symbol</w:t>
            </w:r>
          </w:p>
          <w:p w14:paraId="463A8BE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733E5E4" w14:textId="77777777">
        <w:trPr>
          <w:cantSplit/>
          <w:jc w:val="center"/>
        </w:trPr>
        <w:tc>
          <w:tcPr>
            <w:tcW w:w="5112" w:type="dxa"/>
          </w:tcPr>
          <w:p w14:paraId="183DE6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What is the main purpose of a trace table?</w:t>
            </w:r>
          </w:p>
          <w:p w14:paraId="19D1373E" w14:textId="77777777" w:rsidR="004C6ABD" w:rsidRDefault="00F35368">
            <w:pPr>
              <w:pStyle w:val="OptionLine"/>
            </w:pPr>
            <w:r>
              <w:rPr>
                <w:sz w:val="16"/>
              </w:rPr>
              <w:t>A. To compress images</w:t>
            </w:r>
          </w:p>
          <w:p w14:paraId="0A4105E4" w14:textId="77777777" w:rsidR="004C6ABD" w:rsidRDefault="00F35368">
            <w:pPr>
              <w:pStyle w:val="OptionLine"/>
            </w:pPr>
            <w:r>
              <w:rPr>
                <w:sz w:val="16"/>
              </w:rPr>
              <w:t>B. To record variable values as an algorithm is dry-run</w:t>
            </w:r>
          </w:p>
          <w:p w14:paraId="7B8BB06D" w14:textId="77777777" w:rsidR="004C6ABD" w:rsidRDefault="00F35368">
            <w:pPr>
              <w:pStyle w:val="OptionLine"/>
            </w:pPr>
            <w:r>
              <w:rPr>
                <w:sz w:val="16"/>
              </w:rPr>
              <w:t>C. To store passwords securely</w:t>
            </w:r>
          </w:p>
          <w:p w14:paraId="38FC3312" w14:textId="77777777" w:rsidR="004C6ABD" w:rsidRDefault="00F35368">
            <w:pPr>
              <w:pStyle w:val="OptionLine"/>
            </w:pPr>
            <w:r>
              <w:rPr>
                <w:sz w:val="16"/>
              </w:rPr>
              <w:t>D. To translate source code</w:t>
            </w:r>
          </w:p>
          <w:p w14:paraId="3E3FFB8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7A22B0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student writes about Dry run. Which statement would be correct?</w:t>
            </w:r>
          </w:p>
          <w:p w14:paraId="6359D7CD" w14:textId="77777777" w:rsidR="004C6ABD" w:rsidRDefault="00F35368">
            <w:pPr>
              <w:pStyle w:val="OptionLine"/>
            </w:pPr>
            <w:r>
              <w:rPr>
                <w:sz w:val="16"/>
              </w:rPr>
              <w:t>A. manually working through an algorithm to check what happens</w:t>
            </w:r>
          </w:p>
          <w:p w14:paraId="08B8C40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to show a named subroutine</w:t>
            </w:r>
          </w:p>
          <w:p w14:paraId="3344A08D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an algorithm runs but produces the wrong result</w:t>
            </w:r>
          </w:p>
          <w:p w14:paraId="6AD0058E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by breaking the rules of the programming language</w:t>
            </w:r>
          </w:p>
          <w:p w14:paraId="49720B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D6F456" w14:textId="77777777">
        <w:trPr>
          <w:cantSplit/>
          <w:jc w:val="center"/>
        </w:trPr>
        <w:tc>
          <w:tcPr>
            <w:tcW w:w="5112" w:type="dxa"/>
          </w:tcPr>
          <w:p w14:paraId="5D0738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What is the output of: count = 0; WHILE count &lt; 2; count = count + 1; ENDWHILE; print(count)</w:t>
            </w:r>
          </w:p>
          <w:p w14:paraId="7912CDBF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616C10DF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9D017DA" w14:textId="77777777" w:rsidR="004C6ABD" w:rsidRDefault="00F35368">
            <w:pPr>
              <w:pStyle w:val="OptionLine"/>
            </w:pPr>
            <w:r>
              <w:rPr>
                <w:sz w:val="16"/>
              </w:rPr>
              <w:t>C. 3</w:t>
            </w:r>
          </w:p>
          <w:p w14:paraId="0F2FBBB3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354069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3227B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Efficiency. Which statement would be correct?</w:t>
            </w:r>
          </w:p>
          <w:p w14:paraId="5CFAB16F" w14:textId="77777777" w:rsidR="004C6ABD" w:rsidRDefault="00F35368">
            <w:pPr>
              <w:pStyle w:val="OptionLine"/>
            </w:pPr>
            <w:r>
              <w:rPr>
                <w:sz w:val="16"/>
              </w:rPr>
              <w:t>A. a table used to record variable values while dry-running an algorithm</w:t>
            </w:r>
          </w:p>
          <w:p w14:paraId="1875CF16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well an algorithm uses time or memory resources</w:t>
            </w:r>
          </w:p>
          <w:p w14:paraId="7A964EB6" w14:textId="77777777" w:rsidR="004C6ABD" w:rsidRDefault="00F35368">
            <w:pPr>
              <w:pStyle w:val="OptionLine"/>
            </w:pPr>
            <w:r>
              <w:rPr>
                <w:sz w:val="16"/>
              </w:rPr>
              <w:t>C. a named storage location whose value can change while an algorithm runs</w:t>
            </w:r>
          </w:p>
          <w:p w14:paraId="7356A682" w14:textId="77777777" w:rsidR="004C6ABD" w:rsidRDefault="00F35368">
            <w:pPr>
              <w:pStyle w:val="OptionLine"/>
            </w:pPr>
            <w:r>
              <w:rPr>
                <w:sz w:val="16"/>
              </w:rPr>
              <w:t>D. solving a problem by splitting it into smaller parts</w:t>
            </w:r>
          </w:p>
          <w:p w14:paraId="5E3EB5F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E245BF" w14:textId="77777777">
        <w:trPr>
          <w:cantSplit/>
          <w:jc w:val="center"/>
        </w:trPr>
        <w:tc>
          <w:tcPr>
            <w:tcW w:w="5112" w:type="dxa"/>
          </w:tcPr>
          <w:p w14:paraId="1F683E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a sorting algorithm that repeatedly compares adjacent items and swaps them if needed</w:t>
            </w:r>
          </w:p>
          <w:p w14:paraId="7D340FEB" w14:textId="77777777" w:rsidR="004C6ABD" w:rsidRDefault="00F35368">
            <w:pPr>
              <w:pStyle w:val="OptionLine"/>
            </w:pPr>
            <w:r>
              <w:rPr>
                <w:sz w:val="16"/>
              </w:rPr>
              <w:t>A. Efficiency</w:t>
            </w:r>
          </w:p>
          <w:p w14:paraId="515397C4" w14:textId="77777777" w:rsidR="004C6ABD" w:rsidRDefault="00F35368">
            <w:pPr>
              <w:pStyle w:val="OptionLine"/>
            </w:pPr>
            <w:r>
              <w:rPr>
                <w:sz w:val="16"/>
              </w:rPr>
              <w:t>B. Algorithm</w:t>
            </w:r>
          </w:p>
          <w:p w14:paraId="0EF21B8A" w14:textId="77777777" w:rsidR="004C6ABD" w:rsidRDefault="00F35368">
            <w:pPr>
              <w:pStyle w:val="OptionLine"/>
            </w:pPr>
            <w:r>
              <w:rPr>
                <w:sz w:val="16"/>
              </w:rPr>
              <w:t>C. Bubble sort</w:t>
            </w:r>
          </w:p>
          <w:p w14:paraId="79172EBB" w14:textId="77777777" w:rsidR="004C6ABD" w:rsidRDefault="00F35368">
            <w:pPr>
              <w:pStyle w:val="OptionLine"/>
            </w:pPr>
            <w:r>
              <w:rPr>
                <w:sz w:val="16"/>
              </w:rPr>
              <w:t>D. Flow line</w:t>
            </w:r>
          </w:p>
          <w:p w14:paraId="0968C59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708C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What is the first step when using decomposition to design a booking system?</w:t>
            </w:r>
          </w:p>
          <w:p w14:paraId="5FBE1972" w14:textId="77777777" w:rsidR="004C6ABD" w:rsidRDefault="00F35368">
            <w:pPr>
              <w:pStyle w:val="OptionLine"/>
            </w:pPr>
            <w:r>
              <w:rPr>
                <w:sz w:val="16"/>
              </w:rPr>
              <w:t>A. Ignore inputs</w:t>
            </w:r>
          </w:p>
          <w:p w14:paraId="1AE323BA" w14:textId="77777777" w:rsidR="004C6ABD" w:rsidRDefault="00F35368">
            <w:pPr>
              <w:pStyle w:val="OptionLine"/>
            </w:pPr>
            <w:r>
              <w:rPr>
                <w:sz w:val="16"/>
              </w:rPr>
              <w:t>B. Remove all outputs</w:t>
            </w:r>
          </w:p>
          <w:p w14:paraId="16DE4CF9" w14:textId="77777777" w:rsidR="004C6ABD" w:rsidRDefault="00F35368">
            <w:pPr>
              <w:pStyle w:val="OptionLine"/>
            </w:pPr>
            <w:r>
              <w:rPr>
                <w:sz w:val="16"/>
              </w:rPr>
              <w:t>C. Identify smaller parts such as searching, booking and payment</w:t>
            </w:r>
          </w:p>
          <w:p w14:paraId="693B9AFC" w14:textId="77777777" w:rsidR="004C6ABD" w:rsidRDefault="00F35368">
            <w:pPr>
              <w:pStyle w:val="OptionLine"/>
            </w:pPr>
            <w:r>
              <w:rPr>
                <w:sz w:val="16"/>
              </w:rPr>
              <w:t>D. Write all code as one unplanned block</w:t>
            </w:r>
          </w:p>
          <w:p w14:paraId="2EB5AE0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68C380" w14:textId="77777777">
        <w:trPr>
          <w:cantSplit/>
          <w:jc w:val="center"/>
        </w:trPr>
        <w:tc>
          <w:tcPr>
            <w:tcW w:w="5112" w:type="dxa"/>
          </w:tcPr>
          <w:p w14:paraId="259A65E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Subprogram symbol. Which statement would be correct?</w:t>
            </w:r>
          </w:p>
          <w:p w14:paraId="2F438377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two values to decide their order or equality</w:t>
            </w:r>
          </w:p>
          <w:p w14:paraId="4C174971" w14:textId="77777777" w:rsidR="004C6ABD" w:rsidRDefault="00F35368">
            <w:pPr>
              <w:pStyle w:val="OptionLine"/>
            </w:pPr>
            <w:r>
              <w:rPr>
                <w:sz w:val="16"/>
              </w:rPr>
              <w:t>B. repeating instructions</w:t>
            </w:r>
          </w:p>
          <w:p w14:paraId="34694C6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to show a named subroutine</w:t>
            </w:r>
          </w:p>
          <w:p w14:paraId="46A47816" w14:textId="77777777" w:rsidR="004C6ABD" w:rsidRDefault="00F35368">
            <w:pPr>
              <w:pStyle w:val="OptionLine"/>
            </w:pPr>
            <w:r>
              <w:rPr>
                <w:sz w:val="16"/>
              </w:rPr>
              <w:t>D. creating clear, logical steps to solve a problem</w:t>
            </w:r>
          </w:p>
          <w:p w14:paraId="2E9FC31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0B9D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a loop placed inside another loop</w:t>
            </w:r>
          </w:p>
          <w:p w14:paraId="5292CE75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650746F4" w14:textId="77777777" w:rsidR="004C6ABD" w:rsidRDefault="00F35368">
            <w:pPr>
              <w:pStyle w:val="OptionLine"/>
            </w:pPr>
            <w:r>
              <w:rPr>
                <w:sz w:val="16"/>
              </w:rPr>
              <w:t>B. Efficiency</w:t>
            </w:r>
          </w:p>
          <w:p w14:paraId="6339E06C" w14:textId="77777777" w:rsidR="004C6ABD" w:rsidRDefault="00F35368">
            <w:pPr>
              <w:pStyle w:val="OptionLine"/>
            </w:pPr>
            <w:r>
              <w:rPr>
                <w:sz w:val="16"/>
              </w:rPr>
              <w:t>C. Condition</w:t>
            </w:r>
          </w:p>
          <w:p w14:paraId="3E636AA6" w14:textId="77777777" w:rsidR="004C6ABD" w:rsidRDefault="00F35368">
            <w:pPr>
              <w:pStyle w:val="OptionLine"/>
            </w:pPr>
            <w:r>
              <w:rPr>
                <w:sz w:val="16"/>
              </w:rPr>
              <w:t>D. Nested iteration</w:t>
            </w:r>
          </w:p>
          <w:p w14:paraId="06FF2C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392CA8" w14:textId="77777777">
        <w:trPr>
          <w:cantSplit/>
          <w:jc w:val="center"/>
        </w:trPr>
        <w:tc>
          <w:tcPr>
            <w:tcW w:w="5112" w:type="dxa"/>
          </w:tcPr>
          <w:p w14:paraId="7C20B5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Sorted list prerequisite. Which statement would be correct?</w:t>
            </w:r>
          </w:p>
          <w:p w14:paraId="0DD566F6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flowchart symbol used to show the start or end of an algorithm</w:t>
            </w:r>
          </w:p>
          <w:p w14:paraId="4EDBACA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requirement that data must be ordered before binary search can be used</w:t>
            </w:r>
          </w:p>
          <w:p w14:paraId="5C7A7E58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well an algorithm uses time or memory resources</w:t>
            </w:r>
          </w:p>
          <w:p w14:paraId="624DD85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flowchart symbol used for an action or calculation</w:t>
            </w:r>
          </w:p>
          <w:p w14:paraId="5F71BB2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24B0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Runtime error. Which statement would be correct?</w:t>
            </w:r>
          </w:p>
          <w:p w14:paraId="7FA4B9C1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that occurs while a program is running</w:t>
            </w:r>
          </w:p>
          <w:p w14:paraId="6D7727C2" w14:textId="77777777" w:rsidR="004C6ABD" w:rsidRDefault="00F35368">
            <w:pPr>
              <w:pStyle w:val="OptionLine"/>
            </w:pPr>
            <w:r>
              <w:rPr>
                <w:sz w:val="16"/>
              </w:rPr>
              <w:t>B. a sorting algorithm that divides data, sorts the parts and merges them</w:t>
            </w:r>
          </w:p>
          <w:p w14:paraId="0F3D270E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an algorithm runs but produces the wrong result</w:t>
            </w:r>
          </w:p>
          <w:p w14:paraId="380FF504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by breaking the rules of the programming language</w:t>
            </w:r>
          </w:p>
          <w:p w14:paraId="5737656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8B3BA0B" w14:textId="77777777">
        <w:trPr>
          <w:cantSplit/>
          <w:jc w:val="center"/>
        </w:trPr>
        <w:tc>
          <w:tcPr>
            <w:tcW w:w="5112" w:type="dxa"/>
          </w:tcPr>
          <w:p w14:paraId="4372EA8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description correctly matches Input/output symbol?</w:t>
            </w:r>
          </w:p>
          <w:p w14:paraId="2A9BC0B8" w14:textId="77777777" w:rsidR="004C6ABD" w:rsidRDefault="00F35368">
            <w:pPr>
              <w:pStyle w:val="OptionLine"/>
            </w:pPr>
            <w:r>
              <w:rPr>
                <w:sz w:val="16"/>
              </w:rPr>
              <w:t>A. a sorting algorithm that builds a sorted section by inserting each item into the correct place</w:t>
            </w:r>
          </w:p>
          <w:p w14:paraId="343D198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for data entering or leaving an algorithm</w:t>
            </w:r>
          </w:p>
          <w:p w14:paraId="2708285B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expression used to control selection or iteration</w:t>
            </w:r>
          </w:p>
          <w:p w14:paraId="7F00F143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divides data, sorts the parts and merges them</w:t>
            </w:r>
          </w:p>
          <w:p w14:paraId="62349F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C8D4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Count-controlled loop?</w:t>
            </w:r>
          </w:p>
          <w:p w14:paraId="0E7DEEF9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search algorithm that checks items one at a time from the start</w:t>
            </w:r>
          </w:p>
          <w:p w14:paraId="10456DCC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that repeats a set number of times</w:t>
            </w:r>
          </w:p>
          <w:p w14:paraId="5291EC7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4328BA3D" w14:textId="77777777" w:rsidR="004C6ABD" w:rsidRDefault="00F35368">
            <w:pPr>
              <w:pStyle w:val="OptionLine"/>
            </w:pPr>
            <w:r>
              <w:rPr>
                <w:sz w:val="16"/>
              </w:rPr>
              <w:t>D. values used to check whether an algorithm works</w:t>
            </w:r>
          </w:p>
          <w:p w14:paraId="0C7D946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EA51E54" w14:textId="77777777">
        <w:trPr>
          <w:cantSplit/>
          <w:jc w:val="center"/>
        </w:trPr>
        <w:tc>
          <w:tcPr>
            <w:tcW w:w="5112" w:type="dxa"/>
          </w:tcPr>
          <w:p w14:paraId="31F5046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What is the output of: total = 0; FOR i = 1 TO 8; total = total + i; NEXT i; print(total)</w:t>
            </w:r>
          </w:p>
          <w:p w14:paraId="1FB78791" w14:textId="77777777" w:rsidR="004C6ABD" w:rsidRDefault="00F35368">
            <w:pPr>
              <w:pStyle w:val="OptionLine"/>
            </w:pPr>
            <w:r>
              <w:rPr>
                <w:sz w:val="16"/>
              </w:rPr>
              <w:t>A. 44</w:t>
            </w:r>
          </w:p>
          <w:p w14:paraId="5ED88178" w14:textId="77777777" w:rsidR="004C6ABD" w:rsidRDefault="00F35368">
            <w:pPr>
              <w:pStyle w:val="OptionLine"/>
            </w:pPr>
            <w:r>
              <w:rPr>
                <w:sz w:val="16"/>
              </w:rPr>
              <w:t>B. 8</w:t>
            </w:r>
          </w:p>
          <w:p w14:paraId="32EBB07C" w14:textId="77777777" w:rsidR="004C6ABD" w:rsidRDefault="00F35368">
            <w:pPr>
              <w:pStyle w:val="OptionLine"/>
            </w:pPr>
            <w:r>
              <w:rPr>
                <w:sz w:val="16"/>
              </w:rPr>
              <w:t>C. 35</w:t>
            </w:r>
          </w:p>
          <w:p w14:paraId="16DE615D" w14:textId="77777777" w:rsidR="004C6ABD" w:rsidRDefault="00F35368">
            <w:pPr>
              <w:pStyle w:val="OptionLine"/>
            </w:pPr>
            <w:r>
              <w:rPr>
                <w:sz w:val="16"/>
              </w:rPr>
              <w:t>D. 36</w:t>
            </w:r>
          </w:p>
          <w:p w14:paraId="6C49D7D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7EB4A7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repeating instructions</w:t>
            </w:r>
          </w:p>
          <w:p w14:paraId="4895C4E0" w14:textId="77777777" w:rsidR="004C6ABD" w:rsidRDefault="00F35368">
            <w:pPr>
              <w:pStyle w:val="OptionLine"/>
            </w:pPr>
            <w:r>
              <w:rPr>
                <w:sz w:val="16"/>
              </w:rPr>
              <w:t>A. Algorithm</w:t>
            </w:r>
          </w:p>
          <w:p w14:paraId="34AE9DF1" w14:textId="77777777" w:rsidR="004C6ABD" w:rsidRDefault="00F35368">
            <w:pPr>
              <w:pStyle w:val="OptionLine"/>
            </w:pPr>
            <w:r>
              <w:rPr>
                <w:sz w:val="16"/>
              </w:rPr>
              <w:t>B. Iteration</w:t>
            </w:r>
          </w:p>
          <w:p w14:paraId="29EDF4DA" w14:textId="77777777" w:rsidR="004C6ABD" w:rsidRDefault="00F35368">
            <w:pPr>
              <w:pStyle w:val="OptionLine"/>
            </w:pPr>
            <w:r>
              <w:rPr>
                <w:sz w:val="16"/>
              </w:rPr>
              <w:t>C. Decomposition</w:t>
            </w:r>
          </w:p>
          <w:p w14:paraId="28D721EB" w14:textId="77777777" w:rsidR="004C6ABD" w:rsidRDefault="00F35368">
            <w:pPr>
              <w:pStyle w:val="OptionLine"/>
            </w:pPr>
            <w:r>
              <w:rPr>
                <w:sz w:val="16"/>
              </w:rPr>
              <w:t>D. Nested selection</w:t>
            </w:r>
          </w:p>
          <w:p w14:paraId="603CFC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DB757E" w14:textId="77777777">
        <w:trPr>
          <w:cantSplit/>
          <w:jc w:val="center"/>
        </w:trPr>
        <w:tc>
          <w:tcPr>
            <w:tcW w:w="5112" w:type="dxa"/>
          </w:tcPr>
          <w:p w14:paraId="3F894D8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15. Which term best matches this description: improving or modifying an algorithm</w:t>
            </w:r>
          </w:p>
          <w:p w14:paraId="116F81FE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 symbol</w:t>
            </w:r>
          </w:p>
          <w:p w14:paraId="7DDABA39" w14:textId="77777777" w:rsidR="004C6ABD" w:rsidRDefault="00F35368">
            <w:pPr>
              <w:pStyle w:val="OptionLine"/>
            </w:pPr>
            <w:r>
              <w:rPr>
                <w:sz w:val="16"/>
              </w:rPr>
              <w:t>B. Dry run</w:t>
            </w:r>
          </w:p>
          <w:p w14:paraId="4B270B73" w14:textId="77777777" w:rsidR="004C6ABD" w:rsidRDefault="00F35368">
            <w:pPr>
              <w:pStyle w:val="OptionLine"/>
            </w:pPr>
            <w:r>
              <w:rPr>
                <w:sz w:val="16"/>
              </w:rPr>
              <w:t>C. Refinement</w:t>
            </w:r>
          </w:p>
          <w:p w14:paraId="33EF269A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 data</w:t>
            </w:r>
          </w:p>
          <w:p w14:paraId="78A8A4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8A9A8A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Algorithmic thinking. Which statement would be correct?</w:t>
            </w:r>
          </w:p>
          <w:p w14:paraId="1FB9436D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breaking the rules of the programming language</w:t>
            </w:r>
          </w:p>
          <w:p w14:paraId="215C7E3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to show the start or end of an algorithm</w:t>
            </w:r>
          </w:p>
          <w:p w14:paraId="74621695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clear, logical steps to solve a problem</w:t>
            </w:r>
          </w:p>
          <w:p w14:paraId="72094AD6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search algorithm that checks items one at a time from the start</w:t>
            </w:r>
          </w:p>
          <w:p w14:paraId="6988E58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3C2F1C8" w14:textId="77777777">
        <w:trPr>
          <w:cantSplit/>
          <w:jc w:val="center"/>
        </w:trPr>
        <w:tc>
          <w:tcPr>
            <w:tcW w:w="5112" w:type="dxa"/>
          </w:tcPr>
          <w:p w14:paraId="553734B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For the list [4, 1, 3], one bubble-sort pass from left to right gives which list?</w:t>
            </w:r>
          </w:p>
          <w:p w14:paraId="41EF5249" w14:textId="77777777" w:rsidR="004C6ABD" w:rsidRDefault="00F35368">
            <w:pPr>
              <w:pStyle w:val="OptionLine"/>
            </w:pPr>
            <w:r>
              <w:rPr>
                <w:sz w:val="16"/>
              </w:rPr>
              <w:t>A. [1, 3, 4]</w:t>
            </w:r>
          </w:p>
          <w:p w14:paraId="15349EA0" w14:textId="77777777" w:rsidR="004C6ABD" w:rsidRDefault="00F35368">
            <w:pPr>
              <w:pStyle w:val="OptionLine"/>
            </w:pPr>
            <w:r>
              <w:rPr>
                <w:sz w:val="16"/>
              </w:rPr>
              <w:t>B. [4, 3, 1]</w:t>
            </w:r>
          </w:p>
          <w:p w14:paraId="1EB62D61" w14:textId="77777777" w:rsidR="004C6ABD" w:rsidRDefault="00F35368">
            <w:pPr>
              <w:pStyle w:val="OptionLine"/>
            </w:pPr>
            <w:r>
              <w:rPr>
                <w:sz w:val="16"/>
              </w:rPr>
              <w:t>C. [3, 1, 4]</w:t>
            </w:r>
          </w:p>
          <w:p w14:paraId="4DF7A021" w14:textId="77777777" w:rsidR="004C6ABD" w:rsidRDefault="00F35368">
            <w:pPr>
              <w:pStyle w:val="OptionLine"/>
            </w:pPr>
            <w:r>
              <w:rPr>
                <w:sz w:val="16"/>
              </w:rPr>
              <w:t>D. [1, 4, 3]</w:t>
            </w:r>
          </w:p>
          <w:p w14:paraId="2FC6ED2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D85B35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What is the output of: total = 0; FOR i = 1 TO 12; total = total + i; NEXT i; print(total)</w:t>
            </w:r>
          </w:p>
          <w:p w14:paraId="0D3EAC5D" w14:textId="77777777" w:rsidR="004C6ABD" w:rsidRDefault="00F35368">
            <w:pPr>
              <w:pStyle w:val="OptionLine"/>
            </w:pPr>
            <w:r>
              <w:rPr>
                <w:sz w:val="16"/>
              </w:rPr>
              <w:t>A. 77</w:t>
            </w:r>
          </w:p>
          <w:p w14:paraId="38671A77" w14:textId="77777777" w:rsidR="004C6ABD" w:rsidRDefault="00F35368">
            <w:pPr>
              <w:pStyle w:val="OptionLine"/>
            </w:pPr>
            <w:r>
              <w:rPr>
                <w:sz w:val="16"/>
              </w:rPr>
              <w:t>B. 78</w:t>
            </w:r>
          </w:p>
          <w:p w14:paraId="666F2749" w14:textId="77777777" w:rsidR="004C6ABD" w:rsidRDefault="00F35368">
            <w:pPr>
              <w:pStyle w:val="OptionLine"/>
            </w:pPr>
            <w:r>
              <w:rPr>
                <w:sz w:val="16"/>
              </w:rPr>
              <w:t>C. 90</w:t>
            </w:r>
          </w:p>
          <w:p w14:paraId="5143167A" w14:textId="77777777" w:rsidR="004C6ABD" w:rsidRDefault="00F35368">
            <w:pPr>
              <w:pStyle w:val="OptionLine"/>
            </w:pPr>
            <w:r>
              <w:rPr>
                <w:sz w:val="16"/>
              </w:rPr>
              <w:t>D. 12</w:t>
            </w:r>
          </w:p>
          <w:p w14:paraId="15C222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FC5C127" w14:textId="77777777">
        <w:trPr>
          <w:cantSplit/>
          <w:jc w:val="center"/>
        </w:trPr>
        <w:tc>
          <w:tcPr>
            <w:tcW w:w="5112" w:type="dxa"/>
          </w:tcPr>
          <w:p w14:paraId="78C260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What is the output of: x = 5; IF x &gt; 3 THEN print('A') ELSE print('B')</w:t>
            </w:r>
          </w:p>
          <w:p w14:paraId="53EA7BE7" w14:textId="77777777" w:rsidR="004C6ABD" w:rsidRDefault="00F35368">
            <w:pPr>
              <w:pStyle w:val="OptionLine"/>
            </w:pPr>
            <w:r>
              <w:rPr>
                <w:sz w:val="16"/>
              </w:rPr>
              <w:t>A. 3</w:t>
            </w:r>
          </w:p>
          <w:p w14:paraId="65A02FE5" w14:textId="77777777" w:rsidR="004C6ABD" w:rsidRDefault="00F35368">
            <w:pPr>
              <w:pStyle w:val="OptionLine"/>
            </w:pPr>
            <w:r>
              <w:rPr>
                <w:sz w:val="16"/>
              </w:rPr>
              <w:t>B. A</w:t>
            </w:r>
          </w:p>
          <w:p w14:paraId="4D5A625F" w14:textId="77777777" w:rsidR="004C6ABD" w:rsidRDefault="00F35368">
            <w:pPr>
              <w:pStyle w:val="OptionLine"/>
            </w:pPr>
            <w:r>
              <w:rPr>
                <w:sz w:val="16"/>
              </w:rPr>
              <w:t>C. x</w:t>
            </w:r>
          </w:p>
          <w:p w14:paraId="1F7CABDB" w14:textId="77777777" w:rsidR="004C6ABD" w:rsidRDefault="00F35368">
            <w:pPr>
              <w:pStyle w:val="OptionLine"/>
            </w:pPr>
            <w:r>
              <w:rPr>
                <w:sz w:val="16"/>
              </w:rPr>
              <w:t>D. B</w:t>
            </w:r>
          </w:p>
          <w:p w14:paraId="0CD9C62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92A41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Logic error. Which statement would be correct?</w:t>
            </w:r>
          </w:p>
          <w:p w14:paraId="29AE3132" w14:textId="77777777" w:rsidR="004C6ABD" w:rsidRDefault="00F35368">
            <w:pPr>
              <w:pStyle w:val="OptionLine"/>
            </w:pPr>
            <w:r>
              <w:rPr>
                <w:sz w:val="16"/>
              </w:rPr>
              <w:t>A. a sorting algorithm that repeatedly compares adjacent items and swaps them if needed</w:t>
            </w:r>
          </w:p>
          <w:p w14:paraId="1AA2040A" w14:textId="77777777" w:rsidR="004C6ABD" w:rsidRDefault="00F35368">
            <w:pPr>
              <w:pStyle w:val="OptionLine"/>
            </w:pPr>
            <w:r>
              <w:rPr>
                <w:sz w:val="16"/>
              </w:rPr>
              <w:t>B. one complete sweep through part or all of a list during a sort</w:t>
            </w:r>
          </w:p>
          <w:p w14:paraId="5481A1F0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an algorithm runs but produces the wrong result</w:t>
            </w:r>
          </w:p>
          <w:p w14:paraId="0C2E57C5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loop that repeats a set number of times</w:t>
            </w:r>
          </w:p>
          <w:p w14:paraId="68E9E36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12B380" w14:textId="77777777">
        <w:trPr>
          <w:cantSplit/>
          <w:jc w:val="center"/>
        </w:trPr>
        <w:tc>
          <w:tcPr>
            <w:tcW w:w="5112" w:type="dxa"/>
          </w:tcPr>
          <w:p w14:paraId="108FF41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What is the output of: total = 0; FOR i = 1 TO 3; total = total + i; NEXT i; print(total)</w:t>
            </w:r>
          </w:p>
          <w:p w14:paraId="7D943187" w14:textId="77777777" w:rsidR="004C6ABD" w:rsidRDefault="00F35368">
            <w:pPr>
              <w:pStyle w:val="OptionLine"/>
            </w:pPr>
            <w:r>
              <w:rPr>
                <w:sz w:val="16"/>
              </w:rPr>
              <w:t>A. 7</w:t>
            </w:r>
          </w:p>
          <w:p w14:paraId="393D0F11" w14:textId="77777777" w:rsidR="004C6ABD" w:rsidRDefault="00F35368">
            <w:pPr>
              <w:pStyle w:val="OptionLine"/>
            </w:pPr>
            <w:r>
              <w:rPr>
                <w:sz w:val="16"/>
              </w:rPr>
              <w:t>B. 6</w:t>
            </w:r>
          </w:p>
          <w:p w14:paraId="7677BEF0" w14:textId="77777777" w:rsidR="004C6ABD" w:rsidRDefault="00F35368">
            <w:pPr>
              <w:pStyle w:val="OptionLine"/>
            </w:pPr>
            <w:r>
              <w:rPr>
                <w:sz w:val="16"/>
              </w:rPr>
              <w:t>C. 3</w:t>
            </w:r>
          </w:p>
          <w:p w14:paraId="6AE4ED21" w14:textId="77777777" w:rsidR="004C6ABD" w:rsidRDefault="00F35368">
            <w:pPr>
              <w:pStyle w:val="OptionLine"/>
            </w:pPr>
            <w:r>
              <w:rPr>
                <w:sz w:val="16"/>
              </w:rPr>
              <w:t>D. 4</w:t>
            </w:r>
          </w:p>
          <w:p w14:paraId="6B69F3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A451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Insertion sort. Which statement would be correct?</w:t>
            </w:r>
          </w:p>
          <w:p w14:paraId="6CE80647" w14:textId="77777777" w:rsidR="004C6ABD" w:rsidRDefault="00F35368">
            <w:pPr>
              <w:pStyle w:val="OptionLine"/>
            </w:pPr>
            <w:r>
              <w:rPr>
                <w:sz w:val="16"/>
              </w:rPr>
              <w:t>A. selection placed inside another selection</w:t>
            </w:r>
          </w:p>
          <w:p w14:paraId="1C45C470" w14:textId="77777777" w:rsidR="004C6ABD" w:rsidRDefault="00F35368">
            <w:pPr>
              <w:pStyle w:val="OptionLine"/>
            </w:pPr>
            <w:r>
              <w:rPr>
                <w:sz w:val="16"/>
              </w:rPr>
              <w:t>B. a finite sequence of steps used to solve a problem</w:t>
            </w:r>
          </w:p>
          <w:p w14:paraId="3B8DACDE" w14:textId="77777777" w:rsidR="004C6ABD" w:rsidRDefault="00F35368">
            <w:pPr>
              <w:pStyle w:val="OptionLine"/>
            </w:pPr>
            <w:r>
              <w:rPr>
                <w:sz w:val="16"/>
              </w:rPr>
              <w:t>C. solving a problem by splitting it into smaller parts</w:t>
            </w:r>
          </w:p>
          <w:p w14:paraId="452D929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builds a sorted section by inserting each item into the correct place</w:t>
            </w:r>
          </w:p>
          <w:p w14:paraId="005EAC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99BCB5" w14:textId="77777777">
        <w:trPr>
          <w:cantSplit/>
          <w:jc w:val="center"/>
        </w:trPr>
        <w:tc>
          <w:tcPr>
            <w:tcW w:w="5112" w:type="dxa"/>
          </w:tcPr>
          <w:p w14:paraId="277D02C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Sequence. Which statement would be correct?</w:t>
            </w:r>
          </w:p>
          <w:p w14:paraId="01DF7265" w14:textId="77777777" w:rsidR="004C6ABD" w:rsidRDefault="00F35368">
            <w:pPr>
              <w:pStyle w:val="OptionLine"/>
            </w:pPr>
            <w:r>
              <w:rPr>
                <w:sz w:val="16"/>
              </w:rPr>
              <w:t>A. instructions executed in order</w:t>
            </w:r>
          </w:p>
          <w:p w14:paraId="74343CB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requirement that data must be ordered before binary search can be used</w:t>
            </w:r>
          </w:p>
          <w:p w14:paraId="130A493F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loop that repeats a set number of times</w:t>
            </w:r>
          </w:p>
          <w:p w14:paraId="0CA8BDBF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4084034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37EB22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the flowchart symbol used to show the start or end of an algorithm</w:t>
            </w:r>
          </w:p>
          <w:p w14:paraId="4E856992" w14:textId="77777777" w:rsidR="004C6ABD" w:rsidRDefault="00F35368">
            <w:pPr>
              <w:pStyle w:val="OptionLine"/>
            </w:pPr>
            <w:r>
              <w:rPr>
                <w:sz w:val="16"/>
              </w:rPr>
              <w:t>A. Sorted list prerequisite</w:t>
            </w:r>
          </w:p>
          <w:p w14:paraId="6F2FD2FD" w14:textId="77777777" w:rsidR="004C6ABD" w:rsidRDefault="00F35368">
            <w:pPr>
              <w:pStyle w:val="OptionLine"/>
            </w:pPr>
            <w:r>
              <w:rPr>
                <w:sz w:val="16"/>
              </w:rPr>
              <w:t>B. Selection</w:t>
            </w:r>
          </w:p>
          <w:p w14:paraId="18BE22A8" w14:textId="77777777" w:rsidR="004C6ABD" w:rsidRDefault="00F35368">
            <w:pPr>
              <w:pStyle w:val="OptionLine"/>
            </w:pPr>
            <w:r>
              <w:rPr>
                <w:sz w:val="16"/>
              </w:rPr>
              <w:t>C. Trace table</w:t>
            </w:r>
          </w:p>
          <w:p w14:paraId="51444C7D" w14:textId="77777777" w:rsidR="004C6ABD" w:rsidRDefault="00F35368">
            <w:pPr>
              <w:pStyle w:val="OptionLine"/>
            </w:pPr>
            <w:r>
              <w:rPr>
                <w:sz w:val="16"/>
              </w:rPr>
              <w:t>D. Terminal symbol</w:t>
            </w:r>
          </w:p>
          <w:p w14:paraId="44373F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4DD9E5F" w14:textId="77777777">
        <w:trPr>
          <w:cantSplit/>
          <w:jc w:val="center"/>
        </w:trPr>
        <w:tc>
          <w:tcPr>
            <w:tcW w:w="5112" w:type="dxa"/>
          </w:tcPr>
          <w:p w14:paraId="22E920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algorithm would be most suitable for finding a name in a short unsorted list?</w:t>
            </w:r>
          </w:p>
          <w:p w14:paraId="649C4963" w14:textId="77777777" w:rsidR="004C6ABD" w:rsidRDefault="00F35368">
            <w:pPr>
              <w:pStyle w:val="OptionLine"/>
            </w:pPr>
            <w:r>
              <w:rPr>
                <w:sz w:val="16"/>
              </w:rPr>
              <w:t>A. Merge sort</w:t>
            </w:r>
          </w:p>
          <w:p w14:paraId="5AB850E7" w14:textId="77777777" w:rsidR="004C6ABD" w:rsidRDefault="00F35368">
            <w:pPr>
              <w:pStyle w:val="OptionLine"/>
            </w:pPr>
            <w:r>
              <w:rPr>
                <w:sz w:val="16"/>
              </w:rPr>
              <w:t>B. Linear search</w:t>
            </w:r>
          </w:p>
          <w:p w14:paraId="6C048402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search</w:t>
            </w:r>
          </w:p>
          <w:p w14:paraId="0449359E" w14:textId="77777777" w:rsidR="004C6ABD" w:rsidRDefault="00F35368">
            <w:pPr>
              <w:pStyle w:val="OptionLine"/>
            </w:pPr>
            <w:r>
              <w:rPr>
                <w:sz w:val="16"/>
              </w:rPr>
              <w:t>D. Bubble sort only</w:t>
            </w:r>
          </w:p>
          <w:p w14:paraId="079AAF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51C8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description correctly matches Flowchart?</w:t>
            </w:r>
          </w:p>
          <w:p w14:paraId="607C21A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flowchart symbol used to show the start or end of an algorithm</w:t>
            </w:r>
          </w:p>
          <w:p w14:paraId="15230A4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requirement that data must be ordered before binary search can be used</w:t>
            </w:r>
          </w:p>
          <w:p w14:paraId="7C4E627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to show a named subroutine</w:t>
            </w:r>
          </w:p>
          <w:p w14:paraId="6624682A" w14:textId="77777777" w:rsidR="004C6ABD" w:rsidRDefault="00F35368">
            <w:pPr>
              <w:pStyle w:val="OptionLine"/>
            </w:pPr>
            <w:r>
              <w:rPr>
                <w:sz w:val="16"/>
              </w:rPr>
              <w:t>D. a diagram that represents an algorithm using symbols and arrows</w:t>
            </w:r>
          </w:p>
          <w:p w14:paraId="1DBCF3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