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FF702" w14:textId="77777777" w:rsidR="004C6ABD" w:rsidRDefault="00F35368">
      <w:pPr>
        <w:pStyle w:val="Heading1"/>
      </w:pPr>
      <w:r>
        <w:lastRenderedPageBreak/>
        <w:t>2.2 Programming fundamentals - Quiz A</w:t>
      </w:r>
    </w:p>
    <w:p w14:paraId="39E3D787" w14:textId="77777777" w:rsidR="004C6ABD" w:rsidRDefault="00F35368">
      <w:r>
        <w:rPr>
          <w:b/>
        </w:rPr>
        <w:t xml:space="preserve">Time: </w:t>
      </w:r>
      <w:r>
        <w:t xml:space="preserve">40 minutes    </w:t>
      </w:r>
      <w:r>
        <w:rPr>
          <w:b/>
        </w:rPr>
        <w:t xml:space="preserve">Marks: </w:t>
      </w:r>
      <w:r>
        <w:t xml:space="preserve">40    </w:t>
      </w:r>
      <w:r>
        <w:rPr>
          <w:b/>
        </w:rPr>
        <w:t xml:space="preserve">Instructions: </w:t>
      </w:r>
      <w:r>
        <w:t>Circle one answer for each question. Each question is worth 1 mark.</w:t>
      </w:r>
    </w:p>
    <w:p w14:paraId="74D01AAD" w14:textId="77777777" w:rsidR="004C6ABD" w:rsidRDefault="00F35368">
      <w:pPr>
        <w:spacing w:after="120"/>
      </w:pPr>
      <w:r>
        <w:t>Name: ________________________________   Class: __________   Date: __________   Score: ______ / 40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112"/>
        <w:gridCol w:w="5112"/>
      </w:tblGrid>
      <w:tr w:rsidR="004C6ABD" w14:paraId="2D92F194" w14:textId="77777777">
        <w:trPr>
          <w:tblHeader/>
          <w:jc w:val="center"/>
        </w:trPr>
        <w:tc>
          <w:tcPr>
            <w:tcW w:w="5112" w:type="dxa"/>
            <w:shd w:val="clear" w:color="auto" w:fill="D9EAF7"/>
          </w:tcPr>
          <w:p w14:paraId="6E9C475F" w14:textId="77777777" w:rsidR="004C6ABD" w:rsidRDefault="00F35368">
            <w:r>
              <w:rPr>
                <w:b/>
              </w:rPr>
              <w:t>Questions 1-20</w:t>
            </w:r>
          </w:p>
        </w:tc>
        <w:tc>
          <w:tcPr>
            <w:tcW w:w="5112" w:type="dxa"/>
            <w:shd w:val="clear" w:color="auto" w:fill="D9EAF7"/>
          </w:tcPr>
          <w:p w14:paraId="7C6AF055" w14:textId="77777777" w:rsidR="004C6ABD" w:rsidRDefault="00F35368">
            <w:r>
              <w:rPr>
                <w:b/>
              </w:rPr>
              <w:t>Questions 21-40</w:t>
            </w:r>
          </w:p>
        </w:tc>
      </w:tr>
      <w:tr w:rsidR="004C6ABD" w14:paraId="2957752F" w14:textId="77777777">
        <w:trPr>
          <w:cantSplit/>
          <w:jc w:val="center"/>
        </w:trPr>
        <w:tc>
          <w:tcPr>
            <w:tcW w:w="5112" w:type="dxa"/>
          </w:tcPr>
          <w:p w14:paraId="794A889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1. Which description correctly matches Real?</w:t>
            </w:r>
          </w:p>
          <w:p w14:paraId="3B67E4AC" w14:textId="77777777" w:rsidR="004C6ABD" w:rsidRDefault="00F35368">
            <w:pPr>
              <w:pStyle w:val="OptionLine"/>
            </w:pPr>
            <w:r>
              <w:rPr>
                <w:sz w:val="16"/>
              </w:rPr>
              <w:t>A. joining strings together</w:t>
            </w:r>
          </w:p>
          <w:p w14:paraId="1BBC7B38" w14:textId="77777777" w:rsidR="004C6ABD" w:rsidRDefault="00F35368">
            <w:pPr>
              <w:pStyle w:val="OptionLine"/>
            </w:pPr>
            <w:r>
              <w:rPr>
                <w:sz w:val="16"/>
              </w:rPr>
              <w:t>B. a data type for numbers with decimal parts</w:t>
            </w:r>
          </w:p>
          <w:p w14:paraId="28CFD9EE" w14:textId="77777777" w:rsidR="004C6ABD" w:rsidRDefault="00F35368">
            <w:pPr>
              <w:pStyle w:val="OptionLine"/>
            </w:pPr>
            <w:r>
              <w:rPr>
                <w:sz w:val="16"/>
              </w:rPr>
              <w:t>C. program statements executed in order</w:t>
            </w:r>
          </w:p>
          <w:p w14:paraId="48E836FC" w14:textId="77777777" w:rsidR="004C6ABD" w:rsidRDefault="00F35368">
            <w:pPr>
              <w:pStyle w:val="OptionLine"/>
            </w:pPr>
            <w:r>
              <w:rPr>
                <w:sz w:val="16"/>
              </w:rPr>
              <w:t>D. an operator used to compare values such as ==, !=, &lt;, &gt;, &lt;= or &gt;=</w:t>
            </w:r>
          </w:p>
          <w:p w14:paraId="0F922BE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5AA116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21. Which term best matches this description: a programming construct that repeats instructions</w:t>
            </w:r>
          </w:p>
          <w:p w14:paraId="186AA53D" w14:textId="77777777" w:rsidR="004C6ABD" w:rsidRDefault="00F35368">
            <w:pPr>
              <w:pStyle w:val="OptionLine"/>
            </w:pPr>
            <w:r>
              <w:rPr>
                <w:sz w:val="16"/>
              </w:rPr>
              <w:t>A. Integer</w:t>
            </w:r>
          </w:p>
          <w:p w14:paraId="4E51E2B6" w14:textId="77777777" w:rsidR="004C6ABD" w:rsidRDefault="00F35368">
            <w:pPr>
              <w:pStyle w:val="OptionLine"/>
            </w:pPr>
            <w:r>
              <w:rPr>
                <w:sz w:val="16"/>
              </w:rPr>
              <w:t>B. Comparison operator</w:t>
            </w:r>
          </w:p>
          <w:p w14:paraId="367339E2" w14:textId="77777777" w:rsidR="004C6ABD" w:rsidRDefault="00F35368">
            <w:pPr>
              <w:pStyle w:val="OptionLine"/>
            </w:pPr>
            <w:r>
              <w:rPr>
                <w:sz w:val="16"/>
              </w:rPr>
              <w:t>C. Iteration</w:t>
            </w:r>
          </w:p>
          <w:p w14:paraId="7D805DCD" w14:textId="77777777" w:rsidR="004C6ABD" w:rsidRDefault="00F35368">
            <w:pPr>
              <w:pStyle w:val="OptionLine"/>
            </w:pPr>
            <w:r>
              <w:rPr>
                <w:sz w:val="16"/>
              </w:rPr>
              <w:t>D. Parameter</w:t>
            </w:r>
          </w:p>
          <w:p w14:paraId="409B855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EB37510" w14:textId="77777777">
        <w:trPr>
          <w:cantSplit/>
          <w:jc w:val="center"/>
        </w:trPr>
        <w:tc>
          <w:tcPr>
            <w:tcW w:w="5112" w:type="dxa"/>
          </w:tcPr>
          <w:p w14:paraId="1B375B5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2. Which operation should be used after finishing with a file?</w:t>
            </w:r>
          </w:p>
          <w:p w14:paraId="35B845EA" w14:textId="77777777" w:rsidR="004C6ABD" w:rsidRDefault="00F35368">
            <w:pPr>
              <w:pStyle w:val="OptionLine"/>
            </w:pPr>
            <w:r>
              <w:rPr>
                <w:sz w:val="16"/>
              </w:rPr>
              <w:t>A. Open the file again forever</w:t>
            </w:r>
          </w:p>
          <w:p w14:paraId="795F0104" w14:textId="77777777" w:rsidR="004C6ABD" w:rsidRDefault="00F35368">
            <w:pPr>
              <w:pStyle w:val="OptionLine"/>
            </w:pPr>
            <w:r>
              <w:rPr>
                <w:sz w:val="16"/>
              </w:rPr>
              <w:t>B. Set colour depth</w:t>
            </w:r>
          </w:p>
          <w:p w14:paraId="4CB6DC94" w14:textId="77777777" w:rsidR="004C6ABD" w:rsidRDefault="00F35368">
            <w:pPr>
              <w:pStyle w:val="OptionLine"/>
            </w:pPr>
            <w:r>
              <w:rPr>
                <w:sz w:val="16"/>
              </w:rPr>
              <w:t>C. Run binary search</w:t>
            </w:r>
          </w:p>
          <w:p w14:paraId="1E3909C9" w14:textId="77777777" w:rsidR="004C6ABD" w:rsidRDefault="00F35368">
            <w:pPr>
              <w:pStyle w:val="OptionLine"/>
            </w:pPr>
            <w:r>
              <w:rPr>
                <w:sz w:val="16"/>
              </w:rPr>
              <w:t>D. Close the file</w:t>
            </w:r>
          </w:p>
          <w:p w14:paraId="0D392CB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574B03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22. What is 25 DIV 4?</w:t>
            </w:r>
          </w:p>
          <w:p w14:paraId="4898D1A5" w14:textId="77777777" w:rsidR="004C6ABD" w:rsidRDefault="00F35368">
            <w:pPr>
              <w:pStyle w:val="OptionLine"/>
            </w:pPr>
            <w:r>
              <w:rPr>
                <w:sz w:val="16"/>
              </w:rPr>
              <w:t>A. 29</w:t>
            </w:r>
          </w:p>
          <w:p w14:paraId="29AF9277" w14:textId="77777777" w:rsidR="004C6ABD" w:rsidRDefault="00F35368">
            <w:pPr>
              <w:pStyle w:val="OptionLine"/>
            </w:pPr>
            <w:r>
              <w:rPr>
                <w:sz w:val="16"/>
              </w:rPr>
              <w:t>B. 6</w:t>
            </w:r>
          </w:p>
          <w:p w14:paraId="4F92ABCE" w14:textId="77777777" w:rsidR="004C6ABD" w:rsidRDefault="00F35368">
            <w:pPr>
              <w:pStyle w:val="OptionLine"/>
            </w:pPr>
            <w:r>
              <w:rPr>
                <w:sz w:val="16"/>
              </w:rPr>
              <w:t>C. 21</w:t>
            </w:r>
          </w:p>
          <w:p w14:paraId="48D5F01A" w14:textId="77777777" w:rsidR="004C6ABD" w:rsidRDefault="00F35368">
            <w:pPr>
              <w:pStyle w:val="OptionLine"/>
            </w:pPr>
            <w:r>
              <w:rPr>
                <w:sz w:val="16"/>
              </w:rPr>
              <w:t>D. 1</w:t>
            </w:r>
          </w:p>
          <w:p w14:paraId="5268EF5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1869E21" w14:textId="77777777">
        <w:trPr>
          <w:cantSplit/>
          <w:jc w:val="center"/>
        </w:trPr>
        <w:tc>
          <w:tcPr>
            <w:tcW w:w="5112" w:type="dxa"/>
          </w:tcPr>
          <w:p w14:paraId="659EBC1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3. What is the output of print('Com' + 'puter')?</w:t>
            </w:r>
          </w:p>
          <w:p w14:paraId="15A2403B" w14:textId="77777777" w:rsidR="004C6ABD" w:rsidRDefault="00F35368">
            <w:pPr>
              <w:pStyle w:val="OptionLine"/>
            </w:pPr>
            <w:r>
              <w:rPr>
                <w:sz w:val="16"/>
              </w:rPr>
              <w:t>A. Computer</w:t>
            </w:r>
          </w:p>
          <w:p w14:paraId="0C86DFAB" w14:textId="77777777" w:rsidR="004C6ABD" w:rsidRDefault="00F35368">
            <w:pPr>
              <w:pStyle w:val="OptionLine"/>
            </w:pPr>
            <w:r>
              <w:rPr>
                <w:sz w:val="16"/>
              </w:rPr>
              <w:t>B. Com+puter</w:t>
            </w:r>
          </w:p>
          <w:p w14:paraId="2D3F5A7F" w14:textId="77777777" w:rsidR="004C6ABD" w:rsidRDefault="00F35368">
            <w:pPr>
              <w:pStyle w:val="OptionLine"/>
            </w:pPr>
            <w:r>
              <w:rPr>
                <w:sz w:val="16"/>
              </w:rPr>
              <w:t>C. Error because strings cannot be joined</w:t>
            </w:r>
          </w:p>
          <w:p w14:paraId="727F7687" w14:textId="77777777" w:rsidR="004C6ABD" w:rsidRDefault="00F35368">
            <w:pPr>
              <w:pStyle w:val="OptionLine"/>
            </w:pPr>
            <w:r>
              <w:rPr>
                <w:sz w:val="16"/>
              </w:rPr>
              <w:t>D. Com puter</w:t>
            </w:r>
          </w:p>
          <w:p w14:paraId="1EF3025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BACBF3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23. A student writes about Boolean. Which statement would be correct?</w:t>
            </w:r>
          </w:p>
          <w:p w14:paraId="5D302FAA" w14:textId="77777777" w:rsidR="004C6ABD" w:rsidRDefault="00F35368">
            <w:pPr>
              <w:pStyle w:val="OptionLine"/>
            </w:pPr>
            <w:r>
              <w:rPr>
                <w:sz w:val="16"/>
              </w:rPr>
              <w:t>A. joining strings together</w:t>
            </w:r>
          </w:p>
          <w:p w14:paraId="1CA17DAD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value sent back by a function</w:t>
            </w:r>
          </w:p>
          <w:p w14:paraId="7A5F256B" w14:textId="77777777" w:rsidR="004C6ABD" w:rsidRDefault="00F35368">
            <w:pPr>
              <w:pStyle w:val="OptionLine"/>
            </w:pPr>
            <w:r>
              <w:rPr>
                <w:sz w:val="16"/>
              </w:rPr>
              <w:t>C. a data type that can store True or False</w:t>
            </w:r>
          </w:p>
          <w:p w14:paraId="2F2B7654" w14:textId="77777777" w:rsidR="004C6ABD" w:rsidRDefault="00F35368">
            <w:pPr>
              <w:pStyle w:val="OptionLine"/>
            </w:pPr>
            <w:r>
              <w:rPr>
                <w:sz w:val="16"/>
              </w:rPr>
              <w:t>D. a subprogram that returns a value</w:t>
            </w:r>
          </w:p>
          <w:p w14:paraId="3167431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5CE7C20" w14:textId="77777777">
        <w:trPr>
          <w:cantSplit/>
          <w:jc w:val="center"/>
        </w:trPr>
        <w:tc>
          <w:tcPr>
            <w:tcW w:w="5112" w:type="dxa"/>
          </w:tcPr>
          <w:p w14:paraId="046D35B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4. What is 31 MOD 10?</w:t>
            </w:r>
          </w:p>
          <w:p w14:paraId="6CB2DCF6" w14:textId="77777777" w:rsidR="004C6ABD" w:rsidRDefault="00F35368">
            <w:pPr>
              <w:pStyle w:val="OptionLine"/>
            </w:pPr>
            <w:r>
              <w:rPr>
                <w:sz w:val="16"/>
              </w:rPr>
              <w:t>A. 41</w:t>
            </w:r>
          </w:p>
          <w:p w14:paraId="24D3B2A5" w14:textId="77777777" w:rsidR="004C6ABD" w:rsidRDefault="00F35368">
            <w:pPr>
              <w:pStyle w:val="OptionLine"/>
            </w:pPr>
            <w:r>
              <w:rPr>
                <w:sz w:val="16"/>
              </w:rPr>
              <w:t>B. 21</w:t>
            </w:r>
          </w:p>
          <w:p w14:paraId="68791F5B" w14:textId="77777777" w:rsidR="004C6ABD" w:rsidRDefault="00F35368">
            <w:pPr>
              <w:pStyle w:val="OptionLine"/>
            </w:pPr>
            <w:r>
              <w:rPr>
                <w:sz w:val="16"/>
              </w:rPr>
              <w:t>C. 1</w:t>
            </w:r>
          </w:p>
          <w:p w14:paraId="09B4E7D7" w14:textId="77777777" w:rsidR="004C6ABD" w:rsidRDefault="00F35368">
            <w:pPr>
              <w:pStyle w:val="OptionLine"/>
            </w:pPr>
            <w:r>
              <w:rPr>
                <w:sz w:val="16"/>
              </w:rPr>
              <w:t>D. 3</w:t>
            </w:r>
          </w:p>
          <w:p w14:paraId="7C2EC74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9A07E2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24. A student writes about File read. Which statement would be correct?</w:t>
            </w:r>
          </w:p>
          <w:p w14:paraId="0D15A752" w14:textId="77777777" w:rsidR="004C6ABD" w:rsidRDefault="00F35368">
            <w:pPr>
              <w:pStyle w:val="OptionLine"/>
            </w:pPr>
            <w:r>
              <w:rPr>
                <w:sz w:val="16"/>
              </w:rPr>
              <w:t>A. a loop commonly used for count-controlled iteration</w:t>
            </w:r>
          </w:p>
          <w:p w14:paraId="12C0AAE4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file-handling operation that gets data from a file</w:t>
            </w:r>
          </w:p>
          <w:p w14:paraId="0468A5DA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file-handling operation that stores data in a file</w:t>
            </w:r>
          </w:p>
          <w:p w14:paraId="3DAF5870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value sent back by a function</w:t>
            </w:r>
          </w:p>
          <w:p w14:paraId="0AE09C0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FAAB4B3" w14:textId="77777777">
        <w:trPr>
          <w:cantSplit/>
          <w:jc w:val="center"/>
        </w:trPr>
        <w:tc>
          <w:tcPr>
            <w:tcW w:w="5112" w:type="dxa"/>
          </w:tcPr>
          <w:p w14:paraId="3D7CD1A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5. Which operation should be used before reading from a file?</w:t>
            </w:r>
          </w:p>
          <w:p w14:paraId="7884FC4A" w14:textId="77777777" w:rsidR="004C6ABD" w:rsidRDefault="00F35368">
            <w:pPr>
              <w:pStyle w:val="OptionLine"/>
            </w:pPr>
            <w:r>
              <w:rPr>
                <w:sz w:val="16"/>
              </w:rPr>
              <w:t>A. Delete the file</w:t>
            </w:r>
          </w:p>
          <w:p w14:paraId="20CF9B4B" w14:textId="77777777" w:rsidR="004C6ABD" w:rsidRDefault="00F35368">
            <w:pPr>
              <w:pStyle w:val="OptionLine"/>
            </w:pPr>
            <w:r>
              <w:rPr>
                <w:sz w:val="16"/>
              </w:rPr>
              <w:t>B. Close the file</w:t>
            </w:r>
          </w:p>
          <w:p w14:paraId="57856230" w14:textId="77777777" w:rsidR="004C6ABD" w:rsidRDefault="00F35368">
            <w:pPr>
              <w:pStyle w:val="OptionLine"/>
            </w:pPr>
            <w:r>
              <w:rPr>
                <w:sz w:val="16"/>
              </w:rPr>
              <w:t>C. Open the file</w:t>
            </w:r>
          </w:p>
          <w:p w14:paraId="3314B264" w14:textId="77777777" w:rsidR="004C6ABD" w:rsidRDefault="00F35368">
            <w:pPr>
              <w:pStyle w:val="OptionLine"/>
            </w:pPr>
            <w:r>
              <w:rPr>
                <w:sz w:val="16"/>
              </w:rPr>
              <w:t>D. Increase cache size</w:t>
            </w:r>
          </w:p>
          <w:p w14:paraId="3C0C6FD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42B1F7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25. A student writes about Input. Which statement would be correct?</w:t>
            </w:r>
          </w:p>
          <w:p w14:paraId="4563C179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file-handling operation that gets data from a file</w:t>
            </w:r>
          </w:p>
          <w:p w14:paraId="1F02083D" w14:textId="77777777" w:rsidR="004C6ABD" w:rsidRDefault="00F35368">
            <w:pPr>
              <w:pStyle w:val="OptionLine"/>
            </w:pPr>
            <w:r>
              <w:rPr>
                <w:sz w:val="16"/>
              </w:rPr>
              <w:t>B. data entered into a program</w:t>
            </w:r>
          </w:p>
          <w:p w14:paraId="2C02D85D" w14:textId="77777777" w:rsidR="004C6ABD" w:rsidRDefault="00F35368">
            <w:pPr>
              <w:pStyle w:val="OptionLine"/>
            </w:pPr>
            <w:r>
              <w:rPr>
                <w:sz w:val="16"/>
              </w:rPr>
              <w:t>C. an operator that returns the remainder after integer division</w:t>
            </w:r>
          </w:p>
          <w:p w14:paraId="04333737" w14:textId="77777777" w:rsidR="004C6ABD" w:rsidRDefault="00F35368">
            <w:pPr>
              <w:pStyle w:val="OptionLine"/>
            </w:pPr>
            <w:r>
              <w:rPr>
                <w:sz w:val="16"/>
              </w:rPr>
              <w:t>D. storing a value in a variable</w:t>
            </w:r>
          </w:p>
          <w:p w14:paraId="3BD9DAC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A913209" w14:textId="77777777">
        <w:trPr>
          <w:cantSplit/>
          <w:jc w:val="center"/>
        </w:trPr>
        <w:tc>
          <w:tcPr>
            <w:tcW w:w="5112" w:type="dxa"/>
          </w:tcPr>
          <w:p w14:paraId="42E2F78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6. What is 9 MOD 4?</w:t>
            </w:r>
          </w:p>
          <w:p w14:paraId="183F5209" w14:textId="77777777" w:rsidR="004C6ABD" w:rsidRDefault="00F35368">
            <w:pPr>
              <w:pStyle w:val="OptionLine"/>
            </w:pPr>
            <w:r>
              <w:rPr>
                <w:sz w:val="16"/>
              </w:rPr>
              <w:t>A. 5</w:t>
            </w:r>
          </w:p>
          <w:p w14:paraId="503AE222" w14:textId="77777777" w:rsidR="004C6ABD" w:rsidRDefault="00F35368">
            <w:pPr>
              <w:pStyle w:val="OptionLine"/>
            </w:pPr>
            <w:r>
              <w:rPr>
                <w:sz w:val="16"/>
              </w:rPr>
              <w:t>B. 13</w:t>
            </w:r>
          </w:p>
          <w:p w14:paraId="7E021B66" w14:textId="77777777" w:rsidR="004C6ABD" w:rsidRDefault="00F35368">
            <w:pPr>
              <w:pStyle w:val="OptionLine"/>
            </w:pPr>
            <w:r>
              <w:rPr>
                <w:sz w:val="16"/>
              </w:rPr>
              <w:t>C. 1</w:t>
            </w:r>
          </w:p>
          <w:p w14:paraId="31E20B38" w14:textId="77777777" w:rsidR="004C6ABD" w:rsidRDefault="00F35368">
            <w:pPr>
              <w:pStyle w:val="OptionLine"/>
            </w:pPr>
            <w:r>
              <w:rPr>
                <w:sz w:val="16"/>
              </w:rPr>
              <w:t>D. 2</w:t>
            </w:r>
          </w:p>
          <w:p w14:paraId="47D5443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BA7399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26. What is 31 DIV 10?</w:t>
            </w:r>
          </w:p>
          <w:p w14:paraId="39592B80" w14:textId="77777777" w:rsidR="004C6ABD" w:rsidRDefault="00F35368">
            <w:pPr>
              <w:pStyle w:val="OptionLine"/>
            </w:pPr>
            <w:r>
              <w:rPr>
                <w:sz w:val="16"/>
              </w:rPr>
              <w:t>A. 3</w:t>
            </w:r>
          </w:p>
          <w:p w14:paraId="2CE69894" w14:textId="77777777" w:rsidR="004C6ABD" w:rsidRDefault="00F35368">
            <w:pPr>
              <w:pStyle w:val="OptionLine"/>
            </w:pPr>
            <w:r>
              <w:rPr>
                <w:sz w:val="16"/>
              </w:rPr>
              <w:t>B. 1</w:t>
            </w:r>
          </w:p>
          <w:p w14:paraId="25783FC2" w14:textId="77777777" w:rsidR="004C6ABD" w:rsidRDefault="00F35368">
            <w:pPr>
              <w:pStyle w:val="OptionLine"/>
            </w:pPr>
            <w:r>
              <w:rPr>
                <w:sz w:val="16"/>
              </w:rPr>
              <w:t>C. 41</w:t>
            </w:r>
          </w:p>
          <w:p w14:paraId="1132AEBA" w14:textId="77777777" w:rsidR="004C6ABD" w:rsidRDefault="00F35368">
            <w:pPr>
              <w:pStyle w:val="OptionLine"/>
            </w:pPr>
            <w:r>
              <w:rPr>
                <w:sz w:val="16"/>
              </w:rPr>
              <w:t>D. 21</w:t>
            </w:r>
          </w:p>
          <w:p w14:paraId="6065C05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B8BDA78" w14:textId="77777777">
        <w:trPr>
          <w:cantSplit/>
          <w:jc w:val="center"/>
        </w:trPr>
        <w:tc>
          <w:tcPr>
            <w:tcW w:w="5112" w:type="dxa"/>
          </w:tcPr>
          <w:p w14:paraId="6F3947F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7. Which description correctly matches 1D array?</w:t>
            </w:r>
          </w:p>
          <w:p w14:paraId="038B3151" w14:textId="77777777" w:rsidR="004C6ABD" w:rsidRDefault="00F35368">
            <w:pPr>
              <w:pStyle w:val="OptionLine"/>
            </w:pPr>
            <w:r>
              <w:rPr>
                <w:sz w:val="16"/>
              </w:rPr>
              <w:t>A. a variable that can be accessed from different parts of a program</w:t>
            </w:r>
          </w:p>
          <w:p w14:paraId="0DEFAEB2" w14:textId="77777777" w:rsidR="004C6ABD" w:rsidRDefault="00F35368">
            <w:pPr>
              <w:pStyle w:val="OptionLine"/>
            </w:pPr>
            <w:r>
              <w:rPr>
                <w:sz w:val="16"/>
              </w:rPr>
              <w:t>B. a data type for numbers with decimal parts</w:t>
            </w:r>
          </w:p>
          <w:p w14:paraId="3F0D93F8" w14:textId="77777777" w:rsidR="004C6ABD" w:rsidRDefault="00F35368">
            <w:pPr>
              <w:pStyle w:val="OptionLine"/>
            </w:pPr>
            <w:r>
              <w:rPr>
                <w:sz w:val="16"/>
              </w:rPr>
              <w:t>C. an array organised as a single list</w:t>
            </w:r>
          </w:p>
          <w:p w14:paraId="06F25881" w14:textId="77777777" w:rsidR="004C6ABD" w:rsidRDefault="00F35368">
            <w:pPr>
              <w:pStyle w:val="OptionLine"/>
            </w:pPr>
            <w:r>
              <w:rPr>
                <w:sz w:val="16"/>
              </w:rPr>
              <w:t>D. data entered into a program</w:t>
            </w:r>
          </w:p>
          <w:p w14:paraId="1A3A045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EC4346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27. What is printed? score = 8; IF score &gt;= 10 THEN print('High') ELSE print('Low')</w:t>
            </w:r>
          </w:p>
          <w:p w14:paraId="081BF864" w14:textId="77777777" w:rsidR="004C6ABD" w:rsidRDefault="00F35368">
            <w:pPr>
              <w:pStyle w:val="OptionLine"/>
            </w:pPr>
            <w:r>
              <w:rPr>
                <w:sz w:val="16"/>
              </w:rPr>
              <w:t>A. 8</w:t>
            </w:r>
          </w:p>
          <w:p w14:paraId="3414D00C" w14:textId="77777777" w:rsidR="004C6ABD" w:rsidRDefault="00F35368">
            <w:pPr>
              <w:pStyle w:val="OptionLine"/>
            </w:pPr>
            <w:r>
              <w:rPr>
                <w:sz w:val="16"/>
              </w:rPr>
              <w:t>B. score</w:t>
            </w:r>
          </w:p>
          <w:p w14:paraId="1D7E2D49" w14:textId="77777777" w:rsidR="004C6ABD" w:rsidRDefault="00F35368">
            <w:pPr>
              <w:pStyle w:val="OptionLine"/>
            </w:pPr>
            <w:r>
              <w:rPr>
                <w:sz w:val="16"/>
              </w:rPr>
              <w:t>C. Low</w:t>
            </w:r>
          </w:p>
          <w:p w14:paraId="0C9C0398" w14:textId="77777777" w:rsidR="004C6ABD" w:rsidRDefault="00F35368">
            <w:pPr>
              <w:pStyle w:val="OptionLine"/>
            </w:pPr>
            <w:r>
              <w:rPr>
                <w:sz w:val="16"/>
              </w:rPr>
              <w:t>D. High</w:t>
            </w:r>
          </w:p>
          <w:p w14:paraId="584288E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763C128" w14:textId="77777777">
        <w:trPr>
          <w:cantSplit/>
          <w:jc w:val="center"/>
        </w:trPr>
        <w:tc>
          <w:tcPr>
            <w:tcW w:w="5112" w:type="dxa"/>
          </w:tcPr>
          <w:p w14:paraId="0F48F66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8. What is passed into a subprogram for it to use?</w:t>
            </w:r>
          </w:p>
          <w:p w14:paraId="7D227C5A" w14:textId="77777777" w:rsidR="004C6ABD" w:rsidRDefault="00F35368">
            <w:pPr>
              <w:pStyle w:val="OptionLine"/>
            </w:pPr>
            <w:r>
              <w:rPr>
                <w:sz w:val="16"/>
              </w:rPr>
              <w:t>A. Parameter</w:t>
            </w:r>
          </w:p>
          <w:p w14:paraId="2F0970D9" w14:textId="77777777" w:rsidR="004C6ABD" w:rsidRDefault="00F35368">
            <w:pPr>
              <w:pStyle w:val="OptionLine"/>
            </w:pPr>
            <w:r>
              <w:rPr>
                <w:sz w:val="16"/>
              </w:rPr>
              <w:t>B. Return value</w:t>
            </w:r>
          </w:p>
          <w:p w14:paraId="183AFAE5" w14:textId="77777777" w:rsidR="004C6ABD" w:rsidRDefault="00F35368">
            <w:pPr>
              <w:pStyle w:val="OptionLine"/>
            </w:pPr>
            <w:r>
              <w:rPr>
                <w:sz w:val="16"/>
              </w:rPr>
              <w:t>C. Clock speed</w:t>
            </w:r>
          </w:p>
          <w:p w14:paraId="29B7D04D" w14:textId="77777777" w:rsidR="004C6ABD" w:rsidRDefault="00F35368">
            <w:pPr>
              <w:pStyle w:val="OptionLine"/>
            </w:pPr>
            <w:r>
              <w:rPr>
                <w:sz w:val="16"/>
              </w:rPr>
              <w:t>D. File extension</w:t>
            </w:r>
          </w:p>
          <w:p w14:paraId="0BBEDAC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3DC2F6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28. Which term best matches this description: an operator such as AND, OR or NOT used with Boolean values</w:t>
            </w:r>
          </w:p>
          <w:p w14:paraId="211463B5" w14:textId="77777777" w:rsidR="004C6ABD" w:rsidRDefault="00F35368">
            <w:pPr>
              <w:pStyle w:val="OptionLine"/>
            </w:pPr>
            <w:r>
              <w:rPr>
                <w:sz w:val="16"/>
              </w:rPr>
              <w:t>A. Boolean operator</w:t>
            </w:r>
          </w:p>
          <w:p w14:paraId="2641DAF1" w14:textId="77777777" w:rsidR="004C6ABD" w:rsidRDefault="00F35368">
            <w:pPr>
              <w:pStyle w:val="OptionLine"/>
            </w:pPr>
            <w:r>
              <w:rPr>
                <w:sz w:val="16"/>
              </w:rPr>
              <w:t>B. String length</w:t>
            </w:r>
          </w:p>
          <w:p w14:paraId="47790E44" w14:textId="77777777" w:rsidR="004C6ABD" w:rsidRDefault="00F35368">
            <w:pPr>
              <w:pStyle w:val="OptionLine"/>
            </w:pPr>
            <w:r>
              <w:rPr>
                <w:sz w:val="16"/>
              </w:rPr>
              <w:t>C. FOR loop</w:t>
            </w:r>
          </w:p>
          <w:p w14:paraId="0A2521D2" w14:textId="77777777" w:rsidR="004C6ABD" w:rsidRDefault="00F35368">
            <w:pPr>
              <w:pStyle w:val="OptionLine"/>
            </w:pPr>
            <w:r>
              <w:rPr>
                <w:sz w:val="16"/>
              </w:rPr>
              <w:t>D. File read</w:t>
            </w:r>
          </w:p>
          <w:p w14:paraId="4D8F23F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7794A3C" w14:textId="77777777">
        <w:trPr>
          <w:cantSplit/>
          <w:jc w:val="center"/>
        </w:trPr>
        <w:tc>
          <w:tcPr>
            <w:tcW w:w="5112" w:type="dxa"/>
          </w:tcPr>
          <w:p w14:paraId="18F5C9C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9. Which description correctly matches MOD?</w:t>
            </w:r>
          </w:p>
          <w:p w14:paraId="284A1A74" w14:textId="77777777" w:rsidR="004C6ABD" w:rsidRDefault="00F35368">
            <w:pPr>
              <w:pStyle w:val="OptionLine"/>
            </w:pPr>
            <w:r>
              <w:rPr>
                <w:sz w:val="16"/>
              </w:rPr>
              <w:t>A. joining strings together</w:t>
            </w:r>
          </w:p>
          <w:p w14:paraId="3DE59B19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file-handling operation that makes a file available to read or write</w:t>
            </w:r>
          </w:p>
          <w:p w14:paraId="2C7BE872" w14:textId="77777777" w:rsidR="004C6ABD" w:rsidRDefault="00F35368">
            <w:pPr>
              <w:pStyle w:val="OptionLine"/>
            </w:pPr>
            <w:r>
              <w:rPr>
                <w:sz w:val="16"/>
              </w:rPr>
              <w:t>C. a loop controlled by a Boolean condition</w:t>
            </w:r>
          </w:p>
          <w:p w14:paraId="28913981" w14:textId="77777777" w:rsidR="004C6ABD" w:rsidRDefault="00F35368">
            <w:pPr>
              <w:pStyle w:val="OptionLine"/>
            </w:pPr>
            <w:r>
              <w:rPr>
                <w:sz w:val="16"/>
              </w:rPr>
              <w:t>D. an operator that returns the remainder after integer division</w:t>
            </w:r>
          </w:p>
          <w:p w14:paraId="6657C66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06354A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29. Which description correctly matches String length?</w:t>
            </w:r>
          </w:p>
          <w:p w14:paraId="0DB27DF5" w14:textId="77777777" w:rsidR="004C6ABD" w:rsidRDefault="00F35368">
            <w:pPr>
              <w:pStyle w:val="OptionLine"/>
            </w:pPr>
            <w:r>
              <w:rPr>
                <w:sz w:val="16"/>
              </w:rPr>
              <w:t>A. data produced by a program</w:t>
            </w:r>
          </w:p>
          <w:p w14:paraId="1396CED6" w14:textId="77777777" w:rsidR="004C6ABD" w:rsidRDefault="00F35368">
            <w:pPr>
              <w:pStyle w:val="OptionLine"/>
            </w:pPr>
            <w:r>
              <w:rPr>
                <w:sz w:val="16"/>
              </w:rPr>
              <w:t>B. raising a number to a power</w:t>
            </w:r>
          </w:p>
          <w:p w14:paraId="1B89AF60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number of characters in a string</w:t>
            </w:r>
          </w:p>
          <w:p w14:paraId="0C19C23B" w14:textId="77777777" w:rsidR="004C6ABD" w:rsidRDefault="00F35368">
            <w:pPr>
              <w:pStyle w:val="OptionLine"/>
            </w:pPr>
            <w:r>
              <w:rPr>
                <w:sz w:val="16"/>
              </w:rPr>
              <w:t>D. an operator that returns the remainder after integer division</w:t>
            </w:r>
          </w:p>
          <w:p w14:paraId="533D086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5D3912C" w14:textId="77777777">
        <w:trPr>
          <w:cantSplit/>
          <w:jc w:val="center"/>
        </w:trPr>
        <w:tc>
          <w:tcPr>
            <w:tcW w:w="5112" w:type="dxa"/>
          </w:tcPr>
          <w:p w14:paraId="3321DDA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10. Which term best matches this description: a named memory location whose value can change while a program runs</w:t>
            </w:r>
          </w:p>
          <w:p w14:paraId="354215AF" w14:textId="77777777" w:rsidR="004C6ABD" w:rsidRDefault="00F35368">
            <w:pPr>
              <w:pStyle w:val="OptionLine"/>
            </w:pPr>
            <w:r>
              <w:rPr>
                <w:sz w:val="16"/>
              </w:rPr>
              <w:t>A. Comparison operator</w:t>
            </w:r>
          </w:p>
          <w:p w14:paraId="43469A43" w14:textId="77777777" w:rsidR="004C6ABD" w:rsidRDefault="00F35368">
            <w:pPr>
              <w:pStyle w:val="OptionLine"/>
            </w:pPr>
            <w:r>
              <w:rPr>
                <w:sz w:val="16"/>
              </w:rPr>
              <w:t>B. Sequence</w:t>
            </w:r>
          </w:p>
          <w:p w14:paraId="0698E551" w14:textId="77777777" w:rsidR="004C6ABD" w:rsidRDefault="00F35368">
            <w:pPr>
              <w:pStyle w:val="OptionLine"/>
            </w:pPr>
            <w:r>
              <w:rPr>
                <w:sz w:val="16"/>
              </w:rPr>
              <w:t>C. Variable</w:t>
            </w:r>
          </w:p>
          <w:p w14:paraId="32A21A43" w14:textId="77777777" w:rsidR="004C6ABD" w:rsidRDefault="00F35368">
            <w:pPr>
              <w:pStyle w:val="OptionLine"/>
            </w:pPr>
            <w:r>
              <w:rPr>
                <w:sz w:val="16"/>
              </w:rPr>
              <w:t>D. FOR loop</w:t>
            </w:r>
          </w:p>
          <w:p w14:paraId="0FD63AE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89EA37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30. Which description correctly matches Output?</w:t>
            </w:r>
          </w:p>
          <w:p w14:paraId="68F19CCA" w14:textId="77777777" w:rsidR="004C6ABD" w:rsidRDefault="00F35368">
            <w:pPr>
              <w:pStyle w:val="OptionLine"/>
            </w:pPr>
            <w:r>
              <w:rPr>
                <w:sz w:val="16"/>
              </w:rPr>
              <w:t>A. data produced by a program</w:t>
            </w:r>
          </w:p>
          <w:p w14:paraId="1818D0B2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file-handling operation that stores data in a file</w:t>
            </w:r>
          </w:p>
          <w:p w14:paraId="0B0AF1F1" w14:textId="77777777" w:rsidR="004C6ABD" w:rsidRDefault="00F35368">
            <w:pPr>
              <w:pStyle w:val="OptionLine"/>
            </w:pPr>
            <w:r>
              <w:rPr>
                <w:sz w:val="16"/>
              </w:rPr>
              <w:t>C. an operator used for calculations such as +, -, *, /, DIV, MOD or ^</w:t>
            </w:r>
          </w:p>
          <w:p w14:paraId="3DF063A6" w14:textId="77777777" w:rsidR="004C6ABD" w:rsidRDefault="00F35368">
            <w:pPr>
              <w:pStyle w:val="OptionLine"/>
            </w:pPr>
            <w:r>
              <w:rPr>
                <w:sz w:val="16"/>
              </w:rPr>
              <w:t>D. integer division that returns the whole-number quotient</w:t>
            </w:r>
          </w:p>
          <w:p w14:paraId="4A2B9A8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D9888F3" w14:textId="77777777">
        <w:trPr>
          <w:cantSplit/>
          <w:jc w:val="center"/>
        </w:trPr>
        <w:tc>
          <w:tcPr>
            <w:tcW w:w="5112" w:type="dxa"/>
          </w:tcPr>
          <w:p w14:paraId="207508F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11. Which data type is most suitable for the value 3.75?</w:t>
            </w:r>
          </w:p>
          <w:p w14:paraId="44E4FC16" w14:textId="77777777" w:rsidR="004C6ABD" w:rsidRDefault="00F35368">
            <w:pPr>
              <w:pStyle w:val="OptionLine"/>
            </w:pPr>
            <w:r>
              <w:rPr>
                <w:sz w:val="16"/>
              </w:rPr>
              <w:t>A. Integer</w:t>
            </w:r>
          </w:p>
          <w:p w14:paraId="1FA7BF78" w14:textId="77777777" w:rsidR="004C6ABD" w:rsidRDefault="00F35368">
            <w:pPr>
              <w:pStyle w:val="OptionLine"/>
            </w:pPr>
            <w:r>
              <w:rPr>
                <w:sz w:val="16"/>
              </w:rPr>
              <w:t>B. Character</w:t>
            </w:r>
          </w:p>
          <w:p w14:paraId="01693285" w14:textId="77777777" w:rsidR="004C6ABD" w:rsidRDefault="00F35368">
            <w:pPr>
              <w:pStyle w:val="OptionLine"/>
            </w:pPr>
            <w:r>
              <w:rPr>
                <w:sz w:val="16"/>
              </w:rPr>
              <w:t>C. Boolean</w:t>
            </w:r>
          </w:p>
          <w:p w14:paraId="3BC3B637" w14:textId="77777777" w:rsidR="004C6ABD" w:rsidRDefault="00F35368">
            <w:pPr>
              <w:pStyle w:val="OptionLine"/>
            </w:pPr>
            <w:r>
              <w:rPr>
                <w:sz w:val="16"/>
              </w:rPr>
              <w:t>D. Real</w:t>
            </w:r>
          </w:p>
          <w:p w14:paraId="5E3221A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442593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31. Which term best matches this description: a loop that repeats while a condition is true</w:t>
            </w:r>
          </w:p>
          <w:p w14:paraId="40656062" w14:textId="77777777" w:rsidR="004C6ABD" w:rsidRDefault="00F35368">
            <w:pPr>
              <w:pStyle w:val="OptionLine"/>
            </w:pPr>
            <w:r>
              <w:rPr>
                <w:sz w:val="16"/>
              </w:rPr>
              <w:t>A. Index</w:t>
            </w:r>
          </w:p>
          <w:p w14:paraId="0C2F5B6F" w14:textId="77777777" w:rsidR="004C6ABD" w:rsidRDefault="00F35368">
            <w:pPr>
              <w:pStyle w:val="OptionLine"/>
            </w:pPr>
            <w:r>
              <w:rPr>
                <w:sz w:val="16"/>
              </w:rPr>
              <w:t>B. Concatenation</w:t>
            </w:r>
          </w:p>
          <w:p w14:paraId="0FD35DE9" w14:textId="77777777" w:rsidR="004C6ABD" w:rsidRDefault="00F35368">
            <w:pPr>
              <w:pStyle w:val="OptionLine"/>
            </w:pPr>
            <w:r>
              <w:rPr>
                <w:sz w:val="16"/>
              </w:rPr>
              <w:t>C. WHILE loop</w:t>
            </w:r>
          </w:p>
          <w:p w14:paraId="3AC66A0B" w14:textId="77777777" w:rsidR="004C6ABD" w:rsidRDefault="00F35368">
            <w:pPr>
              <w:pStyle w:val="OptionLine"/>
            </w:pPr>
            <w:r>
              <w:rPr>
                <w:sz w:val="16"/>
              </w:rPr>
              <w:t>D. Procedure</w:t>
            </w:r>
          </w:p>
          <w:p w14:paraId="68DEFCE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7024B68" w14:textId="77777777">
        <w:trPr>
          <w:cantSplit/>
          <w:jc w:val="center"/>
        </w:trPr>
        <w:tc>
          <w:tcPr>
            <w:tcW w:w="5112" w:type="dxa"/>
          </w:tcPr>
          <w:p w14:paraId="6FCAAF1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12. What is 5 DIV 8?</w:t>
            </w:r>
          </w:p>
          <w:p w14:paraId="4DACC766" w14:textId="77777777" w:rsidR="004C6ABD" w:rsidRDefault="00F35368">
            <w:pPr>
              <w:pStyle w:val="OptionLine"/>
            </w:pPr>
            <w:r>
              <w:rPr>
                <w:sz w:val="16"/>
              </w:rPr>
              <w:t>A. -3</w:t>
            </w:r>
          </w:p>
          <w:p w14:paraId="786A6234" w14:textId="77777777" w:rsidR="004C6ABD" w:rsidRDefault="00F35368">
            <w:pPr>
              <w:pStyle w:val="OptionLine"/>
            </w:pPr>
            <w:r>
              <w:rPr>
                <w:sz w:val="16"/>
              </w:rPr>
              <w:t>B. 0</w:t>
            </w:r>
          </w:p>
          <w:p w14:paraId="2446500A" w14:textId="77777777" w:rsidR="004C6ABD" w:rsidRDefault="00F35368">
            <w:pPr>
              <w:pStyle w:val="OptionLine"/>
            </w:pPr>
            <w:r>
              <w:rPr>
                <w:sz w:val="16"/>
              </w:rPr>
              <w:t>C. 5</w:t>
            </w:r>
          </w:p>
          <w:p w14:paraId="38795FE2" w14:textId="77777777" w:rsidR="004C6ABD" w:rsidRDefault="00F35368">
            <w:pPr>
              <w:pStyle w:val="OptionLine"/>
            </w:pPr>
            <w:r>
              <w:rPr>
                <w:sz w:val="16"/>
              </w:rPr>
              <w:t>D. 13</w:t>
            </w:r>
          </w:p>
          <w:p w14:paraId="2360292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B18BFE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32. A student writes about Count-controlled loop. Which statement would be correct?</w:t>
            </w:r>
          </w:p>
          <w:p w14:paraId="3F85B902" w14:textId="77777777" w:rsidR="004C6ABD" w:rsidRDefault="00F35368">
            <w:pPr>
              <w:pStyle w:val="OptionLine"/>
            </w:pPr>
            <w:r>
              <w:rPr>
                <w:sz w:val="16"/>
              </w:rPr>
              <w:t>A. a data type for a sequence of characters</w:t>
            </w:r>
          </w:p>
          <w:p w14:paraId="08176A41" w14:textId="77777777" w:rsidR="004C6ABD" w:rsidRDefault="00F35368">
            <w:pPr>
              <w:pStyle w:val="OptionLine"/>
            </w:pPr>
            <w:r>
              <w:rPr>
                <w:sz w:val="16"/>
              </w:rPr>
              <w:t>B. a loop that repeats a known number of times</w:t>
            </w:r>
          </w:p>
          <w:p w14:paraId="05540201" w14:textId="77777777" w:rsidR="004C6ABD" w:rsidRDefault="00F35368">
            <w:pPr>
              <w:pStyle w:val="OptionLine"/>
            </w:pPr>
            <w:r>
              <w:rPr>
                <w:sz w:val="16"/>
              </w:rPr>
              <w:t>C. a variable that can be accessed from different parts of a program</w:t>
            </w:r>
          </w:p>
          <w:p w14:paraId="02DD914C" w14:textId="77777777" w:rsidR="004C6ABD" w:rsidRDefault="00F35368">
            <w:pPr>
              <w:pStyle w:val="OptionLine"/>
            </w:pPr>
            <w:r>
              <w:rPr>
                <w:sz w:val="16"/>
              </w:rPr>
              <w:t>D. data produced by a program</w:t>
            </w:r>
          </w:p>
          <w:p w14:paraId="091BB52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05A3324" w14:textId="77777777">
        <w:trPr>
          <w:cantSplit/>
          <w:jc w:val="center"/>
        </w:trPr>
        <w:tc>
          <w:tcPr>
            <w:tcW w:w="5112" w:type="dxa"/>
          </w:tcPr>
          <w:p w14:paraId="7E1386E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13. A student writes about Selection. Which statement would be correct?</w:t>
            </w:r>
          </w:p>
          <w:p w14:paraId="4E2B03FE" w14:textId="77777777" w:rsidR="004C6ABD" w:rsidRDefault="00F35368">
            <w:pPr>
              <w:pStyle w:val="OptionLine"/>
            </w:pPr>
            <w:r>
              <w:rPr>
                <w:sz w:val="16"/>
              </w:rPr>
              <w:t>A. a loop that repeats a known number of times</w:t>
            </w:r>
          </w:p>
          <w:p w14:paraId="63450382" w14:textId="77777777" w:rsidR="004C6ABD" w:rsidRDefault="00F35368">
            <w:pPr>
              <w:pStyle w:val="OptionLine"/>
            </w:pPr>
            <w:r>
              <w:rPr>
                <w:sz w:val="16"/>
              </w:rPr>
              <w:t>B. a loop that repeats while a condition is true</w:t>
            </w:r>
          </w:p>
          <w:p w14:paraId="69A48311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file-handling operation that stores data in a file</w:t>
            </w:r>
          </w:p>
          <w:p w14:paraId="67451224" w14:textId="77777777" w:rsidR="004C6ABD" w:rsidRDefault="00F35368">
            <w:pPr>
              <w:pStyle w:val="OptionLine"/>
            </w:pPr>
            <w:r>
              <w:rPr>
                <w:sz w:val="16"/>
              </w:rPr>
              <w:t>D. a programming construct that chooses between paths using a condition</w:t>
            </w:r>
          </w:p>
          <w:p w14:paraId="5FD5EFA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D57CE2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33. Which term best matches this description: an array organised as a single list</w:t>
            </w:r>
          </w:p>
          <w:p w14:paraId="1C8DA5DC" w14:textId="77777777" w:rsidR="004C6ABD" w:rsidRDefault="00F35368">
            <w:pPr>
              <w:pStyle w:val="OptionLine"/>
            </w:pPr>
            <w:r>
              <w:rPr>
                <w:sz w:val="16"/>
              </w:rPr>
              <w:t>A. Array</w:t>
            </w:r>
          </w:p>
          <w:p w14:paraId="0120B906" w14:textId="77777777" w:rsidR="004C6ABD" w:rsidRDefault="00F35368">
            <w:pPr>
              <w:pStyle w:val="OptionLine"/>
            </w:pPr>
            <w:r>
              <w:rPr>
                <w:sz w:val="16"/>
              </w:rPr>
              <w:t>B. Condition-controlled loop</w:t>
            </w:r>
          </w:p>
          <w:p w14:paraId="5F66D553" w14:textId="77777777" w:rsidR="004C6ABD" w:rsidRDefault="00F35368">
            <w:pPr>
              <w:pStyle w:val="OptionLine"/>
            </w:pPr>
            <w:r>
              <w:rPr>
                <w:sz w:val="16"/>
              </w:rPr>
              <w:t>C. 1D array</w:t>
            </w:r>
          </w:p>
          <w:p w14:paraId="0712A933" w14:textId="77777777" w:rsidR="004C6ABD" w:rsidRDefault="00F35368">
            <w:pPr>
              <w:pStyle w:val="OptionLine"/>
            </w:pPr>
            <w:r>
              <w:rPr>
                <w:sz w:val="16"/>
              </w:rPr>
              <w:t>D. Real</w:t>
            </w:r>
          </w:p>
          <w:p w14:paraId="71F1B28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4457E3E" w14:textId="77777777">
        <w:trPr>
          <w:cantSplit/>
          <w:jc w:val="center"/>
        </w:trPr>
        <w:tc>
          <w:tcPr>
            <w:tcW w:w="5112" w:type="dxa"/>
          </w:tcPr>
          <w:p w14:paraId="7F68C71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14. If name = 'Ada', what is name.length?</w:t>
            </w:r>
          </w:p>
          <w:p w14:paraId="71AB97F9" w14:textId="77777777" w:rsidR="004C6ABD" w:rsidRDefault="00F35368">
            <w:pPr>
              <w:pStyle w:val="OptionLine"/>
            </w:pPr>
            <w:r>
              <w:rPr>
                <w:sz w:val="16"/>
              </w:rPr>
              <w:t>A. 3</w:t>
            </w:r>
          </w:p>
          <w:p w14:paraId="5EF20FC9" w14:textId="77777777" w:rsidR="004C6ABD" w:rsidRDefault="00F35368">
            <w:pPr>
              <w:pStyle w:val="OptionLine"/>
            </w:pPr>
            <w:r>
              <w:rPr>
                <w:sz w:val="16"/>
              </w:rPr>
              <w:t>B. 4</w:t>
            </w:r>
          </w:p>
          <w:p w14:paraId="07547441" w14:textId="77777777" w:rsidR="004C6ABD" w:rsidRDefault="00F35368">
            <w:pPr>
              <w:pStyle w:val="OptionLine"/>
            </w:pPr>
            <w:r>
              <w:rPr>
                <w:sz w:val="16"/>
              </w:rPr>
              <w:t>C. 2</w:t>
            </w:r>
          </w:p>
          <w:p w14:paraId="4DFC9A1C" w14:textId="77777777" w:rsidR="004C6ABD" w:rsidRDefault="00F35368">
            <w:pPr>
              <w:pStyle w:val="OptionLine"/>
            </w:pPr>
            <w:r>
              <w:rPr>
                <w:sz w:val="16"/>
              </w:rPr>
              <w:t>D. Ada</w:t>
            </w:r>
          </w:p>
          <w:p w14:paraId="6EB0FC5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6CE4D9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34. Which term best matches this description: a data type for numbers with decimal parts</w:t>
            </w:r>
          </w:p>
          <w:p w14:paraId="03841AA4" w14:textId="77777777" w:rsidR="004C6ABD" w:rsidRDefault="00F35368">
            <w:pPr>
              <w:pStyle w:val="OptionLine"/>
            </w:pPr>
            <w:r>
              <w:rPr>
                <w:sz w:val="16"/>
              </w:rPr>
              <w:t>A. Index</w:t>
            </w:r>
          </w:p>
          <w:p w14:paraId="7DFEA532" w14:textId="77777777" w:rsidR="004C6ABD" w:rsidRDefault="00F35368">
            <w:pPr>
              <w:pStyle w:val="OptionLine"/>
            </w:pPr>
            <w:r>
              <w:rPr>
                <w:sz w:val="16"/>
              </w:rPr>
              <w:t>B. Sequence</w:t>
            </w:r>
          </w:p>
          <w:p w14:paraId="2D146208" w14:textId="77777777" w:rsidR="004C6ABD" w:rsidRDefault="00F35368">
            <w:pPr>
              <w:pStyle w:val="OptionLine"/>
            </w:pPr>
            <w:r>
              <w:rPr>
                <w:sz w:val="16"/>
              </w:rPr>
              <w:t>C. Real</w:t>
            </w:r>
          </w:p>
          <w:p w14:paraId="020191EB" w14:textId="77777777" w:rsidR="004C6ABD" w:rsidRDefault="00F35368">
            <w:pPr>
              <w:pStyle w:val="OptionLine"/>
            </w:pPr>
            <w:r>
              <w:rPr>
                <w:sz w:val="16"/>
              </w:rPr>
              <w:t>D. Constant</w:t>
            </w:r>
          </w:p>
          <w:p w14:paraId="1147A30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9B509C1" w14:textId="77777777">
        <w:trPr>
          <w:cantSplit/>
          <w:jc w:val="center"/>
        </w:trPr>
        <w:tc>
          <w:tcPr>
            <w:tcW w:w="5112" w:type="dxa"/>
          </w:tcPr>
          <w:p w14:paraId="7908B3F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15. Which term best matches this description: a variable that exists only inside a particular subprogram</w:t>
            </w:r>
          </w:p>
          <w:p w14:paraId="5DECE159" w14:textId="77777777" w:rsidR="004C6ABD" w:rsidRDefault="00F35368">
            <w:pPr>
              <w:pStyle w:val="OptionLine"/>
            </w:pPr>
            <w:r>
              <w:rPr>
                <w:sz w:val="16"/>
              </w:rPr>
              <w:t>A. Index</w:t>
            </w:r>
          </w:p>
          <w:p w14:paraId="638DEC45" w14:textId="77777777" w:rsidR="004C6ABD" w:rsidRDefault="00F35368">
            <w:pPr>
              <w:pStyle w:val="OptionLine"/>
            </w:pPr>
            <w:r>
              <w:rPr>
                <w:sz w:val="16"/>
              </w:rPr>
              <w:t>B. Local variable</w:t>
            </w:r>
          </w:p>
          <w:p w14:paraId="56AE0435" w14:textId="77777777" w:rsidR="004C6ABD" w:rsidRDefault="00F35368">
            <w:pPr>
              <w:pStyle w:val="OptionLine"/>
            </w:pPr>
            <w:r>
              <w:rPr>
                <w:sz w:val="16"/>
              </w:rPr>
              <w:t>C. Function</w:t>
            </w:r>
          </w:p>
          <w:p w14:paraId="6CE449BB" w14:textId="77777777" w:rsidR="004C6ABD" w:rsidRDefault="00F35368">
            <w:pPr>
              <w:pStyle w:val="OptionLine"/>
            </w:pPr>
            <w:r>
              <w:rPr>
                <w:sz w:val="16"/>
              </w:rPr>
              <w:t>D. Procedure</w:t>
            </w:r>
          </w:p>
          <w:p w14:paraId="0CED7B0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D958B3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35. What is the result of 2 ^ 3?</w:t>
            </w:r>
          </w:p>
          <w:p w14:paraId="3D09B3DD" w14:textId="77777777" w:rsidR="004C6ABD" w:rsidRDefault="00F35368">
            <w:pPr>
              <w:pStyle w:val="OptionLine"/>
            </w:pPr>
            <w:r>
              <w:rPr>
                <w:sz w:val="16"/>
              </w:rPr>
              <w:t>A. 6</w:t>
            </w:r>
          </w:p>
          <w:p w14:paraId="3845EFB1" w14:textId="77777777" w:rsidR="004C6ABD" w:rsidRDefault="00F35368">
            <w:pPr>
              <w:pStyle w:val="OptionLine"/>
            </w:pPr>
            <w:r>
              <w:rPr>
                <w:sz w:val="16"/>
              </w:rPr>
              <w:t>B. 8</w:t>
            </w:r>
          </w:p>
          <w:p w14:paraId="6E091AEF" w14:textId="77777777" w:rsidR="004C6ABD" w:rsidRDefault="00F35368">
            <w:pPr>
              <w:pStyle w:val="OptionLine"/>
            </w:pPr>
            <w:r>
              <w:rPr>
                <w:sz w:val="16"/>
              </w:rPr>
              <w:t>C. 9</w:t>
            </w:r>
          </w:p>
          <w:p w14:paraId="6E5B4785" w14:textId="77777777" w:rsidR="004C6ABD" w:rsidRDefault="00F35368">
            <w:pPr>
              <w:pStyle w:val="OptionLine"/>
            </w:pPr>
            <w:r>
              <w:rPr>
                <w:sz w:val="16"/>
              </w:rPr>
              <w:t>D. 5</w:t>
            </w:r>
          </w:p>
          <w:p w14:paraId="3ED3AD8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49D485A" w14:textId="77777777">
        <w:trPr>
          <w:cantSplit/>
          <w:jc w:val="center"/>
        </w:trPr>
        <w:tc>
          <w:tcPr>
            <w:tcW w:w="5112" w:type="dxa"/>
          </w:tcPr>
          <w:p w14:paraId="114418A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16. Which term best matches this description: a subprogram that performs a task but does not return a value</w:t>
            </w:r>
          </w:p>
          <w:p w14:paraId="7C730CA4" w14:textId="77777777" w:rsidR="004C6ABD" w:rsidRDefault="00F35368">
            <w:pPr>
              <w:pStyle w:val="OptionLine"/>
            </w:pPr>
            <w:r>
              <w:rPr>
                <w:sz w:val="16"/>
              </w:rPr>
              <w:t>A. Exponentiation</w:t>
            </w:r>
          </w:p>
          <w:p w14:paraId="64B8FC71" w14:textId="77777777" w:rsidR="004C6ABD" w:rsidRDefault="00F35368">
            <w:pPr>
              <w:pStyle w:val="OptionLine"/>
            </w:pPr>
            <w:r>
              <w:rPr>
                <w:sz w:val="16"/>
              </w:rPr>
              <w:t>B. Procedure</w:t>
            </w:r>
          </w:p>
          <w:p w14:paraId="27B96779" w14:textId="77777777" w:rsidR="004C6ABD" w:rsidRDefault="00F35368">
            <w:pPr>
              <w:pStyle w:val="OptionLine"/>
            </w:pPr>
            <w:r>
              <w:rPr>
                <w:sz w:val="16"/>
              </w:rPr>
              <w:t>C. File close</w:t>
            </w:r>
          </w:p>
          <w:p w14:paraId="0EC3606E" w14:textId="77777777" w:rsidR="004C6ABD" w:rsidRDefault="00F35368">
            <w:pPr>
              <w:pStyle w:val="OptionLine"/>
            </w:pPr>
            <w:r>
              <w:rPr>
                <w:sz w:val="16"/>
              </w:rPr>
              <w:t>D. WHILE loop</w:t>
            </w:r>
          </w:p>
          <w:p w14:paraId="78571CC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0F7B65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36. Which term best matches this description: integer division that returns the whole-number quotient</w:t>
            </w:r>
          </w:p>
          <w:p w14:paraId="7A1AFC59" w14:textId="77777777" w:rsidR="004C6ABD" w:rsidRDefault="00F35368">
            <w:pPr>
              <w:pStyle w:val="OptionLine"/>
            </w:pPr>
            <w:r>
              <w:rPr>
                <w:sz w:val="16"/>
              </w:rPr>
              <w:t>A. Character</w:t>
            </w:r>
          </w:p>
          <w:p w14:paraId="784FCCE1" w14:textId="77777777" w:rsidR="004C6ABD" w:rsidRDefault="00F35368">
            <w:pPr>
              <w:pStyle w:val="OptionLine"/>
            </w:pPr>
            <w:r>
              <w:rPr>
                <w:sz w:val="16"/>
              </w:rPr>
              <w:t>B. 2D array</w:t>
            </w:r>
          </w:p>
          <w:p w14:paraId="2873B8F8" w14:textId="77777777" w:rsidR="004C6ABD" w:rsidRDefault="00F35368">
            <w:pPr>
              <w:pStyle w:val="OptionLine"/>
            </w:pPr>
            <w:r>
              <w:rPr>
                <w:sz w:val="16"/>
              </w:rPr>
              <w:t>C. Exponentiation</w:t>
            </w:r>
          </w:p>
          <w:p w14:paraId="7A8BC4DA" w14:textId="77777777" w:rsidR="004C6ABD" w:rsidRDefault="00F35368">
            <w:pPr>
              <w:pStyle w:val="OptionLine"/>
            </w:pPr>
            <w:r>
              <w:rPr>
                <w:sz w:val="16"/>
              </w:rPr>
              <w:t>D. DIV</w:t>
            </w:r>
          </w:p>
          <w:p w14:paraId="5F0BD95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1A352DB" w14:textId="77777777">
        <w:trPr>
          <w:cantSplit/>
          <w:jc w:val="center"/>
        </w:trPr>
        <w:tc>
          <w:tcPr>
            <w:tcW w:w="5112" w:type="dxa"/>
          </w:tcPr>
          <w:p w14:paraId="00ED809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17. What is 25 MOD 4?</w:t>
            </w:r>
          </w:p>
          <w:p w14:paraId="3269BBF3" w14:textId="77777777" w:rsidR="004C6ABD" w:rsidRDefault="00F35368">
            <w:pPr>
              <w:pStyle w:val="OptionLine"/>
            </w:pPr>
            <w:r>
              <w:rPr>
                <w:sz w:val="16"/>
              </w:rPr>
              <w:t>A. 6</w:t>
            </w:r>
          </w:p>
          <w:p w14:paraId="1D5C367E" w14:textId="77777777" w:rsidR="004C6ABD" w:rsidRDefault="00F35368">
            <w:pPr>
              <w:pStyle w:val="OptionLine"/>
            </w:pPr>
            <w:r>
              <w:rPr>
                <w:sz w:val="16"/>
              </w:rPr>
              <w:t>B. 21</w:t>
            </w:r>
          </w:p>
          <w:p w14:paraId="75A33D40" w14:textId="77777777" w:rsidR="004C6ABD" w:rsidRDefault="00F35368">
            <w:pPr>
              <w:pStyle w:val="OptionLine"/>
            </w:pPr>
            <w:r>
              <w:rPr>
                <w:sz w:val="16"/>
              </w:rPr>
              <w:t>C. 29</w:t>
            </w:r>
          </w:p>
          <w:p w14:paraId="1271AEA9" w14:textId="77777777" w:rsidR="004C6ABD" w:rsidRDefault="00F35368">
            <w:pPr>
              <w:pStyle w:val="OptionLine"/>
            </w:pPr>
            <w:r>
              <w:rPr>
                <w:sz w:val="16"/>
              </w:rPr>
              <w:t>D. 1</w:t>
            </w:r>
          </w:p>
          <w:p w14:paraId="2E46429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8747ED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37. What is 9 DIV 4?</w:t>
            </w:r>
          </w:p>
          <w:p w14:paraId="08336AA8" w14:textId="77777777" w:rsidR="004C6ABD" w:rsidRDefault="00F35368">
            <w:pPr>
              <w:pStyle w:val="OptionLine"/>
            </w:pPr>
            <w:r>
              <w:rPr>
                <w:sz w:val="16"/>
              </w:rPr>
              <w:t>A. 1</w:t>
            </w:r>
          </w:p>
          <w:p w14:paraId="378F735E" w14:textId="77777777" w:rsidR="004C6ABD" w:rsidRDefault="00F35368">
            <w:pPr>
              <w:pStyle w:val="OptionLine"/>
            </w:pPr>
            <w:r>
              <w:rPr>
                <w:sz w:val="16"/>
              </w:rPr>
              <w:t>B. 2</w:t>
            </w:r>
          </w:p>
          <w:p w14:paraId="1549A9CE" w14:textId="77777777" w:rsidR="004C6ABD" w:rsidRDefault="00F35368">
            <w:pPr>
              <w:pStyle w:val="OptionLine"/>
            </w:pPr>
            <w:r>
              <w:rPr>
                <w:sz w:val="16"/>
              </w:rPr>
              <w:t>C. 13</w:t>
            </w:r>
          </w:p>
          <w:p w14:paraId="4603F058" w14:textId="77777777" w:rsidR="004C6ABD" w:rsidRDefault="00F35368">
            <w:pPr>
              <w:pStyle w:val="OptionLine"/>
            </w:pPr>
            <w:r>
              <w:rPr>
                <w:sz w:val="16"/>
              </w:rPr>
              <w:t>D. 5</w:t>
            </w:r>
          </w:p>
          <w:p w14:paraId="202835C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D33D276" w14:textId="77777777">
        <w:trPr>
          <w:cantSplit/>
          <w:jc w:val="center"/>
        </w:trPr>
        <w:tc>
          <w:tcPr>
            <w:tcW w:w="5112" w:type="dxa"/>
          </w:tcPr>
          <w:p w14:paraId="31AE6D4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18. Which term best matches this description: the file-handling operation that gets data from a file</w:t>
            </w:r>
          </w:p>
          <w:p w14:paraId="0BA429B2" w14:textId="77777777" w:rsidR="004C6ABD" w:rsidRDefault="00F35368">
            <w:pPr>
              <w:pStyle w:val="OptionLine"/>
            </w:pPr>
            <w:r>
              <w:rPr>
                <w:sz w:val="16"/>
              </w:rPr>
              <w:t>A. Sequence</w:t>
            </w:r>
          </w:p>
          <w:p w14:paraId="33E05BC5" w14:textId="77777777" w:rsidR="004C6ABD" w:rsidRDefault="00F35368">
            <w:pPr>
              <w:pStyle w:val="OptionLine"/>
            </w:pPr>
            <w:r>
              <w:rPr>
                <w:sz w:val="16"/>
              </w:rPr>
              <w:t>B. 1D array</w:t>
            </w:r>
          </w:p>
          <w:p w14:paraId="412D60B2" w14:textId="77777777" w:rsidR="004C6ABD" w:rsidRDefault="00F35368">
            <w:pPr>
              <w:pStyle w:val="OptionLine"/>
            </w:pPr>
            <w:r>
              <w:rPr>
                <w:sz w:val="16"/>
              </w:rPr>
              <w:t>C. Output</w:t>
            </w:r>
          </w:p>
          <w:p w14:paraId="04E35520" w14:textId="77777777" w:rsidR="004C6ABD" w:rsidRDefault="00F35368">
            <w:pPr>
              <w:pStyle w:val="OptionLine"/>
            </w:pPr>
            <w:r>
              <w:rPr>
                <w:sz w:val="16"/>
              </w:rPr>
              <w:t>D. File read</w:t>
            </w:r>
          </w:p>
          <w:p w14:paraId="2045528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E7C4E8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38. Which data type is most suitable for True?</w:t>
            </w:r>
          </w:p>
          <w:p w14:paraId="21DD5514" w14:textId="77777777" w:rsidR="004C6ABD" w:rsidRDefault="00F35368">
            <w:pPr>
              <w:pStyle w:val="OptionLine"/>
            </w:pPr>
            <w:r>
              <w:rPr>
                <w:sz w:val="16"/>
              </w:rPr>
              <w:t>A. String</w:t>
            </w:r>
          </w:p>
          <w:p w14:paraId="4315B768" w14:textId="77777777" w:rsidR="004C6ABD" w:rsidRDefault="00F35368">
            <w:pPr>
              <w:pStyle w:val="OptionLine"/>
            </w:pPr>
            <w:r>
              <w:rPr>
                <w:sz w:val="16"/>
              </w:rPr>
              <w:t>B. Integer</w:t>
            </w:r>
          </w:p>
          <w:p w14:paraId="3329F423" w14:textId="77777777" w:rsidR="004C6ABD" w:rsidRDefault="00F35368">
            <w:pPr>
              <w:pStyle w:val="OptionLine"/>
            </w:pPr>
            <w:r>
              <w:rPr>
                <w:sz w:val="16"/>
              </w:rPr>
              <w:t>C. Boolean</w:t>
            </w:r>
          </w:p>
          <w:p w14:paraId="6B87B702" w14:textId="77777777" w:rsidR="004C6ABD" w:rsidRDefault="00F35368">
            <w:pPr>
              <w:pStyle w:val="OptionLine"/>
            </w:pPr>
            <w:r>
              <w:rPr>
                <w:sz w:val="16"/>
              </w:rPr>
              <w:t>D. Real</w:t>
            </w:r>
          </w:p>
          <w:p w14:paraId="5084AED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17B77D2" w14:textId="77777777">
        <w:trPr>
          <w:cantSplit/>
          <w:jc w:val="center"/>
        </w:trPr>
        <w:tc>
          <w:tcPr>
            <w:tcW w:w="5112" w:type="dxa"/>
          </w:tcPr>
          <w:p w14:paraId="181DAB5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19. A student writes about Variable. Which statement would be correct?</w:t>
            </w:r>
          </w:p>
          <w:p w14:paraId="45441F52" w14:textId="77777777" w:rsidR="004C6ABD" w:rsidRDefault="00F35368">
            <w:pPr>
              <w:pStyle w:val="OptionLine"/>
            </w:pPr>
            <w:r>
              <w:rPr>
                <w:sz w:val="16"/>
              </w:rPr>
              <w:t>A. a variable that can be accessed from different parts of a program</w:t>
            </w:r>
          </w:p>
          <w:p w14:paraId="61727563" w14:textId="77777777" w:rsidR="004C6ABD" w:rsidRDefault="00F35368">
            <w:pPr>
              <w:pStyle w:val="OptionLine"/>
            </w:pPr>
            <w:r>
              <w:rPr>
                <w:sz w:val="16"/>
              </w:rPr>
              <w:t>B. a named memory location whose value can change while a program runs</w:t>
            </w:r>
          </w:p>
          <w:p w14:paraId="7F0E46AE" w14:textId="77777777" w:rsidR="004C6ABD" w:rsidRDefault="00F35368">
            <w:pPr>
              <w:pStyle w:val="OptionLine"/>
            </w:pPr>
            <w:r>
              <w:rPr>
                <w:sz w:val="16"/>
              </w:rPr>
              <w:t>C. a variable that exists only inside a particular subprogram</w:t>
            </w:r>
          </w:p>
          <w:p w14:paraId="61BA7ABE" w14:textId="77777777" w:rsidR="004C6ABD" w:rsidRDefault="00F35368">
            <w:pPr>
              <w:pStyle w:val="OptionLine"/>
            </w:pPr>
            <w:r>
              <w:rPr>
                <w:sz w:val="16"/>
              </w:rPr>
              <w:t>D. data produced by a program</w:t>
            </w:r>
          </w:p>
          <w:p w14:paraId="4A03BCD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C705A9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39. Which term best matches this description: a loop that repeats a known number of times</w:t>
            </w:r>
          </w:p>
          <w:p w14:paraId="4D4F8468" w14:textId="77777777" w:rsidR="004C6ABD" w:rsidRDefault="00F35368">
            <w:pPr>
              <w:pStyle w:val="OptionLine"/>
            </w:pPr>
            <w:r>
              <w:rPr>
                <w:sz w:val="16"/>
              </w:rPr>
              <w:t>A. Count-controlled loop</w:t>
            </w:r>
          </w:p>
          <w:p w14:paraId="7E975CCC" w14:textId="77777777" w:rsidR="004C6ABD" w:rsidRDefault="00F35368">
            <w:pPr>
              <w:pStyle w:val="OptionLine"/>
            </w:pPr>
            <w:r>
              <w:rPr>
                <w:sz w:val="16"/>
              </w:rPr>
              <w:t>B. Index</w:t>
            </w:r>
          </w:p>
          <w:p w14:paraId="0FD00835" w14:textId="77777777" w:rsidR="004C6ABD" w:rsidRDefault="00F35368">
            <w:pPr>
              <w:pStyle w:val="OptionLine"/>
            </w:pPr>
            <w:r>
              <w:rPr>
                <w:sz w:val="16"/>
              </w:rPr>
              <w:t>C. File write</w:t>
            </w:r>
          </w:p>
          <w:p w14:paraId="3AD783BD" w14:textId="77777777" w:rsidR="004C6ABD" w:rsidRDefault="00F35368">
            <w:pPr>
              <w:pStyle w:val="OptionLine"/>
            </w:pPr>
            <w:r>
              <w:rPr>
                <w:sz w:val="16"/>
              </w:rPr>
              <w:t>D. Character</w:t>
            </w:r>
          </w:p>
          <w:p w14:paraId="78E5C31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9081112" w14:textId="77777777">
        <w:trPr>
          <w:cantSplit/>
          <w:jc w:val="center"/>
        </w:trPr>
        <w:tc>
          <w:tcPr>
            <w:tcW w:w="5112" w:type="dxa"/>
          </w:tcPr>
          <w:p w14:paraId="18B07B0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20. A student writes about Assignment. Which statement would be correct?</w:t>
            </w:r>
          </w:p>
          <w:p w14:paraId="456B5BF5" w14:textId="77777777" w:rsidR="004C6ABD" w:rsidRDefault="00F35368">
            <w:pPr>
              <w:pStyle w:val="OptionLine"/>
            </w:pPr>
            <w:r>
              <w:rPr>
                <w:sz w:val="16"/>
              </w:rPr>
              <w:t>A. a data structure that stores multiple values under one name</w:t>
            </w:r>
          </w:p>
          <w:p w14:paraId="42B39F3E" w14:textId="77777777" w:rsidR="004C6ABD" w:rsidRDefault="00F35368">
            <w:pPr>
              <w:pStyle w:val="OptionLine"/>
            </w:pPr>
            <w:r>
              <w:rPr>
                <w:sz w:val="16"/>
              </w:rPr>
              <w:t>B. a loop controlled by a Boolean condition</w:t>
            </w:r>
          </w:p>
          <w:p w14:paraId="7FF0F42C" w14:textId="77777777" w:rsidR="004C6ABD" w:rsidRDefault="00F35368">
            <w:pPr>
              <w:pStyle w:val="OptionLine"/>
            </w:pPr>
            <w:r>
              <w:rPr>
                <w:sz w:val="16"/>
              </w:rPr>
              <w:t>C. a data type that can store True or False</w:t>
            </w:r>
          </w:p>
          <w:p w14:paraId="59D43657" w14:textId="77777777" w:rsidR="004C6ABD" w:rsidRDefault="00F35368">
            <w:pPr>
              <w:pStyle w:val="OptionLine"/>
            </w:pPr>
            <w:r>
              <w:rPr>
                <w:sz w:val="16"/>
              </w:rPr>
              <w:t>D. storing a value in a variable</w:t>
            </w:r>
          </w:p>
          <w:p w14:paraId="3D35994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C45DAF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40. Which construct is used by IF temperature &lt; 0 THEN print('Freezing')?</w:t>
            </w:r>
          </w:p>
          <w:p w14:paraId="2EEDE29D" w14:textId="77777777" w:rsidR="004C6ABD" w:rsidRDefault="00F35368">
            <w:pPr>
              <w:pStyle w:val="OptionLine"/>
            </w:pPr>
            <w:r>
              <w:rPr>
                <w:sz w:val="16"/>
              </w:rPr>
              <w:t>A. Concatenation</w:t>
            </w:r>
          </w:p>
          <w:p w14:paraId="771B734E" w14:textId="77777777" w:rsidR="004C6ABD" w:rsidRDefault="00F35368">
            <w:pPr>
              <w:pStyle w:val="OptionLine"/>
            </w:pPr>
            <w:r>
              <w:rPr>
                <w:sz w:val="16"/>
              </w:rPr>
              <w:t>B. File handling</w:t>
            </w:r>
          </w:p>
          <w:p w14:paraId="7323621B" w14:textId="77777777" w:rsidR="004C6ABD" w:rsidRDefault="00F35368">
            <w:pPr>
              <w:pStyle w:val="OptionLine"/>
            </w:pPr>
            <w:r>
              <w:rPr>
                <w:sz w:val="16"/>
              </w:rPr>
              <w:t>C. Selection</w:t>
            </w:r>
          </w:p>
          <w:p w14:paraId="2F779FDE" w14:textId="77777777" w:rsidR="004C6ABD" w:rsidRDefault="00F35368">
            <w:pPr>
              <w:pStyle w:val="OptionLine"/>
            </w:pPr>
            <w:r>
              <w:rPr>
                <w:sz w:val="16"/>
              </w:rPr>
              <w:t>D. Iteration</w:t>
            </w:r>
          </w:p>
          <w:p w14:paraId="1B3CDD7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</w:tbl>
    <w:sectPr w:rsidR="00F35368" w:rsidSect="00034616">
      <w:foot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4700B" w14:textId="77777777" w:rsidR="00F35368" w:rsidRDefault="00F35368">
      <w:pPr>
        <w:spacing w:after="0" w:line="240" w:lineRule="auto"/>
      </w:pPr>
      <w:r>
        <w:separator/>
      </w:r>
    </w:p>
  </w:endnote>
  <w:endnote w:type="continuationSeparator" w:id="0">
    <w:p w14:paraId="40FE9904" w14:textId="77777777" w:rsidR="00F35368" w:rsidRDefault="00F35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04382" w14:textId="77777777" w:rsidR="004C6ABD" w:rsidRDefault="00F35368">
    <w:pPr>
      <w:pStyle w:val="Footer"/>
      <w:jc w:val="center"/>
    </w:pPr>
    <w:r>
      <w:rPr>
        <w:sz w:val="16"/>
      </w:rPr>
      <w:t>OCR J277 GCSE Computer Science MCQ Exam-Preparation Pack - Unofficial revision resource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41682" w14:textId="77777777" w:rsidR="00F35368" w:rsidRDefault="00F35368">
      <w:pPr>
        <w:spacing w:after="0" w:line="240" w:lineRule="auto"/>
      </w:pPr>
      <w:r>
        <w:separator/>
      </w:r>
    </w:p>
  </w:footnote>
  <w:footnote w:type="continuationSeparator" w:id="0">
    <w:p w14:paraId="1EBD150E" w14:textId="77777777" w:rsidR="00F35368" w:rsidRDefault="00F35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997722">
    <w:abstractNumId w:val="8"/>
  </w:num>
  <w:num w:numId="2" w16cid:durableId="1215657904">
    <w:abstractNumId w:val="6"/>
  </w:num>
  <w:num w:numId="3" w16cid:durableId="716046562">
    <w:abstractNumId w:val="5"/>
  </w:num>
  <w:num w:numId="4" w16cid:durableId="2089619016">
    <w:abstractNumId w:val="4"/>
  </w:num>
  <w:num w:numId="5" w16cid:durableId="20059235">
    <w:abstractNumId w:val="7"/>
  </w:num>
  <w:num w:numId="6" w16cid:durableId="1050812661">
    <w:abstractNumId w:val="3"/>
  </w:num>
  <w:num w:numId="7" w16cid:durableId="567568791">
    <w:abstractNumId w:val="2"/>
  </w:num>
  <w:num w:numId="8" w16cid:durableId="1392535892">
    <w:abstractNumId w:val="1"/>
  </w:num>
  <w:num w:numId="9" w16cid:durableId="1823810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C6ABD"/>
    <w:rsid w:val="00630CBF"/>
    <w:rsid w:val="00AA1D8D"/>
    <w:rsid w:val="00B47730"/>
    <w:rsid w:val="00C22FC3"/>
    <w:rsid w:val="00CB0664"/>
    <w:rsid w:val="00F353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1A98B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QuestionStem">
    <w:name w:val="QuestionStem"/>
    <w:basedOn w:val="Normal"/>
    <w:pPr>
      <w:keepLines/>
      <w:spacing w:before="40" w:after="20"/>
    </w:pPr>
  </w:style>
  <w:style w:type="paragraph" w:customStyle="1" w:styleId="OptionLine">
    <w:name w:val="OptionLine"/>
    <w:basedOn w:val="Normal"/>
    <w:pPr>
      <w:spacing w:after="0"/>
      <w:ind w:left="216"/>
    </w:pPr>
    <w:rPr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114</Pages>
  <Words>50203</Words>
  <Characters>286163</Characters>
  <Application>Microsoft Office Word</Application>
  <DocSecurity>0</DocSecurity>
  <Lines>2384</Lines>
  <Paragraphs>671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335695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2</cp:revision>
  <dcterms:created xsi:type="dcterms:W3CDTF">2013-12-23T23:15:00Z</dcterms:created>
  <dcterms:modified xsi:type="dcterms:W3CDTF">2026-06-09T09:37:00Z</dcterms:modified>
  <cp:category/>
</cp:coreProperties>
</file>