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56017" w14:textId="77777777" w:rsidR="004C6ABD" w:rsidRDefault="00F35368">
      <w:pPr>
        <w:pStyle w:val="Heading1"/>
      </w:pPr>
      <w:r>
        <w:lastRenderedPageBreak/>
        <w:t>2.2 Programming fundamentals - Quiz B</w:t>
      </w:r>
    </w:p>
    <w:p w14:paraId="1BF442D3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04B464DC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54BEE328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178DF4FC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3BFC2FB4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1D1C1068" w14:textId="77777777">
        <w:trPr>
          <w:cantSplit/>
          <w:jc w:val="center"/>
        </w:trPr>
        <w:tc>
          <w:tcPr>
            <w:tcW w:w="5112" w:type="dxa"/>
          </w:tcPr>
          <w:p w14:paraId="3A1D5C6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description correctly matches Input?</w:t>
            </w:r>
          </w:p>
          <w:p w14:paraId="136EEAAF" w14:textId="77777777" w:rsidR="004C6ABD" w:rsidRDefault="00F35368">
            <w:pPr>
              <w:pStyle w:val="OptionLine"/>
            </w:pPr>
            <w:r>
              <w:rPr>
                <w:sz w:val="16"/>
              </w:rPr>
              <w:t>A. an operator used for calculations such as +, -, *, /, DIV, MOD or ^</w:t>
            </w:r>
          </w:p>
          <w:p w14:paraId="212DFA71" w14:textId="77777777" w:rsidR="004C6ABD" w:rsidRDefault="00F35368">
            <w:pPr>
              <w:pStyle w:val="OptionLine"/>
            </w:pPr>
            <w:r>
              <w:rPr>
                <w:sz w:val="16"/>
              </w:rPr>
              <w:t>B. data entered into a program</w:t>
            </w:r>
          </w:p>
          <w:p w14:paraId="7BED83BC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number of characters in a string</w:t>
            </w:r>
          </w:p>
          <w:p w14:paraId="61E3B676" w14:textId="77777777" w:rsidR="004C6ABD" w:rsidRDefault="00F35368">
            <w:pPr>
              <w:pStyle w:val="OptionLine"/>
            </w:pPr>
            <w:r>
              <w:rPr>
                <w:sz w:val="16"/>
              </w:rPr>
              <w:t>D. a data type for a single character</w:t>
            </w:r>
          </w:p>
          <w:p w14:paraId="77DBADB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1A5734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A student writes about File close. Which statement would be correct?</w:t>
            </w:r>
          </w:p>
          <w:p w14:paraId="0343F3B7" w14:textId="77777777" w:rsidR="004C6ABD" w:rsidRDefault="00F35368">
            <w:pPr>
              <w:pStyle w:val="OptionLine"/>
            </w:pPr>
            <w:r>
              <w:rPr>
                <w:sz w:val="16"/>
              </w:rPr>
              <w:t>A. a data type for numbers with decimal parts</w:t>
            </w:r>
          </w:p>
          <w:p w14:paraId="60E95832" w14:textId="77777777" w:rsidR="004C6ABD" w:rsidRDefault="00F35368">
            <w:pPr>
              <w:pStyle w:val="OptionLine"/>
            </w:pPr>
            <w:r>
              <w:rPr>
                <w:sz w:val="16"/>
              </w:rPr>
              <w:t>B. an array organised using rows and columns</w:t>
            </w:r>
          </w:p>
          <w:p w14:paraId="72E95027" w14:textId="77777777" w:rsidR="004C6ABD" w:rsidRDefault="00F35368">
            <w:pPr>
              <w:pStyle w:val="OptionLine"/>
            </w:pPr>
            <w:r>
              <w:rPr>
                <w:sz w:val="16"/>
              </w:rPr>
              <w:t>C. a data type for a single character</w:t>
            </w:r>
          </w:p>
          <w:p w14:paraId="7BB4DEC7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file-handling operation that finishes using a file</w:t>
            </w:r>
          </w:p>
          <w:p w14:paraId="64D366C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95F2F53" w14:textId="77777777">
        <w:trPr>
          <w:cantSplit/>
          <w:jc w:val="center"/>
        </w:trPr>
        <w:tc>
          <w:tcPr>
            <w:tcW w:w="5112" w:type="dxa"/>
          </w:tcPr>
          <w:p w14:paraId="58AE2D4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Which data type is most suitable for 'Computer Science'?</w:t>
            </w:r>
          </w:p>
          <w:p w14:paraId="2D0B481F" w14:textId="77777777" w:rsidR="004C6ABD" w:rsidRDefault="00F35368">
            <w:pPr>
              <w:pStyle w:val="OptionLine"/>
            </w:pPr>
            <w:r>
              <w:rPr>
                <w:sz w:val="16"/>
              </w:rPr>
              <w:t>A. Integer</w:t>
            </w:r>
          </w:p>
          <w:p w14:paraId="24DA8C81" w14:textId="77777777" w:rsidR="004C6ABD" w:rsidRDefault="00F35368">
            <w:pPr>
              <w:pStyle w:val="OptionLine"/>
            </w:pPr>
            <w:r>
              <w:rPr>
                <w:sz w:val="16"/>
              </w:rPr>
              <w:t>B. Character</w:t>
            </w:r>
          </w:p>
          <w:p w14:paraId="6F4CF006" w14:textId="77777777" w:rsidR="004C6ABD" w:rsidRDefault="00F35368">
            <w:pPr>
              <w:pStyle w:val="OptionLine"/>
            </w:pPr>
            <w:r>
              <w:rPr>
                <w:sz w:val="16"/>
              </w:rPr>
              <w:t>C. Boolean</w:t>
            </w:r>
          </w:p>
          <w:p w14:paraId="75A11B19" w14:textId="77777777" w:rsidR="004C6ABD" w:rsidRDefault="00F35368">
            <w:pPr>
              <w:pStyle w:val="OptionLine"/>
            </w:pPr>
            <w:r>
              <w:rPr>
                <w:sz w:val="16"/>
              </w:rPr>
              <w:t>D. String</w:t>
            </w:r>
          </w:p>
          <w:p w14:paraId="4099974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F4D48B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A student writes about Boolean operator. Which statement would be correct?</w:t>
            </w:r>
          </w:p>
          <w:p w14:paraId="32ECABF1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value sent back by a function</w:t>
            </w:r>
          </w:p>
          <w:p w14:paraId="3C8D0D40" w14:textId="77777777" w:rsidR="004C6ABD" w:rsidRDefault="00F35368">
            <w:pPr>
              <w:pStyle w:val="OptionLine"/>
            </w:pPr>
            <w:r>
              <w:rPr>
                <w:sz w:val="16"/>
              </w:rPr>
              <w:t>B. a variable that exists only inside a particular subprogram</w:t>
            </w:r>
          </w:p>
          <w:p w14:paraId="0A421BC8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file-handling operation that makes a file available to read or write</w:t>
            </w:r>
          </w:p>
          <w:p w14:paraId="25307EBB" w14:textId="77777777" w:rsidR="004C6ABD" w:rsidRDefault="00F35368">
            <w:pPr>
              <w:pStyle w:val="OptionLine"/>
            </w:pPr>
            <w:r>
              <w:rPr>
                <w:sz w:val="16"/>
              </w:rPr>
              <w:t>D. an operator such as AND, OR or NOT used with Boolean values</w:t>
            </w:r>
          </w:p>
          <w:p w14:paraId="507A92D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02897D0" w14:textId="77777777">
        <w:trPr>
          <w:cantSplit/>
          <w:jc w:val="center"/>
        </w:trPr>
        <w:tc>
          <w:tcPr>
            <w:tcW w:w="5112" w:type="dxa"/>
          </w:tcPr>
          <w:p w14:paraId="23A73D0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Which operator means not equal to?</w:t>
            </w:r>
          </w:p>
          <w:p w14:paraId="61DBE52A" w14:textId="77777777" w:rsidR="004C6ABD" w:rsidRDefault="00F35368">
            <w:pPr>
              <w:pStyle w:val="OptionLine"/>
            </w:pPr>
            <w:r>
              <w:rPr>
                <w:sz w:val="16"/>
              </w:rPr>
              <w:t>A. ==</w:t>
            </w:r>
          </w:p>
          <w:p w14:paraId="4BF376FD" w14:textId="77777777" w:rsidR="004C6ABD" w:rsidRDefault="00F35368">
            <w:pPr>
              <w:pStyle w:val="OptionLine"/>
            </w:pPr>
            <w:r>
              <w:rPr>
                <w:sz w:val="16"/>
              </w:rPr>
              <w:t>B. &gt;=</w:t>
            </w:r>
          </w:p>
          <w:p w14:paraId="5628B5FB" w14:textId="77777777" w:rsidR="004C6ABD" w:rsidRDefault="00F35368">
            <w:pPr>
              <w:pStyle w:val="OptionLine"/>
            </w:pPr>
            <w:r>
              <w:rPr>
                <w:sz w:val="16"/>
              </w:rPr>
              <w:t>C. &lt;=</w:t>
            </w:r>
          </w:p>
          <w:p w14:paraId="72DA3180" w14:textId="77777777" w:rsidR="004C6ABD" w:rsidRDefault="00F35368">
            <w:pPr>
              <w:pStyle w:val="OptionLine"/>
            </w:pPr>
            <w:r>
              <w:rPr>
                <w:sz w:val="16"/>
              </w:rPr>
              <w:t>D. !=</w:t>
            </w:r>
          </w:p>
          <w:p w14:paraId="37A9FB1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F12FB2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Which subprogram type performs a task without returning a value?</w:t>
            </w:r>
          </w:p>
          <w:p w14:paraId="663AA1F2" w14:textId="77777777" w:rsidR="004C6ABD" w:rsidRDefault="00F35368">
            <w:pPr>
              <w:pStyle w:val="OptionLine"/>
            </w:pPr>
            <w:r>
              <w:rPr>
                <w:sz w:val="16"/>
              </w:rPr>
              <w:t>A. String</w:t>
            </w:r>
          </w:p>
          <w:p w14:paraId="7263AE62" w14:textId="77777777" w:rsidR="004C6ABD" w:rsidRDefault="00F35368">
            <w:pPr>
              <w:pStyle w:val="OptionLine"/>
            </w:pPr>
            <w:r>
              <w:rPr>
                <w:sz w:val="16"/>
              </w:rPr>
              <w:t>B. Function</w:t>
            </w:r>
          </w:p>
          <w:p w14:paraId="7525CDE6" w14:textId="77777777" w:rsidR="004C6ABD" w:rsidRDefault="00F35368">
            <w:pPr>
              <w:pStyle w:val="OptionLine"/>
            </w:pPr>
            <w:r>
              <w:rPr>
                <w:sz w:val="16"/>
              </w:rPr>
              <w:t>C. Index</w:t>
            </w:r>
          </w:p>
          <w:p w14:paraId="4658EAC3" w14:textId="77777777" w:rsidR="004C6ABD" w:rsidRDefault="00F35368">
            <w:pPr>
              <w:pStyle w:val="OptionLine"/>
            </w:pPr>
            <w:r>
              <w:rPr>
                <w:sz w:val="16"/>
              </w:rPr>
              <w:t>D. Procedure</w:t>
            </w:r>
          </w:p>
          <w:p w14:paraId="5C331E9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9FBF54E" w14:textId="77777777">
        <w:trPr>
          <w:cantSplit/>
          <w:jc w:val="center"/>
        </w:trPr>
        <w:tc>
          <w:tcPr>
            <w:tcW w:w="5112" w:type="dxa"/>
          </w:tcPr>
          <w:p w14:paraId="2054D91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Which description correctly matches Array?</w:t>
            </w:r>
          </w:p>
          <w:p w14:paraId="7217EDC3" w14:textId="77777777" w:rsidR="004C6ABD" w:rsidRDefault="00F35368">
            <w:pPr>
              <w:pStyle w:val="OptionLine"/>
            </w:pPr>
            <w:r>
              <w:rPr>
                <w:sz w:val="16"/>
              </w:rPr>
              <w:t>A. program statements executed in order</w:t>
            </w:r>
          </w:p>
          <w:p w14:paraId="1B093F76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loop controlled by a Boolean condition</w:t>
            </w:r>
          </w:p>
          <w:p w14:paraId="4CD461D1" w14:textId="77777777" w:rsidR="004C6ABD" w:rsidRDefault="00F35368">
            <w:pPr>
              <w:pStyle w:val="OptionLine"/>
            </w:pPr>
            <w:r>
              <w:rPr>
                <w:sz w:val="16"/>
              </w:rPr>
              <w:t>C. a data structure that stores multiple values under one name</w:t>
            </w:r>
          </w:p>
          <w:p w14:paraId="0AB96180" w14:textId="77777777" w:rsidR="004C6ABD" w:rsidRDefault="00F35368">
            <w:pPr>
              <w:pStyle w:val="OptionLine"/>
            </w:pPr>
            <w:r>
              <w:rPr>
                <w:sz w:val="16"/>
              </w:rPr>
              <w:t>D. a variable that can be accessed from different parts of a program</w:t>
            </w:r>
          </w:p>
          <w:p w14:paraId="04DE256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94E635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A student writes about Integer. Which statement would be correct?</w:t>
            </w:r>
          </w:p>
          <w:p w14:paraId="2F4703C3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loop commonly used for count-controlled iteration</w:t>
            </w:r>
          </w:p>
          <w:p w14:paraId="526817EC" w14:textId="77777777" w:rsidR="004C6ABD" w:rsidRDefault="00F35368">
            <w:pPr>
              <w:pStyle w:val="OptionLine"/>
            </w:pPr>
            <w:r>
              <w:rPr>
                <w:sz w:val="16"/>
              </w:rPr>
              <w:t>B. an operator used to compare values such as ==, !=, &lt;, &gt;, &lt;= or &gt;=</w:t>
            </w:r>
          </w:p>
          <w:p w14:paraId="7E6A8888" w14:textId="77777777" w:rsidR="004C6ABD" w:rsidRDefault="00F35368">
            <w:pPr>
              <w:pStyle w:val="OptionLine"/>
            </w:pPr>
            <w:r>
              <w:rPr>
                <w:sz w:val="16"/>
              </w:rPr>
              <w:t>C. data passed into a subprogram</w:t>
            </w:r>
          </w:p>
          <w:p w14:paraId="5804B467" w14:textId="77777777" w:rsidR="004C6ABD" w:rsidRDefault="00F35368">
            <w:pPr>
              <w:pStyle w:val="OptionLine"/>
            </w:pPr>
            <w:r>
              <w:rPr>
                <w:sz w:val="16"/>
              </w:rPr>
              <w:t>D. a whole-number data type</w:t>
            </w:r>
          </w:p>
          <w:p w14:paraId="4789BBF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A642E50" w14:textId="77777777">
        <w:trPr>
          <w:cantSplit/>
          <w:jc w:val="center"/>
        </w:trPr>
        <w:tc>
          <w:tcPr>
            <w:tcW w:w="5112" w:type="dxa"/>
          </w:tcPr>
          <w:p w14:paraId="21FE624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Which term best matches this description: joining strings together</w:t>
            </w:r>
          </w:p>
          <w:p w14:paraId="370C95A2" w14:textId="77777777" w:rsidR="004C6ABD" w:rsidRDefault="00F35368">
            <w:pPr>
              <w:pStyle w:val="OptionLine"/>
            </w:pPr>
            <w:r>
              <w:rPr>
                <w:sz w:val="16"/>
              </w:rPr>
              <w:t>A. File read</w:t>
            </w:r>
          </w:p>
          <w:p w14:paraId="78D533E7" w14:textId="77777777" w:rsidR="004C6ABD" w:rsidRDefault="00F35368">
            <w:pPr>
              <w:pStyle w:val="OptionLine"/>
            </w:pPr>
            <w:r>
              <w:rPr>
                <w:sz w:val="16"/>
              </w:rPr>
              <w:t>B. Condition-controlled loop</w:t>
            </w:r>
          </w:p>
          <w:p w14:paraId="26350CC5" w14:textId="77777777" w:rsidR="004C6ABD" w:rsidRDefault="00F35368">
            <w:pPr>
              <w:pStyle w:val="OptionLine"/>
            </w:pPr>
            <w:r>
              <w:rPr>
                <w:sz w:val="16"/>
              </w:rPr>
              <w:t>C. Count-controlled loop</w:t>
            </w:r>
          </w:p>
          <w:p w14:paraId="5C37B21D" w14:textId="77777777" w:rsidR="004C6ABD" w:rsidRDefault="00F35368">
            <w:pPr>
              <w:pStyle w:val="OptionLine"/>
            </w:pPr>
            <w:r>
              <w:rPr>
                <w:sz w:val="16"/>
              </w:rPr>
              <w:t>D. Concatenation</w:t>
            </w:r>
          </w:p>
          <w:p w14:paraId="5FB8E67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36F2F1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What is the result of 17 MOD 5?</w:t>
            </w:r>
          </w:p>
          <w:p w14:paraId="6B6E4B7C" w14:textId="77777777" w:rsidR="004C6ABD" w:rsidRDefault="00F35368">
            <w:pPr>
              <w:pStyle w:val="OptionLine"/>
            </w:pPr>
            <w:r>
              <w:rPr>
                <w:sz w:val="16"/>
              </w:rPr>
              <w:t>A. 3.4</w:t>
            </w:r>
          </w:p>
          <w:p w14:paraId="0152D4DA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61BC6BF6" w14:textId="77777777" w:rsidR="004C6ABD" w:rsidRDefault="00F35368">
            <w:pPr>
              <w:pStyle w:val="OptionLine"/>
            </w:pPr>
            <w:r>
              <w:rPr>
                <w:sz w:val="16"/>
              </w:rPr>
              <w:t>C. 3</w:t>
            </w:r>
          </w:p>
          <w:p w14:paraId="1486A220" w14:textId="77777777" w:rsidR="004C6ABD" w:rsidRDefault="00F35368">
            <w:pPr>
              <w:pStyle w:val="OptionLine"/>
            </w:pPr>
            <w:r>
              <w:rPr>
                <w:sz w:val="16"/>
              </w:rPr>
              <w:t>D. 5</w:t>
            </w:r>
          </w:p>
          <w:p w14:paraId="0C0657D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1089A28" w14:textId="77777777">
        <w:trPr>
          <w:cantSplit/>
          <w:jc w:val="center"/>
        </w:trPr>
        <w:tc>
          <w:tcPr>
            <w:tcW w:w="5112" w:type="dxa"/>
          </w:tcPr>
          <w:p w14:paraId="2051AC2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description correctly matches Boolean?</w:t>
            </w:r>
          </w:p>
          <w:p w14:paraId="7845F5A8" w14:textId="77777777" w:rsidR="004C6ABD" w:rsidRDefault="00F35368">
            <w:pPr>
              <w:pStyle w:val="OptionLine"/>
            </w:pPr>
            <w:r>
              <w:rPr>
                <w:sz w:val="16"/>
              </w:rPr>
              <w:t>A. joining strings together</w:t>
            </w:r>
          </w:p>
          <w:p w14:paraId="2EEE35A7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file-handling operation that gets data from a file</w:t>
            </w:r>
          </w:p>
          <w:p w14:paraId="038D18D2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number of characters in a string</w:t>
            </w:r>
          </w:p>
          <w:p w14:paraId="56FDD8E6" w14:textId="77777777" w:rsidR="004C6ABD" w:rsidRDefault="00F35368">
            <w:pPr>
              <w:pStyle w:val="OptionLine"/>
            </w:pPr>
            <w:r>
              <w:rPr>
                <w:sz w:val="16"/>
              </w:rPr>
              <w:t>D. a data type that can store True or False</w:t>
            </w:r>
          </w:p>
          <w:p w14:paraId="6376DAA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1AE1B9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Which description correctly matches File close?</w:t>
            </w:r>
          </w:p>
          <w:p w14:paraId="6F666106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loop that repeats a known number of times</w:t>
            </w:r>
          </w:p>
          <w:p w14:paraId="45A52136" w14:textId="77777777" w:rsidR="004C6ABD" w:rsidRDefault="00F35368">
            <w:pPr>
              <w:pStyle w:val="OptionLine"/>
            </w:pPr>
            <w:r>
              <w:rPr>
                <w:sz w:val="16"/>
              </w:rPr>
              <w:t>B. an operator that returns the remainder after integer division</w:t>
            </w:r>
          </w:p>
          <w:p w14:paraId="6AF7DC2C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file-handling operation that finishes using a file</w:t>
            </w:r>
          </w:p>
          <w:p w14:paraId="41C66FBB" w14:textId="77777777" w:rsidR="004C6ABD" w:rsidRDefault="00F35368">
            <w:pPr>
              <w:pStyle w:val="OptionLine"/>
            </w:pPr>
            <w:r>
              <w:rPr>
                <w:sz w:val="16"/>
              </w:rPr>
              <w:t>D. program statements executed in order</w:t>
            </w:r>
          </w:p>
          <w:p w14:paraId="74B93A9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88CDD8A" w14:textId="77777777">
        <w:trPr>
          <w:cantSplit/>
          <w:jc w:val="center"/>
        </w:trPr>
        <w:tc>
          <w:tcPr>
            <w:tcW w:w="5112" w:type="dxa"/>
          </w:tcPr>
          <w:p w14:paraId="420E9D1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7. A student writes about File open. Which statement would be correct?</w:t>
            </w:r>
          </w:p>
          <w:p w14:paraId="45AE3E4C" w14:textId="77777777" w:rsidR="004C6ABD" w:rsidRDefault="00F35368">
            <w:pPr>
              <w:pStyle w:val="OptionLine"/>
            </w:pPr>
            <w:r>
              <w:rPr>
                <w:sz w:val="16"/>
              </w:rPr>
              <w:t>A. program statements executed in order</w:t>
            </w:r>
          </w:p>
          <w:p w14:paraId="4898C9F8" w14:textId="77777777" w:rsidR="004C6ABD" w:rsidRDefault="00F35368">
            <w:pPr>
              <w:pStyle w:val="OptionLine"/>
            </w:pPr>
            <w:r>
              <w:rPr>
                <w:sz w:val="16"/>
              </w:rPr>
              <w:t>B. a data type for a sequence of characters</w:t>
            </w:r>
          </w:p>
          <w:p w14:paraId="2888F933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file-handling operation that makes a file available to read or write</w:t>
            </w:r>
          </w:p>
          <w:p w14:paraId="29CCE5A8" w14:textId="77777777" w:rsidR="004C6ABD" w:rsidRDefault="00F35368">
            <w:pPr>
              <w:pStyle w:val="OptionLine"/>
            </w:pPr>
            <w:r>
              <w:rPr>
                <w:sz w:val="16"/>
              </w:rPr>
              <w:t>D. a data type for a single character</w:t>
            </w:r>
          </w:p>
          <w:p w14:paraId="3493267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C3855B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A student writes about Index. Which statement would be correct?</w:t>
            </w:r>
          </w:p>
          <w:p w14:paraId="683C1754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file-handling operation that stores data in a file</w:t>
            </w:r>
          </w:p>
          <w:p w14:paraId="6457DBE9" w14:textId="77777777" w:rsidR="004C6ABD" w:rsidRDefault="00F35368">
            <w:pPr>
              <w:pStyle w:val="OptionLine"/>
            </w:pPr>
            <w:r>
              <w:rPr>
                <w:sz w:val="16"/>
              </w:rPr>
              <w:t>B. raising a number to a power</w:t>
            </w:r>
          </w:p>
          <w:p w14:paraId="199C7727" w14:textId="77777777" w:rsidR="004C6ABD" w:rsidRDefault="00F35368">
            <w:pPr>
              <w:pStyle w:val="OptionLine"/>
            </w:pPr>
            <w:r>
              <w:rPr>
                <w:sz w:val="16"/>
              </w:rPr>
              <w:t>C. a position used to access an element in an array</w:t>
            </w:r>
          </w:p>
          <w:p w14:paraId="2293D029" w14:textId="77777777" w:rsidR="004C6ABD" w:rsidRDefault="00F35368">
            <w:pPr>
              <w:pStyle w:val="OptionLine"/>
            </w:pPr>
            <w:r>
              <w:rPr>
                <w:sz w:val="16"/>
              </w:rPr>
              <w:t>D. a variable that exists only inside a particular subprogram</w:t>
            </w:r>
          </w:p>
          <w:p w14:paraId="1BA5893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60CEB18" w14:textId="77777777">
        <w:trPr>
          <w:cantSplit/>
          <w:jc w:val="center"/>
        </w:trPr>
        <w:tc>
          <w:tcPr>
            <w:tcW w:w="5112" w:type="dxa"/>
          </w:tcPr>
          <w:p w14:paraId="0F1BCE9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8. What is 12 MOD 12?</w:t>
            </w:r>
          </w:p>
          <w:p w14:paraId="38D0B645" w14:textId="77777777" w:rsidR="004C6ABD" w:rsidRDefault="00F35368">
            <w:pPr>
              <w:pStyle w:val="OptionLine"/>
            </w:pPr>
            <w:r>
              <w:rPr>
                <w:sz w:val="16"/>
              </w:rPr>
              <w:t>A. 0</w:t>
            </w:r>
          </w:p>
          <w:p w14:paraId="39ED38E1" w14:textId="77777777" w:rsidR="004C6ABD" w:rsidRDefault="00F35368">
            <w:pPr>
              <w:pStyle w:val="OptionLine"/>
            </w:pPr>
            <w:r>
              <w:rPr>
                <w:sz w:val="16"/>
              </w:rPr>
              <w:t>B. 1</w:t>
            </w:r>
          </w:p>
          <w:p w14:paraId="5CABD1F9" w14:textId="77777777" w:rsidR="004C6ABD" w:rsidRDefault="00F35368">
            <w:pPr>
              <w:pStyle w:val="OptionLine"/>
            </w:pPr>
            <w:r>
              <w:rPr>
                <w:sz w:val="16"/>
              </w:rPr>
              <w:t>C. 12</w:t>
            </w:r>
          </w:p>
          <w:p w14:paraId="46A32D2D" w14:textId="77777777" w:rsidR="004C6ABD" w:rsidRDefault="00F35368">
            <w:pPr>
              <w:pStyle w:val="OptionLine"/>
            </w:pPr>
            <w:r>
              <w:rPr>
                <w:sz w:val="16"/>
              </w:rPr>
              <w:t>D. 24</w:t>
            </w:r>
          </w:p>
          <w:p w14:paraId="7D08EA8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A19BB9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Which term best matches this description: a data type that can store True or False</w:t>
            </w:r>
          </w:p>
          <w:p w14:paraId="283F8B5E" w14:textId="77777777" w:rsidR="004C6ABD" w:rsidRDefault="00F35368">
            <w:pPr>
              <w:pStyle w:val="OptionLine"/>
            </w:pPr>
            <w:r>
              <w:rPr>
                <w:sz w:val="16"/>
              </w:rPr>
              <w:t>A. Arithmetic operator</w:t>
            </w:r>
          </w:p>
          <w:p w14:paraId="28D26F5D" w14:textId="77777777" w:rsidR="004C6ABD" w:rsidRDefault="00F35368">
            <w:pPr>
              <w:pStyle w:val="OptionLine"/>
            </w:pPr>
            <w:r>
              <w:rPr>
                <w:sz w:val="16"/>
              </w:rPr>
              <w:t>B. 2D array</w:t>
            </w:r>
          </w:p>
          <w:p w14:paraId="2C0710F0" w14:textId="77777777" w:rsidR="004C6ABD" w:rsidRDefault="00F35368">
            <w:pPr>
              <w:pStyle w:val="OptionLine"/>
            </w:pPr>
            <w:r>
              <w:rPr>
                <w:sz w:val="16"/>
              </w:rPr>
              <w:t>C. Boolean</w:t>
            </w:r>
          </w:p>
          <w:p w14:paraId="26218BF9" w14:textId="77777777" w:rsidR="004C6ABD" w:rsidRDefault="00F35368">
            <w:pPr>
              <w:pStyle w:val="OptionLine"/>
            </w:pPr>
            <w:r>
              <w:rPr>
                <w:sz w:val="16"/>
              </w:rPr>
              <w:t>D. String</w:t>
            </w:r>
          </w:p>
          <w:p w14:paraId="70039F8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7E999F9" w14:textId="77777777">
        <w:trPr>
          <w:cantSplit/>
          <w:jc w:val="center"/>
        </w:trPr>
        <w:tc>
          <w:tcPr>
            <w:tcW w:w="5112" w:type="dxa"/>
          </w:tcPr>
          <w:p w14:paraId="48A3CFC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What is printed? FOR i = 1 TO 3; print('X'); NEXT i</w:t>
            </w:r>
          </w:p>
          <w:p w14:paraId="4F662FB9" w14:textId="77777777" w:rsidR="004C6ABD" w:rsidRDefault="00F35368">
            <w:pPr>
              <w:pStyle w:val="OptionLine"/>
            </w:pPr>
            <w:r>
              <w:rPr>
                <w:sz w:val="16"/>
              </w:rPr>
              <w:t>A. X is printed once</w:t>
            </w:r>
          </w:p>
          <w:p w14:paraId="1E41BBC7" w14:textId="77777777" w:rsidR="004C6ABD" w:rsidRDefault="00F35368">
            <w:pPr>
              <w:pStyle w:val="OptionLine"/>
            </w:pPr>
            <w:r>
              <w:rPr>
                <w:sz w:val="16"/>
              </w:rPr>
              <w:t>B. X is printed 3 times</w:t>
            </w:r>
          </w:p>
          <w:p w14:paraId="5ACD8687" w14:textId="77777777" w:rsidR="004C6ABD" w:rsidRDefault="00F35368">
            <w:pPr>
              <w:pStyle w:val="OptionLine"/>
            </w:pPr>
            <w:r>
              <w:rPr>
                <w:sz w:val="16"/>
              </w:rPr>
              <w:t>C. Nothing is printed</w:t>
            </w:r>
          </w:p>
          <w:p w14:paraId="19AEBC97" w14:textId="77777777" w:rsidR="004C6ABD" w:rsidRDefault="00F35368">
            <w:pPr>
              <w:pStyle w:val="OptionLine"/>
            </w:pPr>
            <w:r>
              <w:rPr>
                <w:sz w:val="16"/>
              </w:rPr>
              <w:t>D. X is printed 4 times</w:t>
            </w:r>
          </w:p>
          <w:p w14:paraId="5F85B4A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76FAB8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Which term best matches this description: an operator used for calculations such as +, -, *, /, DIV, MOD or ^</w:t>
            </w:r>
          </w:p>
          <w:p w14:paraId="021348FC" w14:textId="77777777" w:rsidR="004C6ABD" w:rsidRDefault="00F35368">
            <w:pPr>
              <w:pStyle w:val="OptionLine"/>
            </w:pPr>
            <w:r>
              <w:rPr>
                <w:sz w:val="16"/>
              </w:rPr>
              <w:t>A. Casting</w:t>
            </w:r>
          </w:p>
          <w:p w14:paraId="38E3AC36" w14:textId="77777777" w:rsidR="004C6ABD" w:rsidRDefault="00F35368">
            <w:pPr>
              <w:pStyle w:val="OptionLine"/>
            </w:pPr>
            <w:r>
              <w:rPr>
                <w:sz w:val="16"/>
              </w:rPr>
              <w:t>B. Arithmetic operator</w:t>
            </w:r>
          </w:p>
          <w:p w14:paraId="11526418" w14:textId="77777777" w:rsidR="004C6ABD" w:rsidRDefault="00F35368">
            <w:pPr>
              <w:pStyle w:val="OptionLine"/>
            </w:pPr>
            <w:r>
              <w:rPr>
                <w:sz w:val="16"/>
              </w:rPr>
              <w:t>C. File open</w:t>
            </w:r>
          </w:p>
          <w:p w14:paraId="20D6BA59" w14:textId="77777777" w:rsidR="004C6ABD" w:rsidRDefault="00F35368">
            <w:pPr>
              <w:pStyle w:val="OptionLine"/>
            </w:pPr>
            <w:r>
              <w:rPr>
                <w:sz w:val="16"/>
              </w:rPr>
              <w:t>D. Boolean operator</w:t>
            </w:r>
          </w:p>
          <w:p w14:paraId="68B7A2B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4641D8A" w14:textId="77777777">
        <w:trPr>
          <w:cantSplit/>
          <w:jc w:val="center"/>
        </w:trPr>
        <w:tc>
          <w:tcPr>
            <w:tcW w:w="5112" w:type="dxa"/>
          </w:tcPr>
          <w:p w14:paraId="07C4C35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Which description correctly matches WHILE loop?</w:t>
            </w:r>
          </w:p>
          <w:p w14:paraId="2286D14D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loop that repeats while a condition is true</w:t>
            </w:r>
          </w:p>
          <w:p w14:paraId="291831A5" w14:textId="77777777" w:rsidR="004C6ABD" w:rsidRDefault="00F35368">
            <w:pPr>
              <w:pStyle w:val="OptionLine"/>
            </w:pPr>
            <w:r>
              <w:rPr>
                <w:sz w:val="16"/>
              </w:rPr>
              <w:t>B. an operator that returns the remainder after integer division</w:t>
            </w:r>
          </w:p>
          <w:p w14:paraId="20354309" w14:textId="77777777" w:rsidR="004C6ABD" w:rsidRDefault="00F35368">
            <w:pPr>
              <w:pStyle w:val="OptionLine"/>
            </w:pPr>
            <w:r>
              <w:rPr>
                <w:sz w:val="16"/>
              </w:rPr>
              <w:t>C. integer division that returns the whole-number quotient</w:t>
            </w:r>
          </w:p>
          <w:p w14:paraId="36597DAC" w14:textId="77777777" w:rsidR="004C6ABD" w:rsidRDefault="00F35368">
            <w:pPr>
              <w:pStyle w:val="OptionLine"/>
            </w:pPr>
            <w:r>
              <w:rPr>
                <w:sz w:val="16"/>
              </w:rPr>
              <w:t>D. a named memory location whose value can change while a program runs</w:t>
            </w:r>
          </w:p>
          <w:p w14:paraId="2236FB5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253FF0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Which description correctly matches Global variable?</w:t>
            </w:r>
          </w:p>
          <w:p w14:paraId="5B6ACC7D" w14:textId="77777777" w:rsidR="004C6ABD" w:rsidRDefault="00F35368">
            <w:pPr>
              <w:pStyle w:val="OptionLine"/>
            </w:pPr>
            <w:r>
              <w:rPr>
                <w:sz w:val="16"/>
              </w:rPr>
              <w:t>A. an operator used to compare values such as ==, !=, &lt;, &gt;, &lt;= or &gt;=</w:t>
            </w:r>
          </w:p>
          <w:p w14:paraId="2B33AC4E" w14:textId="77777777" w:rsidR="004C6ABD" w:rsidRDefault="00F35368">
            <w:pPr>
              <w:pStyle w:val="OptionLine"/>
            </w:pPr>
            <w:r>
              <w:rPr>
                <w:sz w:val="16"/>
              </w:rPr>
              <w:t>B. temporarily changing a value from one data type to another</w:t>
            </w:r>
          </w:p>
          <w:p w14:paraId="7865FE74" w14:textId="77777777" w:rsidR="004C6ABD" w:rsidRDefault="00F35368">
            <w:pPr>
              <w:pStyle w:val="OptionLine"/>
            </w:pPr>
            <w:r>
              <w:rPr>
                <w:sz w:val="16"/>
              </w:rPr>
              <w:t>C. a data type for numbers with decimal parts</w:t>
            </w:r>
          </w:p>
          <w:p w14:paraId="7BDFAB56" w14:textId="77777777" w:rsidR="004C6ABD" w:rsidRDefault="00F35368">
            <w:pPr>
              <w:pStyle w:val="OptionLine"/>
            </w:pPr>
            <w:r>
              <w:rPr>
                <w:sz w:val="16"/>
              </w:rPr>
              <w:t>D. a variable that can be accessed from different parts of a program</w:t>
            </w:r>
          </w:p>
          <w:p w14:paraId="4EBD048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E39C0BC" w14:textId="77777777">
        <w:trPr>
          <w:cantSplit/>
          <w:jc w:val="center"/>
        </w:trPr>
        <w:tc>
          <w:tcPr>
            <w:tcW w:w="5112" w:type="dxa"/>
          </w:tcPr>
          <w:p w14:paraId="4FCE173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description correctly matches Function?</w:t>
            </w:r>
          </w:p>
          <w:p w14:paraId="305C8765" w14:textId="77777777" w:rsidR="004C6ABD" w:rsidRDefault="00F35368">
            <w:pPr>
              <w:pStyle w:val="OptionLine"/>
            </w:pPr>
            <w:r>
              <w:rPr>
                <w:sz w:val="16"/>
              </w:rPr>
              <w:t>A. a subprogram that returns a value</w:t>
            </w:r>
          </w:p>
          <w:p w14:paraId="68C30A4D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file-handling operation that makes a file available to read or write</w:t>
            </w:r>
          </w:p>
          <w:p w14:paraId="1D6F194C" w14:textId="77777777" w:rsidR="004C6ABD" w:rsidRDefault="00F35368">
            <w:pPr>
              <w:pStyle w:val="OptionLine"/>
            </w:pPr>
            <w:r>
              <w:rPr>
                <w:sz w:val="16"/>
              </w:rPr>
              <w:t>C. program statements executed in order</w:t>
            </w:r>
          </w:p>
          <w:p w14:paraId="4A2A2C9C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value sent back by a function</w:t>
            </w:r>
          </w:p>
          <w:p w14:paraId="4EFE38C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9D44D6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What is printed? x = 4; x = x + 3; print(x)</w:t>
            </w:r>
          </w:p>
          <w:p w14:paraId="30A97973" w14:textId="77777777" w:rsidR="004C6ABD" w:rsidRDefault="00F35368">
            <w:pPr>
              <w:pStyle w:val="OptionLine"/>
            </w:pPr>
            <w:r>
              <w:rPr>
                <w:sz w:val="16"/>
              </w:rPr>
              <w:t>A. 4</w:t>
            </w:r>
          </w:p>
          <w:p w14:paraId="70A50A3D" w14:textId="77777777" w:rsidR="004C6ABD" w:rsidRDefault="00F35368">
            <w:pPr>
              <w:pStyle w:val="OptionLine"/>
            </w:pPr>
            <w:r>
              <w:rPr>
                <w:sz w:val="16"/>
              </w:rPr>
              <w:t>B. 3</w:t>
            </w:r>
          </w:p>
          <w:p w14:paraId="0686C1B9" w14:textId="77777777" w:rsidR="004C6ABD" w:rsidRDefault="00F35368">
            <w:pPr>
              <w:pStyle w:val="OptionLine"/>
            </w:pPr>
            <w:r>
              <w:rPr>
                <w:sz w:val="16"/>
              </w:rPr>
              <w:t>C. 7</w:t>
            </w:r>
          </w:p>
          <w:p w14:paraId="7AC2778C" w14:textId="77777777" w:rsidR="004C6ABD" w:rsidRDefault="00F35368">
            <w:pPr>
              <w:pStyle w:val="OptionLine"/>
            </w:pPr>
            <w:r>
              <w:rPr>
                <w:sz w:val="16"/>
              </w:rPr>
              <w:t>D. x + 3</w:t>
            </w:r>
          </w:p>
          <w:p w14:paraId="11712F8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E5056BD" w14:textId="77777777">
        <w:trPr>
          <w:cantSplit/>
          <w:jc w:val="center"/>
        </w:trPr>
        <w:tc>
          <w:tcPr>
            <w:tcW w:w="5112" w:type="dxa"/>
          </w:tcPr>
          <w:p w14:paraId="48A3D2F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A student writes about Concatenation. Which statement would be correct?</w:t>
            </w:r>
          </w:p>
          <w:p w14:paraId="4FE08845" w14:textId="77777777" w:rsidR="004C6ABD" w:rsidRDefault="00F35368">
            <w:pPr>
              <w:pStyle w:val="OptionLine"/>
            </w:pPr>
            <w:r>
              <w:rPr>
                <w:sz w:val="16"/>
              </w:rPr>
              <w:t>A. a programming construct that repeats instructions</w:t>
            </w:r>
          </w:p>
          <w:p w14:paraId="73D8B0A8" w14:textId="77777777" w:rsidR="004C6ABD" w:rsidRDefault="00F35368">
            <w:pPr>
              <w:pStyle w:val="OptionLine"/>
            </w:pPr>
            <w:r>
              <w:rPr>
                <w:sz w:val="16"/>
              </w:rPr>
              <w:t>B. joining strings together</w:t>
            </w:r>
          </w:p>
          <w:p w14:paraId="5AFE04F5" w14:textId="77777777" w:rsidR="004C6ABD" w:rsidRDefault="00F35368">
            <w:pPr>
              <w:pStyle w:val="OptionLine"/>
            </w:pPr>
            <w:r>
              <w:rPr>
                <w:sz w:val="16"/>
              </w:rPr>
              <w:t>C. integer division that returns the whole-number quotient</w:t>
            </w:r>
          </w:p>
          <w:p w14:paraId="5E110272" w14:textId="77777777" w:rsidR="004C6ABD" w:rsidRDefault="00F35368">
            <w:pPr>
              <w:pStyle w:val="OptionLine"/>
            </w:pPr>
            <w:r>
              <w:rPr>
                <w:sz w:val="16"/>
              </w:rPr>
              <w:t>D. a position used to access an element in an array</w:t>
            </w:r>
          </w:p>
          <w:p w14:paraId="4D97A84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E1F95F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Which operator checks equality in OCR-style pseudocode?</w:t>
            </w:r>
          </w:p>
          <w:p w14:paraId="2CC90D55" w14:textId="77777777" w:rsidR="004C6ABD" w:rsidRDefault="00F35368">
            <w:pPr>
              <w:pStyle w:val="OptionLine"/>
            </w:pPr>
            <w:r>
              <w:rPr>
                <w:sz w:val="16"/>
              </w:rPr>
              <w:t>A. =</w:t>
            </w:r>
          </w:p>
          <w:p w14:paraId="38113F3C" w14:textId="77777777" w:rsidR="004C6ABD" w:rsidRDefault="00F35368">
            <w:pPr>
              <w:pStyle w:val="OptionLine"/>
            </w:pPr>
            <w:r>
              <w:rPr>
                <w:sz w:val="16"/>
              </w:rPr>
              <w:t>B. !=</w:t>
            </w:r>
          </w:p>
          <w:p w14:paraId="08B3B3F9" w14:textId="77777777" w:rsidR="004C6ABD" w:rsidRDefault="00F35368">
            <w:pPr>
              <w:pStyle w:val="OptionLine"/>
            </w:pPr>
            <w:r>
              <w:rPr>
                <w:sz w:val="16"/>
              </w:rPr>
              <w:t>C. =&gt;</w:t>
            </w:r>
          </w:p>
          <w:p w14:paraId="710BFC65" w14:textId="77777777" w:rsidR="004C6ABD" w:rsidRDefault="00F35368">
            <w:pPr>
              <w:pStyle w:val="OptionLine"/>
            </w:pPr>
            <w:r>
              <w:rPr>
                <w:sz w:val="16"/>
              </w:rPr>
              <w:t>D. ==</w:t>
            </w:r>
          </w:p>
          <w:p w14:paraId="73DE9D9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BA60A8C" w14:textId="77777777">
        <w:trPr>
          <w:cantSplit/>
          <w:jc w:val="center"/>
        </w:trPr>
        <w:tc>
          <w:tcPr>
            <w:tcW w:w="5112" w:type="dxa"/>
          </w:tcPr>
          <w:p w14:paraId="2B1C630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Which term best matches this description: a data structure that stores multiple values under one name</w:t>
            </w:r>
          </w:p>
          <w:p w14:paraId="7B0F0F1A" w14:textId="77777777" w:rsidR="004C6ABD" w:rsidRDefault="00F35368">
            <w:pPr>
              <w:pStyle w:val="OptionLine"/>
            </w:pPr>
            <w:r>
              <w:rPr>
                <w:sz w:val="16"/>
              </w:rPr>
              <w:t>A. Array</w:t>
            </w:r>
          </w:p>
          <w:p w14:paraId="0BC34E50" w14:textId="77777777" w:rsidR="004C6ABD" w:rsidRDefault="00F35368">
            <w:pPr>
              <w:pStyle w:val="OptionLine"/>
            </w:pPr>
            <w:r>
              <w:rPr>
                <w:sz w:val="16"/>
              </w:rPr>
              <w:t>B. Global variable</w:t>
            </w:r>
          </w:p>
          <w:p w14:paraId="5E9FFBE6" w14:textId="77777777" w:rsidR="004C6ABD" w:rsidRDefault="00F35368">
            <w:pPr>
              <w:pStyle w:val="OptionLine"/>
            </w:pPr>
            <w:r>
              <w:rPr>
                <w:sz w:val="16"/>
              </w:rPr>
              <w:t>C. 1D array</w:t>
            </w:r>
          </w:p>
          <w:p w14:paraId="3A8F802B" w14:textId="77777777" w:rsidR="004C6ABD" w:rsidRDefault="00F35368">
            <w:pPr>
              <w:pStyle w:val="OptionLine"/>
            </w:pPr>
            <w:r>
              <w:rPr>
                <w:sz w:val="16"/>
              </w:rPr>
              <w:t>D. Return value</w:t>
            </w:r>
          </w:p>
          <w:p w14:paraId="2E34D4C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BD2AF8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term best matches this description: a whole-number data type</w:t>
            </w:r>
          </w:p>
          <w:p w14:paraId="1CA3B4F8" w14:textId="77777777" w:rsidR="004C6ABD" w:rsidRDefault="00F35368">
            <w:pPr>
              <w:pStyle w:val="OptionLine"/>
            </w:pPr>
            <w:r>
              <w:rPr>
                <w:sz w:val="16"/>
              </w:rPr>
              <w:t>A. Comparison operator</w:t>
            </w:r>
          </w:p>
          <w:p w14:paraId="4F623E0C" w14:textId="77777777" w:rsidR="004C6ABD" w:rsidRDefault="00F35368">
            <w:pPr>
              <w:pStyle w:val="OptionLine"/>
            </w:pPr>
            <w:r>
              <w:rPr>
                <w:sz w:val="16"/>
              </w:rPr>
              <w:t>B. MOD</w:t>
            </w:r>
          </w:p>
          <w:p w14:paraId="06F335CB" w14:textId="77777777" w:rsidR="004C6ABD" w:rsidRDefault="00F35368">
            <w:pPr>
              <w:pStyle w:val="OptionLine"/>
            </w:pPr>
            <w:r>
              <w:rPr>
                <w:sz w:val="16"/>
              </w:rPr>
              <w:t>C. Integer</w:t>
            </w:r>
          </w:p>
          <w:p w14:paraId="3B6361A5" w14:textId="77777777" w:rsidR="004C6ABD" w:rsidRDefault="00F35368">
            <w:pPr>
              <w:pStyle w:val="OptionLine"/>
            </w:pPr>
            <w:r>
              <w:rPr>
                <w:sz w:val="16"/>
              </w:rPr>
              <w:t>D. String length</w:t>
            </w:r>
          </w:p>
          <w:p w14:paraId="6EA5D9E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17A24A9" w14:textId="77777777">
        <w:trPr>
          <w:cantSplit/>
          <w:jc w:val="center"/>
        </w:trPr>
        <w:tc>
          <w:tcPr>
            <w:tcW w:w="5112" w:type="dxa"/>
          </w:tcPr>
          <w:p w14:paraId="5BEF989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Which description correctly matches Casting?</w:t>
            </w:r>
          </w:p>
          <w:p w14:paraId="11BCC852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file-handling operation that finishes using a file</w:t>
            </w:r>
          </w:p>
          <w:p w14:paraId="125DBCDF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programming construct that repeats instructions</w:t>
            </w:r>
          </w:p>
          <w:p w14:paraId="31236AA3" w14:textId="77777777" w:rsidR="004C6ABD" w:rsidRDefault="00F35368">
            <w:pPr>
              <w:pStyle w:val="OptionLine"/>
            </w:pPr>
            <w:r>
              <w:rPr>
                <w:sz w:val="16"/>
              </w:rPr>
              <w:t>C. an operator such as AND, OR or NOT used with Boolean values</w:t>
            </w:r>
          </w:p>
          <w:p w14:paraId="36BECED3" w14:textId="77777777" w:rsidR="004C6ABD" w:rsidRDefault="00F35368">
            <w:pPr>
              <w:pStyle w:val="OptionLine"/>
            </w:pPr>
            <w:r>
              <w:rPr>
                <w:sz w:val="16"/>
              </w:rPr>
              <w:t>D. temporarily changing a value from one data type to another</w:t>
            </w:r>
          </w:p>
          <w:p w14:paraId="511145C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EAF987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A student writes about MOD. Which statement would be correct?</w:t>
            </w:r>
          </w:p>
          <w:p w14:paraId="5178387C" w14:textId="77777777" w:rsidR="004C6ABD" w:rsidRDefault="00F35368">
            <w:pPr>
              <w:pStyle w:val="OptionLine"/>
            </w:pPr>
            <w:r>
              <w:rPr>
                <w:sz w:val="16"/>
              </w:rPr>
              <w:t>A. an operator that returns the remainder after integer division</w:t>
            </w:r>
          </w:p>
          <w:p w14:paraId="0C1BDC8B" w14:textId="77777777" w:rsidR="004C6ABD" w:rsidRDefault="00F35368">
            <w:pPr>
              <w:pStyle w:val="OptionLine"/>
            </w:pPr>
            <w:r>
              <w:rPr>
                <w:sz w:val="16"/>
              </w:rPr>
              <w:t>B. raising a number to a power</w:t>
            </w:r>
          </w:p>
          <w:p w14:paraId="23E87EC3" w14:textId="77777777" w:rsidR="004C6ABD" w:rsidRDefault="00F35368">
            <w:pPr>
              <w:pStyle w:val="OptionLine"/>
            </w:pPr>
            <w:r>
              <w:rPr>
                <w:sz w:val="16"/>
              </w:rPr>
              <w:t>C. an operator such as AND, OR or NOT used with Boolean values</w:t>
            </w:r>
          </w:p>
          <w:p w14:paraId="2953D682" w14:textId="77777777" w:rsidR="004C6ABD" w:rsidRDefault="00F35368">
            <w:pPr>
              <w:pStyle w:val="OptionLine"/>
            </w:pPr>
            <w:r>
              <w:rPr>
                <w:sz w:val="16"/>
              </w:rPr>
              <w:t>D. an operator used for calculations such as +, -, *, /, DIV, MOD or ^</w:t>
            </w:r>
          </w:p>
          <w:p w14:paraId="105900A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CA70FAB" w14:textId="77777777">
        <w:trPr>
          <w:cantSplit/>
          <w:jc w:val="center"/>
        </w:trPr>
        <w:tc>
          <w:tcPr>
            <w:tcW w:w="5112" w:type="dxa"/>
          </w:tcPr>
          <w:p w14:paraId="05DD511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What is 20 MOD 7?</w:t>
            </w:r>
          </w:p>
          <w:p w14:paraId="167DD10E" w14:textId="77777777" w:rsidR="004C6ABD" w:rsidRDefault="00F35368">
            <w:pPr>
              <w:pStyle w:val="OptionLine"/>
            </w:pPr>
            <w:r>
              <w:rPr>
                <w:sz w:val="16"/>
              </w:rPr>
              <w:t>A. 6</w:t>
            </w:r>
          </w:p>
          <w:p w14:paraId="73C9C1CD" w14:textId="77777777" w:rsidR="004C6ABD" w:rsidRDefault="00F35368">
            <w:pPr>
              <w:pStyle w:val="OptionLine"/>
            </w:pPr>
            <w:r>
              <w:rPr>
                <w:sz w:val="16"/>
              </w:rPr>
              <w:t>B. 13</w:t>
            </w:r>
          </w:p>
          <w:p w14:paraId="1E1CCCC3" w14:textId="77777777" w:rsidR="004C6ABD" w:rsidRDefault="00F35368">
            <w:pPr>
              <w:pStyle w:val="OptionLine"/>
            </w:pPr>
            <w:r>
              <w:rPr>
                <w:sz w:val="16"/>
              </w:rPr>
              <w:t>C. 27</w:t>
            </w:r>
          </w:p>
          <w:p w14:paraId="51E80EE9" w14:textId="77777777" w:rsidR="004C6ABD" w:rsidRDefault="00F35368">
            <w:pPr>
              <w:pStyle w:val="OptionLine"/>
            </w:pPr>
            <w:r>
              <w:rPr>
                <w:sz w:val="16"/>
              </w:rPr>
              <w:t>D. 2</w:t>
            </w:r>
          </w:p>
          <w:p w14:paraId="4E90D1B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4CA47D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Which description correctly matches File write?</w:t>
            </w:r>
          </w:p>
          <w:p w14:paraId="7F333F06" w14:textId="77777777" w:rsidR="004C6ABD" w:rsidRDefault="00F35368">
            <w:pPr>
              <w:pStyle w:val="OptionLine"/>
            </w:pPr>
            <w:r>
              <w:rPr>
                <w:sz w:val="16"/>
              </w:rPr>
              <w:t>A. a programming construct that repeats instructions</w:t>
            </w:r>
          </w:p>
          <w:p w14:paraId="6C05B84C" w14:textId="77777777" w:rsidR="004C6ABD" w:rsidRDefault="00F35368">
            <w:pPr>
              <w:pStyle w:val="OptionLine"/>
            </w:pPr>
            <w:r>
              <w:rPr>
                <w:sz w:val="16"/>
              </w:rPr>
              <w:t>B. temporarily changing a value from one data type to another</w:t>
            </w:r>
          </w:p>
          <w:p w14:paraId="327C23D6" w14:textId="77777777" w:rsidR="004C6ABD" w:rsidRDefault="00F35368">
            <w:pPr>
              <w:pStyle w:val="OptionLine"/>
            </w:pPr>
            <w:r>
              <w:rPr>
                <w:sz w:val="16"/>
              </w:rPr>
              <w:t>C. an operator used to compare values such as ==, !=, &lt;, &gt;, &lt;= or &gt;=</w:t>
            </w:r>
          </w:p>
          <w:p w14:paraId="5F7795B1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file-handling operation that stores data in a file</w:t>
            </w:r>
          </w:p>
          <w:p w14:paraId="09B6960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5E53278" w14:textId="77777777">
        <w:trPr>
          <w:cantSplit/>
          <w:jc w:val="center"/>
        </w:trPr>
        <w:tc>
          <w:tcPr>
            <w:tcW w:w="5112" w:type="dxa"/>
          </w:tcPr>
          <w:p w14:paraId="7010EDA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16. What is 12 DIV 12?</w:t>
            </w:r>
          </w:p>
          <w:p w14:paraId="547949E0" w14:textId="77777777" w:rsidR="004C6ABD" w:rsidRDefault="00F35368">
            <w:pPr>
              <w:pStyle w:val="OptionLine"/>
            </w:pPr>
            <w:r>
              <w:rPr>
                <w:sz w:val="16"/>
              </w:rPr>
              <w:t>A. 12</w:t>
            </w:r>
          </w:p>
          <w:p w14:paraId="4C13F11D" w14:textId="77777777" w:rsidR="004C6ABD" w:rsidRDefault="00F35368">
            <w:pPr>
              <w:pStyle w:val="OptionLine"/>
            </w:pPr>
            <w:r>
              <w:rPr>
                <w:sz w:val="16"/>
              </w:rPr>
              <w:t>B. 24</w:t>
            </w:r>
          </w:p>
          <w:p w14:paraId="3415BE1A" w14:textId="77777777" w:rsidR="004C6ABD" w:rsidRDefault="00F35368">
            <w:pPr>
              <w:pStyle w:val="OptionLine"/>
            </w:pPr>
            <w:r>
              <w:rPr>
                <w:sz w:val="16"/>
              </w:rPr>
              <w:t>C. 0</w:t>
            </w:r>
          </w:p>
          <w:p w14:paraId="412AB9BF" w14:textId="77777777" w:rsidR="004C6ABD" w:rsidRDefault="00F35368">
            <w:pPr>
              <w:pStyle w:val="OptionLine"/>
            </w:pPr>
            <w:r>
              <w:rPr>
                <w:sz w:val="16"/>
              </w:rPr>
              <w:t>D. 1</w:t>
            </w:r>
          </w:p>
          <w:p w14:paraId="1F24A71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C2BA50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Which term best matches this description: the file-handling operation that finishes using a file</w:t>
            </w:r>
          </w:p>
          <w:p w14:paraId="1166DECE" w14:textId="77777777" w:rsidR="004C6ABD" w:rsidRDefault="00F35368">
            <w:pPr>
              <w:pStyle w:val="OptionLine"/>
            </w:pPr>
            <w:r>
              <w:rPr>
                <w:sz w:val="16"/>
              </w:rPr>
              <w:t>A. File close</w:t>
            </w:r>
          </w:p>
          <w:p w14:paraId="327E2F79" w14:textId="77777777" w:rsidR="004C6ABD" w:rsidRDefault="00F35368">
            <w:pPr>
              <w:pStyle w:val="OptionLine"/>
            </w:pPr>
            <w:r>
              <w:rPr>
                <w:sz w:val="16"/>
              </w:rPr>
              <w:t>B. Substring</w:t>
            </w:r>
          </w:p>
          <w:p w14:paraId="2DEFF5FF" w14:textId="77777777" w:rsidR="004C6ABD" w:rsidRDefault="00F35368">
            <w:pPr>
              <w:pStyle w:val="OptionLine"/>
            </w:pPr>
            <w:r>
              <w:rPr>
                <w:sz w:val="16"/>
              </w:rPr>
              <w:t>C. Function</w:t>
            </w:r>
          </w:p>
          <w:p w14:paraId="69BD0496" w14:textId="77777777" w:rsidR="004C6ABD" w:rsidRDefault="00F35368">
            <w:pPr>
              <w:pStyle w:val="OptionLine"/>
            </w:pPr>
            <w:r>
              <w:rPr>
                <w:sz w:val="16"/>
              </w:rPr>
              <w:t>D. String</w:t>
            </w:r>
          </w:p>
          <w:p w14:paraId="1365DD3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F80361E" w14:textId="77777777">
        <w:trPr>
          <w:cantSplit/>
          <w:jc w:val="center"/>
        </w:trPr>
        <w:tc>
          <w:tcPr>
            <w:tcW w:w="5112" w:type="dxa"/>
          </w:tcPr>
          <w:p w14:paraId="04CE001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A student writes about 2D array. Which statement would be correct?</w:t>
            </w:r>
          </w:p>
          <w:p w14:paraId="6DE6F5D4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loop commonly used for count-controlled iteration</w:t>
            </w:r>
          </w:p>
          <w:p w14:paraId="5071C70B" w14:textId="77777777" w:rsidR="004C6ABD" w:rsidRDefault="00F35368">
            <w:pPr>
              <w:pStyle w:val="OptionLine"/>
            </w:pPr>
            <w:r>
              <w:rPr>
                <w:sz w:val="16"/>
              </w:rPr>
              <w:t>B. an array organised using rows and columns</w:t>
            </w:r>
          </w:p>
          <w:p w14:paraId="37EDC2BE" w14:textId="77777777" w:rsidR="004C6ABD" w:rsidRDefault="00F35368">
            <w:pPr>
              <w:pStyle w:val="OptionLine"/>
            </w:pPr>
            <w:r>
              <w:rPr>
                <w:sz w:val="16"/>
              </w:rPr>
              <w:t>C. data entered into a program</w:t>
            </w:r>
          </w:p>
          <w:p w14:paraId="3754D362" w14:textId="77777777" w:rsidR="004C6ABD" w:rsidRDefault="00F35368">
            <w:pPr>
              <w:pStyle w:val="OptionLine"/>
            </w:pPr>
            <w:r>
              <w:rPr>
                <w:sz w:val="16"/>
              </w:rPr>
              <w:t>D. a loop that repeats while a condition is true</w:t>
            </w:r>
          </w:p>
          <w:p w14:paraId="4C3E20B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6798BE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term best matches this description: temporarily changing a value from one data type to another</w:t>
            </w:r>
          </w:p>
          <w:p w14:paraId="7FF8258E" w14:textId="77777777" w:rsidR="004C6ABD" w:rsidRDefault="00F35368">
            <w:pPr>
              <w:pStyle w:val="OptionLine"/>
            </w:pPr>
            <w:r>
              <w:rPr>
                <w:sz w:val="16"/>
              </w:rPr>
              <w:t>A. Arithmetic operator</w:t>
            </w:r>
          </w:p>
          <w:p w14:paraId="6DC5AB39" w14:textId="77777777" w:rsidR="004C6ABD" w:rsidRDefault="00F35368">
            <w:pPr>
              <w:pStyle w:val="OptionLine"/>
            </w:pPr>
            <w:r>
              <w:rPr>
                <w:sz w:val="16"/>
              </w:rPr>
              <w:t>B. Iteration</w:t>
            </w:r>
          </w:p>
          <w:p w14:paraId="5346A69D" w14:textId="77777777" w:rsidR="004C6ABD" w:rsidRDefault="00F35368">
            <w:pPr>
              <w:pStyle w:val="OptionLine"/>
            </w:pPr>
            <w:r>
              <w:rPr>
                <w:sz w:val="16"/>
              </w:rPr>
              <w:t>C. Procedure</w:t>
            </w:r>
          </w:p>
          <w:p w14:paraId="5872A715" w14:textId="77777777" w:rsidR="004C6ABD" w:rsidRDefault="00F35368">
            <w:pPr>
              <w:pStyle w:val="OptionLine"/>
            </w:pPr>
            <w:r>
              <w:rPr>
                <w:sz w:val="16"/>
              </w:rPr>
              <w:t>D. Casting</w:t>
            </w:r>
          </w:p>
          <w:p w14:paraId="4180A67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EED2F8E" w14:textId="77777777">
        <w:trPr>
          <w:cantSplit/>
          <w:jc w:val="center"/>
        </w:trPr>
        <w:tc>
          <w:tcPr>
            <w:tcW w:w="5112" w:type="dxa"/>
          </w:tcPr>
          <w:p w14:paraId="74A910E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A student writes about File write. Which statement would be correct?</w:t>
            </w:r>
          </w:p>
          <w:p w14:paraId="14F9B533" w14:textId="77777777" w:rsidR="004C6ABD" w:rsidRDefault="00F35368">
            <w:pPr>
              <w:pStyle w:val="OptionLine"/>
            </w:pPr>
            <w:r>
              <w:rPr>
                <w:sz w:val="16"/>
              </w:rPr>
              <w:t>A. a named memory location whose value can change while a program runs</w:t>
            </w:r>
          </w:p>
          <w:p w14:paraId="4AA92C2F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programming construct that repeats instructions</w:t>
            </w:r>
          </w:p>
          <w:p w14:paraId="5710EBED" w14:textId="77777777" w:rsidR="004C6ABD" w:rsidRDefault="00F35368">
            <w:pPr>
              <w:pStyle w:val="OptionLine"/>
            </w:pPr>
            <w:r>
              <w:rPr>
                <w:sz w:val="16"/>
              </w:rPr>
              <w:t>C. a position used to access an element in an array</w:t>
            </w:r>
          </w:p>
          <w:p w14:paraId="3F37CFAB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file-handling operation that stores data in a file</w:t>
            </w:r>
          </w:p>
          <w:p w14:paraId="5B26B48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6E87DF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Which construct is used by FOR count = 1 TO 10?</w:t>
            </w:r>
          </w:p>
          <w:p w14:paraId="5035BEFB" w14:textId="77777777" w:rsidR="004C6ABD" w:rsidRDefault="00F35368">
            <w:pPr>
              <w:pStyle w:val="OptionLine"/>
            </w:pPr>
            <w:r>
              <w:rPr>
                <w:sz w:val="16"/>
              </w:rPr>
              <w:t>A. Assignment only</w:t>
            </w:r>
          </w:p>
          <w:p w14:paraId="38EC7109" w14:textId="77777777" w:rsidR="004C6ABD" w:rsidRDefault="00F35368">
            <w:pPr>
              <w:pStyle w:val="OptionLine"/>
            </w:pPr>
            <w:r>
              <w:rPr>
                <w:sz w:val="16"/>
              </w:rPr>
              <w:t>B. Casting</w:t>
            </w:r>
          </w:p>
          <w:p w14:paraId="61B9358B" w14:textId="77777777" w:rsidR="004C6ABD" w:rsidRDefault="00F35368">
            <w:pPr>
              <w:pStyle w:val="OptionLine"/>
            </w:pPr>
            <w:r>
              <w:rPr>
                <w:sz w:val="16"/>
              </w:rPr>
              <w:t>C. Selection</w:t>
            </w:r>
          </w:p>
          <w:p w14:paraId="1947F615" w14:textId="77777777" w:rsidR="004C6ABD" w:rsidRDefault="00F35368">
            <w:pPr>
              <w:pStyle w:val="OptionLine"/>
            </w:pPr>
            <w:r>
              <w:rPr>
                <w:sz w:val="16"/>
              </w:rPr>
              <w:t>D. Count-controlled iteration</w:t>
            </w:r>
          </w:p>
          <w:p w14:paraId="78B83C4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1AF3A83" w14:textId="77777777">
        <w:trPr>
          <w:cantSplit/>
          <w:jc w:val="center"/>
        </w:trPr>
        <w:tc>
          <w:tcPr>
            <w:tcW w:w="5112" w:type="dxa"/>
          </w:tcPr>
          <w:p w14:paraId="7C464A9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Which description correctly matches Selection?</w:t>
            </w:r>
          </w:p>
          <w:p w14:paraId="2FA8E4FE" w14:textId="77777777" w:rsidR="004C6ABD" w:rsidRDefault="00F35368">
            <w:pPr>
              <w:pStyle w:val="OptionLine"/>
            </w:pPr>
            <w:r>
              <w:rPr>
                <w:sz w:val="16"/>
              </w:rPr>
              <w:t>A. a programming construct that repeats instructions</w:t>
            </w:r>
          </w:p>
          <w:p w14:paraId="7D659F3D" w14:textId="77777777" w:rsidR="004C6ABD" w:rsidRDefault="00F35368">
            <w:pPr>
              <w:pStyle w:val="OptionLine"/>
            </w:pPr>
            <w:r>
              <w:rPr>
                <w:sz w:val="16"/>
              </w:rPr>
              <w:t>B. an operator used for calculations such as +, -, *, /, DIV, MOD or ^</w:t>
            </w:r>
          </w:p>
          <w:p w14:paraId="3E9AE57D" w14:textId="77777777" w:rsidR="004C6ABD" w:rsidRDefault="00F35368">
            <w:pPr>
              <w:pStyle w:val="OptionLine"/>
            </w:pPr>
            <w:r>
              <w:rPr>
                <w:sz w:val="16"/>
              </w:rPr>
              <w:t>C. a programming construct that chooses between paths using a condition</w:t>
            </w:r>
          </w:p>
          <w:p w14:paraId="5762CFD7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value sent back by a function</w:t>
            </w:r>
          </w:p>
          <w:p w14:paraId="04CC465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BB4672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term best matches this description: a position used to access an element in an array</w:t>
            </w:r>
          </w:p>
          <w:p w14:paraId="42E534CE" w14:textId="77777777" w:rsidR="004C6ABD" w:rsidRDefault="00F35368">
            <w:pPr>
              <w:pStyle w:val="OptionLine"/>
            </w:pPr>
            <w:r>
              <w:rPr>
                <w:sz w:val="16"/>
              </w:rPr>
              <w:t>A. Assignment</w:t>
            </w:r>
          </w:p>
          <w:p w14:paraId="6E27982D" w14:textId="77777777" w:rsidR="004C6ABD" w:rsidRDefault="00F35368">
            <w:pPr>
              <w:pStyle w:val="OptionLine"/>
            </w:pPr>
            <w:r>
              <w:rPr>
                <w:sz w:val="16"/>
              </w:rPr>
              <w:t>B. Boolean</w:t>
            </w:r>
          </w:p>
          <w:p w14:paraId="0005F249" w14:textId="77777777" w:rsidR="004C6ABD" w:rsidRDefault="00F35368">
            <w:pPr>
              <w:pStyle w:val="OptionLine"/>
            </w:pPr>
            <w:r>
              <w:rPr>
                <w:sz w:val="16"/>
              </w:rPr>
              <w:t>C. Iteration</w:t>
            </w:r>
          </w:p>
          <w:p w14:paraId="7F2C786A" w14:textId="77777777" w:rsidR="004C6ABD" w:rsidRDefault="00F35368">
            <w:pPr>
              <w:pStyle w:val="OptionLine"/>
            </w:pPr>
            <w:r>
              <w:rPr>
                <w:sz w:val="16"/>
              </w:rPr>
              <w:t>D. Index</w:t>
            </w:r>
          </w:p>
          <w:p w14:paraId="6814668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F7FBB39" w14:textId="77777777">
        <w:trPr>
          <w:cantSplit/>
          <w:jc w:val="center"/>
        </w:trPr>
        <w:tc>
          <w:tcPr>
            <w:tcW w:w="5112" w:type="dxa"/>
          </w:tcPr>
          <w:p w14:paraId="6A64A72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Which subprogram type should be used when a value needs to be returned?</w:t>
            </w:r>
          </w:p>
          <w:p w14:paraId="326C7A6D" w14:textId="77777777" w:rsidR="004C6ABD" w:rsidRDefault="00F35368">
            <w:pPr>
              <w:pStyle w:val="OptionLine"/>
            </w:pPr>
            <w:r>
              <w:rPr>
                <w:sz w:val="16"/>
              </w:rPr>
              <w:t>A. Procedure</w:t>
            </w:r>
          </w:p>
          <w:p w14:paraId="06A16E7C" w14:textId="77777777" w:rsidR="004C6ABD" w:rsidRDefault="00F35368">
            <w:pPr>
              <w:pStyle w:val="OptionLine"/>
            </w:pPr>
            <w:r>
              <w:rPr>
                <w:sz w:val="16"/>
              </w:rPr>
              <w:t>B. File close</w:t>
            </w:r>
          </w:p>
          <w:p w14:paraId="7A183813" w14:textId="77777777" w:rsidR="004C6ABD" w:rsidRDefault="00F35368">
            <w:pPr>
              <w:pStyle w:val="OptionLine"/>
            </w:pPr>
            <w:r>
              <w:rPr>
                <w:sz w:val="16"/>
              </w:rPr>
              <w:t>C. Constant</w:t>
            </w:r>
          </w:p>
          <w:p w14:paraId="0E2C377A" w14:textId="77777777" w:rsidR="004C6ABD" w:rsidRDefault="00F35368">
            <w:pPr>
              <w:pStyle w:val="OptionLine"/>
            </w:pPr>
            <w:r>
              <w:rPr>
                <w:sz w:val="16"/>
              </w:rPr>
              <w:t>D. Function</w:t>
            </w:r>
          </w:p>
          <w:p w14:paraId="5158FF7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E4E32C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A student writes about String length. Which statement would be correct?</w:t>
            </w:r>
          </w:p>
          <w:p w14:paraId="78FEEA5C" w14:textId="77777777" w:rsidR="004C6ABD" w:rsidRDefault="00F35368">
            <w:pPr>
              <w:pStyle w:val="OptionLine"/>
            </w:pPr>
            <w:r>
              <w:rPr>
                <w:sz w:val="16"/>
              </w:rPr>
              <w:t>A. a position used to access an element in an array</w:t>
            </w:r>
          </w:p>
          <w:p w14:paraId="6671C51A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number of characters in a string</w:t>
            </w:r>
          </w:p>
          <w:p w14:paraId="35A3760D" w14:textId="77777777" w:rsidR="004C6ABD" w:rsidRDefault="00F35368">
            <w:pPr>
              <w:pStyle w:val="OptionLine"/>
            </w:pPr>
            <w:r>
              <w:rPr>
                <w:sz w:val="16"/>
              </w:rPr>
              <w:t>C. a data structure that stores multiple values under one name</w:t>
            </w:r>
          </w:p>
          <w:p w14:paraId="5AF49103" w14:textId="77777777" w:rsidR="004C6ABD" w:rsidRDefault="00F35368">
            <w:pPr>
              <w:pStyle w:val="OptionLine"/>
            </w:pPr>
            <w:r>
              <w:rPr>
                <w:sz w:val="16"/>
              </w:rPr>
              <w:t>D. a named memory location whose value can change while a program runs</w:t>
            </w:r>
          </w:p>
          <w:p w14:paraId="736BF41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