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7E03" w14:textId="77777777" w:rsidR="004C6ABD" w:rsidRDefault="00F35368">
      <w:pPr>
        <w:pStyle w:val="Heading1"/>
      </w:pPr>
      <w:r>
        <w:lastRenderedPageBreak/>
        <w:t>2.3 Producing robust programs - Quiz A</w:t>
      </w:r>
    </w:p>
    <w:p w14:paraId="3F9032D9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19FB8F0B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28F7E832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62AB5529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61EF00A0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1C4941C7" w14:textId="77777777">
        <w:trPr>
          <w:cantSplit/>
          <w:jc w:val="center"/>
        </w:trPr>
        <w:tc>
          <w:tcPr>
            <w:tcW w:w="5112" w:type="dxa"/>
          </w:tcPr>
          <w:p w14:paraId="4993997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description correctly matches Defensive design?</w:t>
            </w:r>
          </w:p>
          <w:p w14:paraId="3E740349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at the edge of an allowed range</w:t>
            </w:r>
          </w:p>
          <w:p w14:paraId="03AEEE2D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caused by breaking language grammar rules</w:t>
            </w:r>
          </w:p>
          <w:p w14:paraId="68F3E1FA" w14:textId="77777777" w:rsidR="004C6ABD" w:rsidRDefault="00F35368">
            <w:pPr>
              <w:pStyle w:val="OptionLine"/>
            </w:pPr>
            <w:r>
              <w:rPr>
                <w:sz w:val="16"/>
              </w:rPr>
              <w:t>C. how easy a program is to understand, change and fix</w:t>
            </w:r>
          </w:p>
          <w:p w14:paraId="6F312569" w14:textId="77777777" w:rsidR="004C6ABD" w:rsidRDefault="00F35368">
            <w:pPr>
              <w:pStyle w:val="OptionLine"/>
            </w:pPr>
            <w:r>
              <w:rPr>
                <w:sz w:val="16"/>
              </w:rPr>
              <w:t>D. designing a program to handle misuse and unexpected input</w:t>
            </w:r>
          </w:p>
          <w:p w14:paraId="4B75151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5B62AF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A student writes about Input validation. Which statement would be correct?</w:t>
            </w:r>
          </w:p>
          <w:p w14:paraId="189BB80D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that data entered is reasonable before it is processed</w:t>
            </w:r>
          </w:p>
          <w:p w14:paraId="28F08E89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 that copes well with invalid input and unexpected use</w:t>
            </w:r>
          </w:p>
          <w:p w14:paraId="2F98E002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extra digit used to help detect data-entry errors</w:t>
            </w:r>
          </w:p>
          <w:p w14:paraId="16D67616" w14:textId="77777777" w:rsidR="004C6ABD" w:rsidRDefault="00F35368">
            <w:pPr>
              <w:pStyle w:val="OptionLine"/>
            </w:pPr>
            <w:r>
              <w:rPr>
                <w:sz w:val="16"/>
              </w:rPr>
              <w:t>D. testing the complete program after development</w:t>
            </w:r>
          </w:p>
          <w:p w14:paraId="3C7CD6C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8DBCACC" w14:textId="77777777">
        <w:trPr>
          <w:cantSplit/>
          <w:jc w:val="center"/>
        </w:trPr>
        <w:tc>
          <w:tcPr>
            <w:tcW w:w="5112" w:type="dxa"/>
          </w:tcPr>
          <w:p w14:paraId="416D37D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When should iterative testing happen?</w:t>
            </w:r>
          </w:p>
          <w:p w14:paraId="16036CE7" w14:textId="77777777" w:rsidR="004C6ABD" w:rsidRDefault="00F35368">
            <w:pPr>
              <w:pStyle w:val="OptionLine"/>
            </w:pPr>
            <w:r>
              <w:rPr>
                <w:sz w:val="16"/>
              </w:rPr>
              <w:t>A. During development after small parts are written</w:t>
            </w:r>
          </w:p>
          <w:p w14:paraId="1C7585D4" w14:textId="77777777" w:rsidR="004C6ABD" w:rsidRDefault="00F35368">
            <w:pPr>
              <w:pStyle w:val="OptionLine"/>
            </w:pPr>
            <w:r>
              <w:rPr>
                <w:sz w:val="16"/>
              </w:rPr>
              <w:t>B. Only after the product has been sold</w:t>
            </w:r>
          </w:p>
          <w:p w14:paraId="639BDA6C" w14:textId="77777777" w:rsidR="004C6ABD" w:rsidRDefault="00F35368">
            <w:pPr>
              <w:pStyle w:val="OptionLine"/>
            </w:pPr>
            <w:r>
              <w:rPr>
                <w:sz w:val="16"/>
              </w:rPr>
              <w:t>C. Never</w:t>
            </w:r>
          </w:p>
          <w:p w14:paraId="6D175B37" w14:textId="77777777" w:rsidR="004C6ABD" w:rsidRDefault="00F35368">
            <w:pPr>
              <w:pStyle w:val="OptionLine"/>
            </w:pPr>
            <w:r>
              <w:rPr>
                <w:sz w:val="16"/>
              </w:rPr>
              <w:t>D. Before requirements are known</w:t>
            </w:r>
          </w:p>
          <w:p w14:paraId="3413421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1DB68F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term best matches this description: adding notes in code to explain what it does</w:t>
            </w:r>
          </w:p>
          <w:p w14:paraId="395681D4" w14:textId="77777777" w:rsidR="004C6ABD" w:rsidRDefault="00F35368">
            <w:pPr>
              <w:pStyle w:val="OptionLine"/>
            </w:pPr>
            <w:r>
              <w:rPr>
                <w:sz w:val="16"/>
              </w:rPr>
              <w:t>A. Defensive design</w:t>
            </w:r>
          </w:p>
          <w:p w14:paraId="46BF8166" w14:textId="77777777" w:rsidR="004C6ABD" w:rsidRDefault="00F35368">
            <w:pPr>
              <w:pStyle w:val="OptionLine"/>
            </w:pPr>
            <w:r>
              <w:rPr>
                <w:sz w:val="16"/>
              </w:rPr>
              <w:t>B. Exception handling</w:t>
            </w:r>
          </w:p>
          <w:p w14:paraId="3BD408A9" w14:textId="77777777" w:rsidR="004C6ABD" w:rsidRDefault="00F35368">
            <w:pPr>
              <w:pStyle w:val="OptionLine"/>
            </w:pPr>
            <w:r>
              <w:rPr>
                <w:sz w:val="16"/>
              </w:rPr>
              <w:t>C. Range check</w:t>
            </w:r>
          </w:p>
          <w:p w14:paraId="505D16BB" w14:textId="77777777" w:rsidR="004C6ABD" w:rsidRDefault="00F35368">
            <w:pPr>
              <w:pStyle w:val="OptionLine"/>
            </w:pPr>
            <w:r>
              <w:rPr>
                <w:sz w:val="16"/>
              </w:rPr>
              <w:t>D. Commenting</w:t>
            </w:r>
          </w:p>
          <w:p w14:paraId="1E3DEDE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986CFAE" w14:textId="77777777">
        <w:trPr>
          <w:cantSplit/>
          <w:jc w:val="center"/>
        </w:trPr>
        <w:tc>
          <w:tcPr>
            <w:tcW w:w="5112" w:type="dxa"/>
          </w:tcPr>
          <w:p w14:paraId="32FFC9D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term best matches this description: data that should be rejected because it is outside allowed rules</w:t>
            </w:r>
          </w:p>
          <w:p w14:paraId="19EE9C11" w14:textId="77777777" w:rsidR="004C6ABD" w:rsidRDefault="00F35368">
            <w:pPr>
              <w:pStyle w:val="OptionLine"/>
            </w:pPr>
            <w:r>
              <w:rPr>
                <w:sz w:val="16"/>
              </w:rPr>
              <w:t>A. Naming convention</w:t>
            </w:r>
          </w:p>
          <w:p w14:paraId="71E5E7AD" w14:textId="77777777" w:rsidR="004C6ABD" w:rsidRDefault="00F35368">
            <w:pPr>
              <w:pStyle w:val="OptionLine"/>
            </w:pPr>
            <w:r>
              <w:rPr>
                <w:sz w:val="16"/>
              </w:rPr>
              <w:t>B. Invalid data</w:t>
            </w:r>
          </w:p>
          <w:p w14:paraId="1BF5DE32" w14:textId="77777777" w:rsidR="004C6ABD" w:rsidRDefault="00F35368">
            <w:pPr>
              <w:pStyle w:val="OptionLine"/>
            </w:pPr>
            <w:r>
              <w:rPr>
                <w:sz w:val="16"/>
              </w:rPr>
              <w:t>C. Commenting</w:t>
            </w:r>
          </w:p>
          <w:p w14:paraId="4259F1DD" w14:textId="77777777" w:rsidR="004C6ABD" w:rsidRDefault="00F35368">
            <w:pPr>
              <w:pStyle w:val="OptionLine"/>
            </w:pPr>
            <w:r>
              <w:rPr>
                <w:sz w:val="16"/>
              </w:rPr>
              <w:t>D. Authentication</w:t>
            </w:r>
          </w:p>
          <w:p w14:paraId="0FA092F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E33B66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A student writes about Authentication. Which statement would be correct?</w:t>
            </w:r>
          </w:p>
          <w:p w14:paraId="40E838C6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that required data has been entered</w:t>
            </w:r>
          </w:p>
          <w:p w14:paraId="27D6CABD" w14:textId="77777777" w:rsidR="004C6ABD" w:rsidRDefault="00F35368">
            <w:pPr>
              <w:pStyle w:val="OptionLine"/>
            </w:pPr>
            <w:r>
              <w:rPr>
                <w:sz w:val="16"/>
              </w:rPr>
              <w:t>B. following program execution to see how values change</w:t>
            </w:r>
          </w:p>
          <w:p w14:paraId="762C8116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 at the edge of an allowed range</w:t>
            </w:r>
          </w:p>
          <w:p w14:paraId="24610D53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a user's identity before allowing access</w:t>
            </w:r>
          </w:p>
          <w:p w14:paraId="3A48E50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E8B7680" w14:textId="77777777">
        <w:trPr>
          <w:cantSplit/>
          <w:jc w:val="center"/>
        </w:trPr>
        <w:tc>
          <w:tcPr>
            <w:tcW w:w="5112" w:type="dxa"/>
          </w:tcPr>
          <w:p w14:paraId="63D9F80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description correctly matches Syntax error?</w:t>
            </w:r>
          </w:p>
          <w:p w14:paraId="3C0D6974" w14:textId="77777777" w:rsidR="004C6ABD" w:rsidRDefault="00F35368">
            <w:pPr>
              <w:pStyle w:val="OptionLine"/>
            </w:pPr>
            <w:r>
              <w:rPr>
                <w:sz w:val="16"/>
              </w:rPr>
              <w:t>A. finding and fixing errors in a program</w:t>
            </w:r>
          </w:p>
          <w:p w14:paraId="69936E77" w14:textId="77777777" w:rsidR="004C6ABD" w:rsidRDefault="00F35368">
            <w:pPr>
              <w:pStyle w:val="OptionLine"/>
            </w:pPr>
            <w:r>
              <w:rPr>
                <w:sz w:val="16"/>
              </w:rPr>
              <w:t>B. a rule used to decide whether input should be accepted</w:t>
            </w:r>
          </w:p>
          <w:p w14:paraId="5801B793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caused by breaking language grammar rules</w:t>
            </w:r>
          </w:p>
          <w:p w14:paraId="54EC7544" w14:textId="77777777" w:rsidR="004C6ABD" w:rsidRDefault="00F35368">
            <w:pPr>
              <w:pStyle w:val="OptionLine"/>
            </w:pPr>
            <w:r>
              <w:rPr>
                <w:sz w:val="16"/>
              </w:rPr>
              <w:t>D. spacing code to show its structure clearly</w:t>
            </w:r>
          </w:p>
          <w:p w14:paraId="0E5B9D0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BA2E70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description correctly matches Final testing?</w:t>
            </w:r>
          </w:p>
          <w:p w14:paraId="63861C89" w14:textId="77777777" w:rsidR="004C6ABD" w:rsidRDefault="00F35368">
            <w:pPr>
              <w:pStyle w:val="OptionLine"/>
            </w:pPr>
            <w:r>
              <w:rPr>
                <w:sz w:val="16"/>
              </w:rPr>
              <w:t>A. testing the complete program after development</w:t>
            </w:r>
          </w:p>
          <w:p w14:paraId="2B018CB6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checking that data contains an acceptable number of characters</w:t>
            </w:r>
          </w:p>
          <w:p w14:paraId="757FECE5" w14:textId="77777777" w:rsidR="004C6ABD" w:rsidRDefault="00F35368">
            <w:pPr>
              <w:pStyle w:val="OptionLine"/>
            </w:pPr>
            <w:r>
              <w:rPr>
                <w:sz w:val="16"/>
              </w:rPr>
              <w:t>C. valid data that should be accepted by a program</w:t>
            </w:r>
          </w:p>
          <w:p w14:paraId="47AFF1AC" w14:textId="77777777" w:rsidR="004C6ABD" w:rsidRDefault="00F35368">
            <w:pPr>
              <w:pStyle w:val="OptionLine"/>
            </w:pPr>
            <w:r>
              <w:rPr>
                <w:sz w:val="16"/>
              </w:rPr>
              <w:t>D. a program that copes well with invalid input and unexpected use</w:t>
            </w:r>
          </w:p>
          <w:p w14:paraId="43D71D4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39B0147" w14:textId="77777777">
        <w:trPr>
          <w:cantSplit/>
          <w:jc w:val="center"/>
        </w:trPr>
        <w:tc>
          <w:tcPr>
            <w:tcW w:w="5112" w:type="dxa"/>
          </w:tcPr>
          <w:p w14:paraId="374DE57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A student writes about Final testing. Which statement would be correct?</w:t>
            </w:r>
          </w:p>
          <w:p w14:paraId="4267EAD4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at the edge of an allowed range</w:t>
            </w:r>
          </w:p>
          <w:p w14:paraId="27A8AB7F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checking that data contains an acceptable number of characters</w:t>
            </w:r>
          </w:p>
          <w:p w14:paraId="0CC7F0DF" w14:textId="77777777" w:rsidR="004C6ABD" w:rsidRDefault="00F35368">
            <w:pPr>
              <w:pStyle w:val="OptionLine"/>
            </w:pPr>
            <w:r>
              <w:rPr>
                <w:sz w:val="16"/>
              </w:rPr>
              <w:t>C. testing the complete program after development</w:t>
            </w:r>
          </w:p>
          <w:p w14:paraId="6D70444B" w14:textId="77777777" w:rsidR="004C6ABD" w:rsidRDefault="00F35368">
            <w:pPr>
              <w:pStyle w:val="OptionLine"/>
            </w:pPr>
            <w:r>
              <w:rPr>
                <w:sz w:val="16"/>
              </w:rPr>
              <w:t>D. a rule used to decide whether input should be accepted</w:t>
            </w:r>
          </w:p>
          <w:p w14:paraId="06F8F4A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7CF350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An ISBN uses an extra digit to detect typing errors. Which check is this?</w:t>
            </w:r>
          </w:p>
          <w:p w14:paraId="03329036" w14:textId="77777777" w:rsidR="004C6ABD" w:rsidRDefault="00F35368">
            <w:pPr>
              <w:pStyle w:val="OptionLine"/>
            </w:pPr>
            <w:r>
              <w:rPr>
                <w:sz w:val="16"/>
              </w:rPr>
              <w:t>A. Type check</w:t>
            </w:r>
          </w:p>
          <w:p w14:paraId="45D31759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 digit</w:t>
            </w:r>
          </w:p>
          <w:p w14:paraId="4E337FDC" w14:textId="77777777" w:rsidR="004C6ABD" w:rsidRDefault="00F35368">
            <w:pPr>
              <w:pStyle w:val="OptionLine"/>
            </w:pPr>
            <w:r>
              <w:rPr>
                <w:sz w:val="16"/>
              </w:rPr>
              <w:t>C. Format check only</w:t>
            </w:r>
          </w:p>
          <w:p w14:paraId="28BCF330" w14:textId="77777777" w:rsidR="004C6ABD" w:rsidRDefault="00F35368">
            <w:pPr>
              <w:pStyle w:val="OptionLine"/>
            </w:pPr>
            <w:r>
              <w:rPr>
                <w:sz w:val="16"/>
              </w:rPr>
              <w:t>D. Range check</w:t>
            </w:r>
          </w:p>
          <w:p w14:paraId="73CA513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B7382C4" w14:textId="77777777">
        <w:trPr>
          <w:cantSplit/>
          <w:jc w:val="center"/>
        </w:trPr>
        <w:tc>
          <w:tcPr>
            <w:tcW w:w="5112" w:type="dxa"/>
          </w:tcPr>
          <w:p w14:paraId="5C8CC72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description correctly matches Iterative testing?</w:t>
            </w:r>
          </w:p>
          <w:p w14:paraId="1FC0EC27" w14:textId="77777777" w:rsidR="004C6ABD" w:rsidRDefault="00F35368">
            <w:pPr>
              <w:pStyle w:val="OptionLine"/>
            </w:pPr>
            <w:r>
              <w:rPr>
                <w:sz w:val="16"/>
              </w:rPr>
              <w:t>A. testing during development after small changes</w:t>
            </w:r>
          </w:p>
          <w:p w14:paraId="4730447F" w14:textId="77777777" w:rsidR="004C6ABD" w:rsidRDefault="00F35368">
            <w:pPr>
              <w:pStyle w:val="OptionLine"/>
            </w:pPr>
            <w:r>
              <w:rPr>
                <w:sz w:val="16"/>
              </w:rPr>
              <w:t>B. finding and fixing errors in a program</w:t>
            </w:r>
          </w:p>
          <w:p w14:paraId="21C09C0C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that occurs while a program is running</w:t>
            </w:r>
          </w:p>
          <w:p w14:paraId="752F3F04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a value is between acceptable limits</w:t>
            </w:r>
          </w:p>
          <w:p w14:paraId="3091614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44EDA0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A student writes about Anticipating misuse. Which statement would be correct?</w:t>
            </w:r>
          </w:p>
          <w:p w14:paraId="70103A6D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of the wrong type or impossible form</w:t>
            </w:r>
          </w:p>
          <w:p w14:paraId="399E64A7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caused by breaking language grammar rules</w:t>
            </w:r>
          </w:p>
          <w:p w14:paraId="0C883AA8" w14:textId="77777777" w:rsidR="004C6ABD" w:rsidRDefault="00F35368">
            <w:pPr>
              <w:pStyle w:val="OptionLine"/>
            </w:pPr>
            <w:r>
              <w:rPr>
                <w:sz w:val="16"/>
              </w:rPr>
              <w:t>C. thinking about how users might use a program incorrectly</w:t>
            </w:r>
          </w:p>
          <w:p w14:paraId="613EE64B" w14:textId="77777777" w:rsidR="004C6ABD" w:rsidRDefault="00F35368">
            <w:pPr>
              <w:pStyle w:val="OptionLine"/>
            </w:pPr>
            <w:r>
              <w:rPr>
                <w:sz w:val="16"/>
              </w:rPr>
              <w:t>D. adding notes in code to explain what it does</w:t>
            </w:r>
          </w:p>
          <w:p w14:paraId="4515ABF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6815E11" w14:textId="77777777">
        <w:trPr>
          <w:cantSplit/>
          <w:jc w:val="center"/>
        </w:trPr>
        <w:tc>
          <w:tcPr>
            <w:tcW w:w="5112" w:type="dxa"/>
          </w:tcPr>
          <w:p w14:paraId="496C771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A student writes about Boundary data. Which statement would be correct?</w:t>
            </w:r>
          </w:p>
          <w:p w14:paraId="612177C2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that data is one of a set of allowed values</w:t>
            </w:r>
          </w:p>
          <w:p w14:paraId="5BFC357A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at the edge of an allowed range</w:t>
            </w:r>
          </w:p>
          <w:p w14:paraId="759C67A7" w14:textId="77777777" w:rsidR="004C6ABD" w:rsidRDefault="00F35368">
            <w:pPr>
              <w:pStyle w:val="OptionLine"/>
            </w:pPr>
            <w:r>
              <w:rPr>
                <w:sz w:val="16"/>
              </w:rPr>
              <w:t>C. messages that help users understand errors or results</w:t>
            </w:r>
          </w:p>
          <w:p w14:paraId="0C4165CF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caused by breaking language grammar rules</w:t>
            </w:r>
          </w:p>
          <w:p w14:paraId="43EB7EA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C66BF4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description correctly matches Erroneous data?</w:t>
            </w:r>
          </w:p>
          <w:p w14:paraId="4CC61017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that data is one of a set of allowed values</w:t>
            </w:r>
          </w:p>
          <w:p w14:paraId="65642CC0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consistent way of naming variables and subprograms</w:t>
            </w:r>
          </w:p>
          <w:p w14:paraId="4F15BF41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 of the wrong type or impossible form</w:t>
            </w:r>
          </w:p>
          <w:p w14:paraId="105703F9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data contains an acceptable number of characters</w:t>
            </w:r>
          </w:p>
          <w:p w14:paraId="7540156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2522E0B" w14:textId="77777777">
        <w:trPr>
          <w:cantSplit/>
          <w:jc w:val="center"/>
        </w:trPr>
        <w:tc>
          <w:tcPr>
            <w:tcW w:w="5112" w:type="dxa"/>
          </w:tcPr>
          <w:p w14:paraId="1C02899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8. A student writes about User feedback. Which statement would be correct?</w:t>
            </w:r>
          </w:p>
          <w:p w14:paraId="28664B44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where the program runs but produces the wrong result</w:t>
            </w:r>
          </w:p>
          <w:p w14:paraId="77623383" w14:textId="77777777" w:rsidR="004C6ABD" w:rsidRDefault="00F35368">
            <w:pPr>
              <w:pStyle w:val="OptionLine"/>
            </w:pPr>
            <w:r>
              <w:rPr>
                <w:sz w:val="16"/>
              </w:rPr>
              <w:t>B. finding and fixing errors in a program</w:t>
            </w:r>
          </w:p>
          <w:p w14:paraId="0D5F1131" w14:textId="77777777" w:rsidR="004C6ABD" w:rsidRDefault="00F35368">
            <w:pPr>
              <w:pStyle w:val="OptionLine"/>
            </w:pPr>
            <w:r>
              <w:rPr>
                <w:sz w:val="16"/>
              </w:rPr>
              <w:t>C. messages that help users understand errors or results</w:t>
            </w:r>
          </w:p>
          <w:p w14:paraId="13234E29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a value is between acceptable limits</w:t>
            </w:r>
          </w:p>
          <w:p w14:paraId="4C7A27B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551EFB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A program accepts ages from 11 to 18. Which test data is invalid?</w:t>
            </w:r>
          </w:p>
          <w:p w14:paraId="33654832" w14:textId="77777777" w:rsidR="004C6ABD" w:rsidRDefault="00F35368">
            <w:pPr>
              <w:pStyle w:val="OptionLine"/>
            </w:pPr>
            <w:r>
              <w:rPr>
                <w:sz w:val="16"/>
              </w:rPr>
              <w:t>A. 15</w:t>
            </w:r>
          </w:p>
          <w:p w14:paraId="4F8F7969" w14:textId="77777777" w:rsidR="004C6ABD" w:rsidRDefault="00F35368">
            <w:pPr>
              <w:pStyle w:val="OptionLine"/>
            </w:pPr>
            <w:r>
              <w:rPr>
                <w:sz w:val="16"/>
              </w:rPr>
              <w:t>B. 10</w:t>
            </w:r>
          </w:p>
          <w:p w14:paraId="4E31836A" w14:textId="77777777" w:rsidR="004C6ABD" w:rsidRDefault="00F35368">
            <w:pPr>
              <w:pStyle w:val="OptionLine"/>
            </w:pPr>
            <w:r>
              <w:rPr>
                <w:sz w:val="16"/>
              </w:rPr>
              <w:t>C. 11</w:t>
            </w:r>
          </w:p>
          <w:p w14:paraId="5C8B6447" w14:textId="77777777" w:rsidR="004C6ABD" w:rsidRDefault="00F35368">
            <w:pPr>
              <w:pStyle w:val="OptionLine"/>
            </w:pPr>
            <w:r>
              <w:rPr>
                <w:sz w:val="16"/>
              </w:rPr>
              <w:t>D. 18</w:t>
            </w:r>
          </w:p>
          <w:p w14:paraId="6A92F1C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004A091" w14:textId="77777777">
        <w:trPr>
          <w:cantSplit/>
          <w:jc w:val="center"/>
        </w:trPr>
        <w:tc>
          <w:tcPr>
            <w:tcW w:w="5112" w:type="dxa"/>
          </w:tcPr>
          <w:p w14:paraId="45BD322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A program crashes when trying to divide by zero. What type of error is most likely?</w:t>
            </w:r>
          </w:p>
          <w:p w14:paraId="063A4AC1" w14:textId="77777777" w:rsidR="004C6ABD" w:rsidRDefault="00F35368">
            <w:pPr>
              <w:pStyle w:val="OptionLine"/>
            </w:pPr>
            <w:r>
              <w:rPr>
                <w:sz w:val="16"/>
              </w:rPr>
              <w:t>A. Syntax error</w:t>
            </w:r>
          </w:p>
          <w:p w14:paraId="05528B42" w14:textId="77777777" w:rsidR="004C6ABD" w:rsidRDefault="00F35368">
            <w:pPr>
              <w:pStyle w:val="OptionLine"/>
            </w:pPr>
            <w:r>
              <w:rPr>
                <w:sz w:val="16"/>
              </w:rPr>
              <w:t>B. Boundary data</w:t>
            </w:r>
          </w:p>
          <w:p w14:paraId="4AB51ED8" w14:textId="77777777" w:rsidR="004C6ABD" w:rsidRDefault="00F35368">
            <w:pPr>
              <w:pStyle w:val="OptionLine"/>
            </w:pPr>
            <w:r>
              <w:rPr>
                <w:sz w:val="16"/>
              </w:rPr>
              <w:t>C. Legal error</w:t>
            </w:r>
          </w:p>
          <w:p w14:paraId="216D2355" w14:textId="77777777" w:rsidR="004C6ABD" w:rsidRDefault="00F35368">
            <w:pPr>
              <w:pStyle w:val="OptionLine"/>
            </w:pPr>
            <w:r>
              <w:rPr>
                <w:sz w:val="16"/>
              </w:rPr>
              <w:t>D. Runtime error</w:t>
            </w:r>
          </w:p>
          <w:p w14:paraId="72F125B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840629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term best matches this description: designing a program to handle misuse and unexpected input</w:t>
            </w:r>
          </w:p>
          <w:p w14:paraId="491288BA" w14:textId="77777777" w:rsidR="004C6ABD" w:rsidRDefault="00F35368">
            <w:pPr>
              <w:pStyle w:val="OptionLine"/>
            </w:pPr>
            <w:r>
              <w:rPr>
                <w:sz w:val="16"/>
              </w:rPr>
              <w:t>A. Syntax error</w:t>
            </w:r>
          </w:p>
          <w:p w14:paraId="671433EA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 digit</w:t>
            </w:r>
          </w:p>
          <w:p w14:paraId="0D188AE0" w14:textId="77777777" w:rsidR="004C6ABD" w:rsidRDefault="00F35368">
            <w:pPr>
              <w:pStyle w:val="OptionLine"/>
            </w:pPr>
            <w:r>
              <w:rPr>
                <w:sz w:val="16"/>
              </w:rPr>
              <w:t>C. Commenting</w:t>
            </w:r>
          </w:p>
          <w:p w14:paraId="01947850" w14:textId="77777777" w:rsidR="004C6ABD" w:rsidRDefault="00F35368">
            <w:pPr>
              <w:pStyle w:val="OptionLine"/>
            </w:pPr>
            <w:r>
              <w:rPr>
                <w:sz w:val="16"/>
              </w:rPr>
              <w:t>D. Defensive design</w:t>
            </w:r>
          </w:p>
          <w:p w14:paraId="37D84CB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6B27848" w14:textId="77777777">
        <w:trPr>
          <w:cantSplit/>
          <w:jc w:val="center"/>
        </w:trPr>
        <w:tc>
          <w:tcPr>
            <w:tcW w:w="5112" w:type="dxa"/>
          </w:tcPr>
          <w:p w14:paraId="4C90989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description correctly matches Trace?</w:t>
            </w:r>
          </w:p>
          <w:p w14:paraId="6239CDDD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that data contains an acceptable number of characters</w:t>
            </w:r>
          </w:p>
          <w:p w14:paraId="5E9B8128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that occurs while a program is running</w:t>
            </w:r>
          </w:p>
          <w:p w14:paraId="0EB6CEA0" w14:textId="77777777" w:rsidR="004C6ABD" w:rsidRDefault="00F35368">
            <w:pPr>
              <w:pStyle w:val="OptionLine"/>
            </w:pPr>
            <w:r>
              <w:rPr>
                <w:sz w:val="16"/>
              </w:rPr>
              <w:t>C. following program execution to see how values change</w:t>
            </w:r>
          </w:p>
          <w:p w14:paraId="1621839B" w14:textId="77777777" w:rsidR="004C6ABD" w:rsidRDefault="00F35368">
            <w:pPr>
              <w:pStyle w:val="OptionLine"/>
            </w:pPr>
            <w:r>
              <w:rPr>
                <w:sz w:val="16"/>
              </w:rPr>
              <w:t>D. spacing code to show its structure clearly</w:t>
            </w:r>
          </w:p>
          <w:p w14:paraId="1EC27C9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63392C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Which description correctly matches Authentication?</w:t>
            </w:r>
          </w:p>
          <w:p w14:paraId="23931D9C" w14:textId="77777777" w:rsidR="004C6ABD" w:rsidRDefault="00F35368">
            <w:pPr>
              <w:pStyle w:val="OptionLine"/>
            </w:pPr>
            <w:r>
              <w:rPr>
                <w:sz w:val="16"/>
              </w:rPr>
              <w:t>A. testing during development after small changes</w:t>
            </w:r>
          </w:p>
          <w:p w14:paraId="5DE3B56C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where the program runs but produces the wrong result</w:t>
            </w:r>
          </w:p>
          <w:p w14:paraId="03B3E294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data is one of a set of allowed values</w:t>
            </w:r>
          </w:p>
          <w:p w14:paraId="27080249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a user's identity before allowing access</w:t>
            </w:r>
          </w:p>
          <w:p w14:paraId="794C7F0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57582AE" w14:textId="77777777">
        <w:trPr>
          <w:cantSplit/>
          <w:jc w:val="center"/>
        </w:trPr>
        <w:tc>
          <w:tcPr>
            <w:tcW w:w="5112" w:type="dxa"/>
          </w:tcPr>
          <w:p w14:paraId="07BD06F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description correctly matches Breakpoint?</w:t>
            </w:r>
          </w:p>
          <w:p w14:paraId="79C052DE" w14:textId="77777777" w:rsidR="004C6ABD" w:rsidRDefault="00F35368">
            <w:pPr>
              <w:pStyle w:val="OptionLine"/>
            </w:pPr>
            <w:r>
              <w:rPr>
                <w:sz w:val="16"/>
              </w:rPr>
              <w:t>A. a planned set of tests with expected results</w:t>
            </w:r>
          </w:p>
          <w:p w14:paraId="6238107F" w14:textId="77777777" w:rsidR="004C6ABD" w:rsidRDefault="00F35368">
            <w:pPr>
              <w:pStyle w:val="OptionLine"/>
            </w:pPr>
            <w:r>
              <w:rPr>
                <w:sz w:val="16"/>
              </w:rPr>
              <w:t>B. code designed to deal with errors during execution</w:t>
            </w:r>
          </w:p>
          <w:p w14:paraId="1BDDD019" w14:textId="77777777" w:rsidR="004C6ABD" w:rsidRDefault="00F35368">
            <w:pPr>
              <w:pStyle w:val="OptionLine"/>
            </w:pPr>
            <w:r>
              <w:rPr>
                <w:sz w:val="16"/>
              </w:rPr>
              <w:t>C. a point where a program is paused during debugging</w:t>
            </w:r>
          </w:p>
          <w:p w14:paraId="27852181" w14:textId="77777777" w:rsidR="004C6ABD" w:rsidRDefault="00F35368">
            <w:pPr>
              <w:pStyle w:val="OptionLine"/>
            </w:pPr>
            <w:r>
              <w:rPr>
                <w:sz w:val="16"/>
              </w:rPr>
              <w:t>D. designing a program to handle misuse and unexpected input</w:t>
            </w:r>
          </w:p>
          <w:p w14:paraId="3963243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B70F6F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A password must be at least 12 characters. Which validation check is most suitable?</w:t>
            </w:r>
          </w:p>
          <w:p w14:paraId="27C06423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 digit</w:t>
            </w:r>
          </w:p>
          <w:p w14:paraId="1ACE61D7" w14:textId="77777777" w:rsidR="004C6ABD" w:rsidRDefault="00F35368">
            <w:pPr>
              <w:pStyle w:val="OptionLine"/>
            </w:pPr>
            <w:r>
              <w:rPr>
                <w:sz w:val="16"/>
              </w:rPr>
              <w:t>B. Length check</w:t>
            </w:r>
          </w:p>
          <w:p w14:paraId="7A8C47C0" w14:textId="77777777" w:rsidR="004C6ABD" w:rsidRDefault="00F35368">
            <w:pPr>
              <w:pStyle w:val="OptionLine"/>
            </w:pPr>
            <w:r>
              <w:rPr>
                <w:sz w:val="16"/>
              </w:rPr>
              <w:t>C. Range check</w:t>
            </w:r>
          </w:p>
          <w:p w14:paraId="72A97800" w14:textId="77777777" w:rsidR="004C6ABD" w:rsidRDefault="00F35368">
            <w:pPr>
              <w:pStyle w:val="OptionLine"/>
            </w:pPr>
            <w:r>
              <w:rPr>
                <w:sz w:val="16"/>
              </w:rPr>
              <w:t>D. Lookup check</w:t>
            </w:r>
          </w:p>
          <w:p w14:paraId="6A6D7D8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EFE3E40" w14:textId="77777777">
        <w:trPr>
          <w:cantSplit/>
          <w:jc w:val="center"/>
        </w:trPr>
        <w:tc>
          <w:tcPr>
            <w:tcW w:w="5112" w:type="dxa"/>
          </w:tcPr>
          <w:p w14:paraId="0823108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A student writes about Robust program. Which statement would be correct?</w:t>
            </w:r>
          </w:p>
          <w:p w14:paraId="443CB652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a user's identity before allowing access</w:t>
            </w:r>
          </w:p>
          <w:p w14:paraId="682B4DFD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 that copes well with invalid input and unexpected use</w:t>
            </w:r>
          </w:p>
          <w:p w14:paraId="605BD9D2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data follows a required pattern</w:t>
            </w:r>
          </w:p>
          <w:p w14:paraId="3EC0313E" w14:textId="77777777" w:rsidR="004C6ABD" w:rsidRDefault="00F35368">
            <w:pPr>
              <w:pStyle w:val="OptionLine"/>
            </w:pPr>
            <w:r>
              <w:rPr>
                <w:sz w:val="16"/>
              </w:rPr>
              <w:t>D. testing the complete program after development</w:t>
            </w:r>
          </w:p>
          <w:p w14:paraId="6E2DFD3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5577A0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term best matches this description: a point where a program is paused during debugging</w:t>
            </w:r>
          </w:p>
          <w:p w14:paraId="37F1129E" w14:textId="77777777" w:rsidR="004C6ABD" w:rsidRDefault="00F35368">
            <w:pPr>
              <w:pStyle w:val="OptionLine"/>
            </w:pPr>
            <w:r>
              <w:rPr>
                <w:sz w:val="16"/>
              </w:rPr>
              <w:t>A. Breakpoint</w:t>
            </w:r>
          </w:p>
          <w:p w14:paraId="36641A88" w14:textId="77777777" w:rsidR="004C6ABD" w:rsidRDefault="00F35368">
            <w:pPr>
              <w:pStyle w:val="OptionLine"/>
            </w:pPr>
            <w:r>
              <w:rPr>
                <w:sz w:val="16"/>
              </w:rPr>
              <w:t>B. Defensive design</w:t>
            </w:r>
          </w:p>
          <w:p w14:paraId="395A92CC" w14:textId="77777777" w:rsidR="004C6ABD" w:rsidRDefault="00F35368">
            <w:pPr>
              <w:pStyle w:val="OptionLine"/>
            </w:pPr>
            <w:r>
              <w:rPr>
                <w:sz w:val="16"/>
              </w:rPr>
              <w:t>C. Naming convention</w:t>
            </w:r>
          </w:p>
          <w:p w14:paraId="62BE6935" w14:textId="77777777" w:rsidR="004C6ABD" w:rsidRDefault="00F35368">
            <w:pPr>
              <w:pStyle w:val="OptionLine"/>
            </w:pPr>
            <w:r>
              <w:rPr>
                <w:sz w:val="16"/>
              </w:rPr>
              <w:t>D. Input validation</w:t>
            </w:r>
          </w:p>
          <w:p w14:paraId="3DD712E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694E6D3" w14:textId="77777777">
        <w:trPr>
          <w:cantSplit/>
          <w:jc w:val="center"/>
        </w:trPr>
        <w:tc>
          <w:tcPr>
            <w:tcW w:w="5112" w:type="dxa"/>
          </w:tcPr>
          <w:p w14:paraId="7AA71ED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Which term best matches this description: following program execution to see how values change</w:t>
            </w:r>
          </w:p>
          <w:p w14:paraId="78585A81" w14:textId="77777777" w:rsidR="004C6ABD" w:rsidRDefault="00F35368">
            <w:pPr>
              <w:pStyle w:val="OptionLine"/>
            </w:pPr>
            <w:r>
              <w:rPr>
                <w:sz w:val="16"/>
              </w:rPr>
              <w:t>A. Trace</w:t>
            </w:r>
          </w:p>
          <w:p w14:paraId="7094ECB0" w14:textId="77777777" w:rsidR="004C6ABD" w:rsidRDefault="00F35368">
            <w:pPr>
              <w:pStyle w:val="OptionLine"/>
            </w:pPr>
            <w:r>
              <w:rPr>
                <w:sz w:val="16"/>
              </w:rPr>
              <w:t>B. Logic error</w:t>
            </w:r>
          </w:p>
          <w:p w14:paraId="1C491673" w14:textId="77777777" w:rsidR="004C6ABD" w:rsidRDefault="00F35368">
            <w:pPr>
              <w:pStyle w:val="OptionLine"/>
            </w:pPr>
            <w:r>
              <w:rPr>
                <w:sz w:val="16"/>
              </w:rPr>
              <w:t>C. Debugging</w:t>
            </w:r>
          </w:p>
          <w:p w14:paraId="3AEEECA7" w14:textId="77777777" w:rsidR="004C6ABD" w:rsidRDefault="00F35368">
            <w:pPr>
              <w:pStyle w:val="OptionLine"/>
            </w:pPr>
            <w:r>
              <w:rPr>
                <w:sz w:val="16"/>
              </w:rPr>
              <w:t>D. Format check</w:t>
            </w:r>
          </w:p>
          <w:p w14:paraId="7AF9A95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6E182C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description correctly matches Test data?</w:t>
            </w:r>
          </w:p>
          <w:p w14:paraId="24632453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that data is of the expected data type</w:t>
            </w:r>
          </w:p>
          <w:p w14:paraId="0A754CB0" w14:textId="77777777" w:rsidR="004C6ABD" w:rsidRDefault="00F35368">
            <w:pPr>
              <w:pStyle w:val="OptionLine"/>
            </w:pPr>
            <w:r>
              <w:rPr>
                <w:sz w:val="16"/>
              </w:rPr>
              <w:t>B. code designed to deal with errors during execution</w:t>
            </w:r>
          </w:p>
          <w:p w14:paraId="510BA8D2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a value is between acceptable limits</w:t>
            </w:r>
          </w:p>
          <w:p w14:paraId="4758528F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chosen to check whether a program works correctly</w:t>
            </w:r>
          </w:p>
          <w:p w14:paraId="226422B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1D45C3B" w14:textId="77777777">
        <w:trPr>
          <w:cantSplit/>
          <w:jc w:val="center"/>
        </w:trPr>
        <w:tc>
          <w:tcPr>
            <w:tcW w:w="5112" w:type="dxa"/>
          </w:tcPr>
          <w:p w14:paraId="496821C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Which description correctly matches Length check?</w:t>
            </w:r>
          </w:p>
          <w:p w14:paraId="3AE43272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extra digit used to help detect data-entry errors</w:t>
            </w:r>
          </w:p>
          <w:p w14:paraId="5F701BE0" w14:textId="77777777" w:rsidR="004C6ABD" w:rsidRDefault="00F35368">
            <w:pPr>
              <w:pStyle w:val="OptionLine"/>
            </w:pPr>
            <w:r>
              <w:rPr>
                <w:sz w:val="16"/>
              </w:rPr>
              <w:t>B. messages that help users understand errors or results</w:t>
            </w:r>
          </w:p>
          <w:p w14:paraId="6AEA3FC2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data contains an acceptable number of characters</w:t>
            </w:r>
          </w:p>
          <w:p w14:paraId="379CD815" w14:textId="77777777" w:rsidR="004C6ABD" w:rsidRDefault="00F35368">
            <w:pPr>
              <w:pStyle w:val="OptionLine"/>
            </w:pPr>
            <w:r>
              <w:rPr>
                <w:sz w:val="16"/>
              </w:rPr>
              <w:t>D. a point where a program is paused during debugging</w:t>
            </w:r>
          </w:p>
          <w:p w14:paraId="171A78F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D9F85A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A student writes about Test plan. Which statement would be correct?</w:t>
            </w:r>
          </w:p>
          <w:p w14:paraId="1BD837E9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that data is of the expected data type</w:t>
            </w:r>
          </w:p>
          <w:p w14:paraId="50E59513" w14:textId="77777777" w:rsidR="004C6ABD" w:rsidRDefault="00F35368">
            <w:pPr>
              <w:pStyle w:val="OptionLine"/>
            </w:pPr>
            <w:r>
              <w:rPr>
                <w:sz w:val="16"/>
              </w:rPr>
              <w:t>B. a planned set of tests with expected results</w:t>
            </w:r>
          </w:p>
          <w:p w14:paraId="1294D2EC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where the program runs but produces the wrong result</w:t>
            </w:r>
          </w:p>
          <w:p w14:paraId="726C531D" w14:textId="77777777" w:rsidR="004C6ABD" w:rsidRDefault="00F35368">
            <w:pPr>
              <w:pStyle w:val="OptionLine"/>
            </w:pPr>
            <w:r>
              <w:rPr>
                <w:sz w:val="16"/>
              </w:rPr>
              <w:t>D. messages that help users understand errors or results</w:t>
            </w:r>
          </w:p>
          <w:p w14:paraId="40BD864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86C1144" w14:textId="77777777">
        <w:trPr>
          <w:cantSplit/>
          <w:jc w:val="center"/>
        </w:trPr>
        <w:tc>
          <w:tcPr>
            <w:tcW w:w="5112" w:type="dxa"/>
          </w:tcPr>
          <w:p w14:paraId="0AE31D8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description correctly matches Maintainability?</w:t>
            </w:r>
          </w:p>
          <w:p w14:paraId="45EF77B7" w14:textId="77777777" w:rsidR="004C6ABD" w:rsidRDefault="00F35368">
            <w:pPr>
              <w:pStyle w:val="OptionLine"/>
            </w:pPr>
            <w:r>
              <w:rPr>
                <w:sz w:val="16"/>
              </w:rPr>
              <w:t>A. how easy a program is to understand, change and fix</w:t>
            </w:r>
          </w:p>
          <w:p w14:paraId="0ED07483" w14:textId="77777777" w:rsidR="004C6ABD" w:rsidRDefault="00F35368">
            <w:pPr>
              <w:pStyle w:val="OptionLine"/>
            </w:pPr>
            <w:r>
              <w:rPr>
                <w:sz w:val="16"/>
              </w:rPr>
              <w:t>B. testing the complete program after development</w:t>
            </w:r>
          </w:p>
          <w:p w14:paraId="6E126E93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caused by breaking language grammar rules</w:t>
            </w:r>
          </w:p>
          <w:p w14:paraId="5428E4F4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that should be rejected because it is outside allowed rules</w:t>
            </w:r>
          </w:p>
          <w:p w14:paraId="3FE43FA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26BC44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description correctly matches Test plan?</w:t>
            </w:r>
          </w:p>
          <w:p w14:paraId="6B5608B2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of the wrong type or impossible form</w:t>
            </w:r>
          </w:p>
          <w:p w14:paraId="5E988F3F" w14:textId="77777777" w:rsidR="004C6ABD" w:rsidRDefault="00F35368">
            <w:pPr>
              <w:pStyle w:val="OptionLine"/>
            </w:pPr>
            <w:r>
              <w:rPr>
                <w:sz w:val="16"/>
              </w:rPr>
              <w:t>B. a planned set of tests with expected results</w:t>
            </w:r>
          </w:p>
          <w:p w14:paraId="1DBC4406" w14:textId="77777777" w:rsidR="004C6ABD" w:rsidRDefault="00F35368">
            <w:pPr>
              <w:pStyle w:val="OptionLine"/>
            </w:pPr>
            <w:r>
              <w:rPr>
                <w:sz w:val="16"/>
              </w:rPr>
              <w:t>C. testing during development after small changes</w:t>
            </w:r>
          </w:p>
          <w:p w14:paraId="5A8A4F61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consistent way of naming variables and subprograms</w:t>
            </w:r>
          </w:p>
          <w:p w14:paraId="071414B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2F35513" w14:textId="77777777">
        <w:trPr>
          <w:cantSplit/>
          <w:jc w:val="center"/>
        </w:trPr>
        <w:tc>
          <w:tcPr>
            <w:tcW w:w="5112" w:type="dxa"/>
          </w:tcPr>
          <w:p w14:paraId="54DF348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16. When should final testing happen?</w:t>
            </w:r>
          </w:p>
          <w:p w14:paraId="11EFA658" w14:textId="77777777" w:rsidR="004C6ABD" w:rsidRDefault="00F35368">
            <w:pPr>
              <w:pStyle w:val="OptionLine"/>
            </w:pPr>
            <w:r>
              <w:rPr>
                <w:sz w:val="16"/>
              </w:rPr>
              <w:t>A. Only during hardware manufacture</w:t>
            </w:r>
          </w:p>
          <w:p w14:paraId="31CD3C63" w14:textId="77777777" w:rsidR="004C6ABD" w:rsidRDefault="00F35368">
            <w:pPr>
              <w:pStyle w:val="OptionLine"/>
            </w:pPr>
            <w:r>
              <w:rPr>
                <w:sz w:val="16"/>
              </w:rPr>
              <w:t>B. After the complete program has been developed</w:t>
            </w:r>
          </w:p>
          <w:p w14:paraId="29926135" w14:textId="77777777" w:rsidR="004C6ABD" w:rsidRDefault="00F35368">
            <w:pPr>
              <w:pStyle w:val="OptionLine"/>
            </w:pPr>
            <w:r>
              <w:rPr>
                <w:sz w:val="16"/>
              </w:rPr>
              <w:t>C. Only when the user complains</w:t>
            </w:r>
          </w:p>
          <w:p w14:paraId="6FA7ED6A" w14:textId="77777777" w:rsidR="004C6ABD" w:rsidRDefault="00F35368">
            <w:pPr>
              <w:pStyle w:val="OptionLine"/>
            </w:pPr>
            <w:r>
              <w:rPr>
                <w:sz w:val="16"/>
              </w:rPr>
              <w:t>D. Before any code is written</w:t>
            </w:r>
          </w:p>
          <w:p w14:paraId="184C006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6B95EC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term best matches this description: finding and fixing errors in a program</w:t>
            </w:r>
          </w:p>
          <w:p w14:paraId="00765BA1" w14:textId="77777777" w:rsidR="004C6ABD" w:rsidRDefault="00F35368">
            <w:pPr>
              <w:pStyle w:val="OptionLine"/>
            </w:pPr>
            <w:r>
              <w:rPr>
                <w:sz w:val="16"/>
              </w:rPr>
              <w:t>A. Debugging</w:t>
            </w:r>
          </w:p>
          <w:p w14:paraId="57A5E6B6" w14:textId="77777777" w:rsidR="004C6ABD" w:rsidRDefault="00F35368">
            <w:pPr>
              <w:pStyle w:val="OptionLine"/>
            </w:pPr>
            <w:r>
              <w:rPr>
                <w:sz w:val="16"/>
              </w:rPr>
              <w:t>B. Maintainability</w:t>
            </w:r>
          </w:p>
          <w:p w14:paraId="1290A8F1" w14:textId="77777777" w:rsidR="004C6ABD" w:rsidRDefault="00F35368">
            <w:pPr>
              <w:pStyle w:val="OptionLine"/>
            </w:pPr>
            <w:r>
              <w:rPr>
                <w:sz w:val="16"/>
              </w:rPr>
              <w:t>C. Test data</w:t>
            </w:r>
          </w:p>
          <w:p w14:paraId="52ADD5CE" w14:textId="77777777" w:rsidR="004C6ABD" w:rsidRDefault="00F35368">
            <w:pPr>
              <w:pStyle w:val="OptionLine"/>
            </w:pPr>
            <w:r>
              <w:rPr>
                <w:sz w:val="16"/>
              </w:rPr>
              <w:t>D. Presence check</w:t>
            </w:r>
          </w:p>
          <w:p w14:paraId="71F018C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C49FFF4" w14:textId="77777777">
        <w:trPr>
          <w:cantSplit/>
          <w:jc w:val="center"/>
        </w:trPr>
        <w:tc>
          <w:tcPr>
            <w:tcW w:w="5112" w:type="dxa"/>
          </w:tcPr>
          <w:p w14:paraId="6C13782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term best matches this description: data of the wrong type or impossible form</w:t>
            </w:r>
          </w:p>
          <w:p w14:paraId="41F5E14A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 digit</w:t>
            </w:r>
          </w:p>
          <w:p w14:paraId="10D09B71" w14:textId="77777777" w:rsidR="004C6ABD" w:rsidRDefault="00F35368">
            <w:pPr>
              <w:pStyle w:val="OptionLine"/>
            </w:pPr>
            <w:r>
              <w:rPr>
                <w:sz w:val="16"/>
              </w:rPr>
              <w:t>B. Erroneous data</w:t>
            </w:r>
          </w:p>
          <w:p w14:paraId="2DE80370" w14:textId="77777777" w:rsidR="004C6ABD" w:rsidRDefault="00F35368">
            <w:pPr>
              <w:pStyle w:val="OptionLine"/>
            </w:pPr>
            <w:r>
              <w:rPr>
                <w:sz w:val="16"/>
              </w:rPr>
              <w:t>C. Exception handling</w:t>
            </w:r>
          </w:p>
          <w:p w14:paraId="38D89ACF" w14:textId="77777777" w:rsidR="004C6ABD" w:rsidRDefault="00F35368">
            <w:pPr>
              <w:pStyle w:val="OptionLine"/>
            </w:pPr>
            <w:r>
              <w:rPr>
                <w:sz w:val="16"/>
              </w:rPr>
              <w:t>D. Robust program</w:t>
            </w:r>
          </w:p>
          <w:p w14:paraId="68B7B6B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AEA4BB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description correctly matches Input validation?</w:t>
            </w:r>
          </w:p>
          <w:p w14:paraId="3966E01A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chosen to check whether a program works correctly</w:t>
            </w:r>
          </w:p>
          <w:p w14:paraId="3AB029C6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checking that data entered is reasonable before it is processed</w:t>
            </w:r>
          </w:p>
          <w:p w14:paraId="133F7317" w14:textId="77777777" w:rsidR="004C6ABD" w:rsidRDefault="00F35368">
            <w:pPr>
              <w:pStyle w:val="OptionLine"/>
            </w:pPr>
            <w:r>
              <w:rPr>
                <w:sz w:val="16"/>
              </w:rPr>
              <w:t>C. testing the complete program after development</w:t>
            </w:r>
          </w:p>
          <w:p w14:paraId="042EEAE3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data follows a required pattern</w:t>
            </w:r>
          </w:p>
          <w:p w14:paraId="16F5BC6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08A6C49" w14:textId="77777777">
        <w:trPr>
          <w:cantSplit/>
          <w:jc w:val="center"/>
        </w:trPr>
        <w:tc>
          <w:tcPr>
            <w:tcW w:w="5112" w:type="dxa"/>
          </w:tcPr>
          <w:p w14:paraId="6DED1E7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A required name field must not be left blank. Which validation check is most suitable?</w:t>
            </w:r>
          </w:p>
          <w:p w14:paraId="3CB77C26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 digit</w:t>
            </w:r>
          </w:p>
          <w:p w14:paraId="66229671" w14:textId="77777777" w:rsidR="004C6ABD" w:rsidRDefault="00F35368">
            <w:pPr>
              <w:pStyle w:val="OptionLine"/>
            </w:pPr>
            <w:r>
              <w:rPr>
                <w:sz w:val="16"/>
              </w:rPr>
              <w:t>B. Presence check</w:t>
            </w:r>
          </w:p>
          <w:p w14:paraId="57F268AE" w14:textId="77777777" w:rsidR="004C6ABD" w:rsidRDefault="00F35368">
            <w:pPr>
              <w:pStyle w:val="OptionLine"/>
            </w:pPr>
            <w:r>
              <w:rPr>
                <w:sz w:val="16"/>
              </w:rPr>
              <w:t>C. Range check</w:t>
            </w:r>
          </w:p>
          <w:p w14:paraId="09A6D02D" w14:textId="77777777" w:rsidR="004C6ABD" w:rsidRDefault="00F35368">
            <w:pPr>
              <w:pStyle w:val="OptionLine"/>
            </w:pPr>
            <w:r>
              <w:rPr>
                <w:sz w:val="16"/>
              </w:rPr>
              <w:t>D. Lookup check</w:t>
            </w:r>
          </w:p>
          <w:p w14:paraId="5F8D169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2A8098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A debugger pauses on a chosen line so values can be inspected. What is this called?</w:t>
            </w:r>
          </w:p>
          <w:p w14:paraId="43815641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 digit</w:t>
            </w:r>
          </w:p>
          <w:p w14:paraId="53D6E4E3" w14:textId="77777777" w:rsidR="004C6ABD" w:rsidRDefault="00F35368">
            <w:pPr>
              <w:pStyle w:val="OptionLine"/>
            </w:pPr>
            <w:r>
              <w:rPr>
                <w:sz w:val="16"/>
              </w:rPr>
              <w:t>B. Compiler</w:t>
            </w:r>
          </w:p>
          <w:p w14:paraId="7617BA2B" w14:textId="77777777" w:rsidR="004C6ABD" w:rsidRDefault="00F35368">
            <w:pPr>
              <w:pStyle w:val="OptionLine"/>
            </w:pPr>
            <w:r>
              <w:rPr>
                <w:sz w:val="16"/>
              </w:rPr>
              <w:t>C. Boundary data</w:t>
            </w:r>
          </w:p>
          <w:p w14:paraId="074DFE6F" w14:textId="77777777" w:rsidR="004C6ABD" w:rsidRDefault="00F35368">
            <w:pPr>
              <w:pStyle w:val="OptionLine"/>
            </w:pPr>
            <w:r>
              <w:rPr>
                <w:sz w:val="16"/>
              </w:rPr>
              <w:t>D. Breakpoint</w:t>
            </w:r>
          </w:p>
          <w:p w14:paraId="562690B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C0DD7AD" w14:textId="77777777">
        <w:trPr>
          <w:cantSplit/>
          <w:jc w:val="center"/>
        </w:trPr>
        <w:tc>
          <w:tcPr>
            <w:tcW w:w="5112" w:type="dxa"/>
          </w:tcPr>
          <w:p w14:paraId="7969020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description correctly matches Anticipating misuse?</w:t>
            </w:r>
          </w:p>
          <w:p w14:paraId="4C7F1098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program that copes well with invalid input and unexpected use</w:t>
            </w:r>
          </w:p>
          <w:p w14:paraId="41AC7973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checking that data is one of a set of allowed values</w:t>
            </w:r>
          </w:p>
          <w:p w14:paraId="10BC0FA4" w14:textId="77777777" w:rsidR="004C6ABD" w:rsidRDefault="00F35368">
            <w:pPr>
              <w:pStyle w:val="OptionLine"/>
            </w:pPr>
            <w:r>
              <w:rPr>
                <w:sz w:val="16"/>
              </w:rPr>
              <w:t>C. thinking about how users might use a program incorrectly</w:t>
            </w:r>
          </w:p>
          <w:p w14:paraId="19B0B868" w14:textId="77777777" w:rsidR="004C6ABD" w:rsidRDefault="00F35368">
            <w:pPr>
              <w:pStyle w:val="OptionLine"/>
            </w:pPr>
            <w:r>
              <w:rPr>
                <w:sz w:val="16"/>
              </w:rPr>
              <w:t>D. following program execution to see how values change</w:t>
            </w:r>
          </w:p>
          <w:p w14:paraId="2B9F3F9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757DE4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is the best example of anticipating misuse?</w:t>
            </w:r>
          </w:p>
          <w:p w14:paraId="20F6E96A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that a user cannot enter a negative quantity</w:t>
            </w:r>
          </w:p>
          <w:p w14:paraId="3B655403" w14:textId="77777777" w:rsidR="004C6ABD" w:rsidRDefault="00F35368">
            <w:pPr>
              <w:pStyle w:val="OptionLine"/>
            </w:pPr>
            <w:r>
              <w:rPr>
                <w:sz w:val="16"/>
              </w:rPr>
              <w:t>B. Removing error messages</w:t>
            </w:r>
          </w:p>
          <w:p w14:paraId="3954BC06" w14:textId="77777777" w:rsidR="004C6ABD" w:rsidRDefault="00F35368">
            <w:pPr>
              <w:pStyle w:val="OptionLine"/>
            </w:pPr>
            <w:r>
              <w:rPr>
                <w:sz w:val="16"/>
              </w:rPr>
              <w:t>C. Assuming all input will be correct</w:t>
            </w:r>
          </w:p>
          <w:p w14:paraId="02BE1038" w14:textId="77777777" w:rsidR="004C6ABD" w:rsidRDefault="00F35368">
            <w:pPr>
              <w:pStyle w:val="OptionLine"/>
            </w:pPr>
            <w:r>
              <w:rPr>
                <w:sz w:val="16"/>
              </w:rPr>
              <w:t>D. Ignoring testing</w:t>
            </w:r>
          </w:p>
          <w:p w14:paraId="5080E63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925AF43" w14:textId="77777777">
        <w:trPr>
          <w:cantSplit/>
          <w:jc w:val="center"/>
        </w:trPr>
        <w:tc>
          <w:tcPr>
            <w:tcW w:w="5112" w:type="dxa"/>
          </w:tcPr>
          <w:p w14:paraId="3A18020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description correctly matches Exception handling?</w:t>
            </w:r>
          </w:p>
          <w:p w14:paraId="4613B6D1" w14:textId="77777777" w:rsidR="004C6ABD" w:rsidRDefault="00F35368">
            <w:pPr>
              <w:pStyle w:val="OptionLine"/>
            </w:pPr>
            <w:r>
              <w:rPr>
                <w:sz w:val="16"/>
              </w:rPr>
              <w:t>A. code designed to deal with errors during execution</w:t>
            </w:r>
          </w:p>
          <w:p w14:paraId="7D5940B2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chosen to check whether a program works correctly</w:t>
            </w:r>
          </w:p>
          <w:p w14:paraId="6413E586" w14:textId="77777777" w:rsidR="004C6ABD" w:rsidRDefault="00F35368">
            <w:pPr>
              <w:pStyle w:val="OptionLine"/>
            </w:pPr>
            <w:r>
              <w:rPr>
                <w:sz w:val="16"/>
              </w:rPr>
              <w:t>C. finding and fixing errors in a program</w:t>
            </w:r>
          </w:p>
          <w:p w14:paraId="6A591F11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that should be rejected because it is outside allowed rules</w:t>
            </w:r>
          </w:p>
          <w:p w14:paraId="7809C3C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9A801F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A student writes about Lookup check. Which statement would be correct?</w:t>
            </w:r>
          </w:p>
          <w:p w14:paraId="2D5FE00F" w14:textId="77777777" w:rsidR="004C6ABD" w:rsidRDefault="00F35368">
            <w:pPr>
              <w:pStyle w:val="OptionLine"/>
            </w:pPr>
            <w:r>
              <w:rPr>
                <w:sz w:val="16"/>
              </w:rPr>
              <w:t>A. adding notes in code to explain what it does</w:t>
            </w:r>
          </w:p>
          <w:p w14:paraId="522360F0" w14:textId="77777777" w:rsidR="004C6ABD" w:rsidRDefault="00F35368">
            <w:pPr>
              <w:pStyle w:val="OptionLine"/>
            </w:pPr>
            <w:r>
              <w:rPr>
                <w:sz w:val="16"/>
              </w:rPr>
              <w:t>B. code designed to deal with errors during execution</w:t>
            </w:r>
          </w:p>
          <w:p w14:paraId="324AA796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data is one of a set of allowed values</w:t>
            </w:r>
          </w:p>
          <w:p w14:paraId="750BFB82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that should be rejected because it is outside allowed rules</w:t>
            </w:r>
          </w:p>
          <w:p w14:paraId="67BC982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