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6782A" w14:textId="77777777" w:rsidR="004C6ABD" w:rsidRDefault="00F35368">
      <w:pPr>
        <w:pStyle w:val="Heading1"/>
      </w:pPr>
      <w:r>
        <w:lastRenderedPageBreak/>
        <w:t>2.3 Producing robust programs - Quiz B</w:t>
      </w:r>
    </w:p>
    <w:p w14:paraId="40ACBEAC" w14:textId="77777777" w:rsidR="004C6ABD" w:rsidRDefault="00F35368">
      <w:r>
        <w:rPr>
          <w:b/>
        </w:rPr>
        <w:t xml:space="preserve">Time: </w:t>
      </w:r>
      <w:r>
        <w:t xml:space="preserve">40 minutes    </w:t>
      </w:r>
      <w:r>
        <w:rPr>
          <w:b/>
        </w:rPr>
        <w:t xml:space="preserve">Marks: </w:t>
      </w:r>
      <w:r>
        <w:t xml:space="preserve">40    </w:t>
      </w:r>
      <w:r>
        <w:rPr>
          <w:b/>
        </w:rPr>
        <w:t xml:space="preserve">Instructions: </w:t>
      </w:r>
      <w:r>
        <w:t>Circle one answer for each question. Each question is worth 1 mark.</w:t>
      </w:r>
    </w:p>
    <w:p w14:paraId="3E1B970A" w14:textId="77777777" w:rsidR="004C6ABD" w:rsidRDefault="00F35368">
      <w:pPr>
        <w:spacing w:after="120"/>
      </w:pPr>
      <w:r>
        <w:t>Name: ________________________________   Class: __________   Date: __________   Score: ______ / 40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112"/>
        <w:gridCol w:w="5112"/>
      </w:tblGrid>
      <w:tr w:rsidR="004C6ABD" w14:paraId="004169DC" w14:textId="77777777">
        <w:trPr>
          <w:tblHeader/>
          <w:jc w:val="center"/>
        </w:trPr>
        <w:tc>
          <w:tcPr>
            <w:tcW w:w="5112" w:type="dxa"/>
            <w:shd w:val="clear" w:color="auto" w:fill="D9EAF7"/>
          </w:tcPr>
          <w:p w14:paraId="437E2A35" w14:textId="77777777" w:rsidR="004C6ABD" w:rsidRDefault="00F35368">
            <w:r>
              <w:rPr>
                <w:b/>
              </w:rPr>
              <w:t>Questions 1-20</w:t>
            </w:r>
          </w:p>
        </w:tc>
        <w:tc>
          <w:tcPr>
            <w:tcW w:w="5112" w:type="dxa"/>
            <w:shd w:val="clear" w:color="auto" w:fill="D9EAF7"/>
          </w:tcPr>
          <w:p w14:paraId="5A260958" w14:textId="77777777" w:rsidR="004C6ABD" w:rsidRDefault="00F35368">
            <w:r>
              <w:rPr>
                <w:b/>
              </w:rPr>
              <w:t>Questions 21-40</w:t>
            </w:r>
          </w:p>
        </w:tc>
      </w:tr>
      <w:tr w:rsidR="004C6ABD" w14:paraId="3109A39C" w14:textId="77777777">
        <w:trPr>
          <w:cantSplit/>
          <w:jc w:val="center"/>
        </w:trPr>
        <w:tc>
          <w:tcPr>
            <w:tcW w:w="5112" w:type="dxa"/>
          </w:tcPr>
          <w:p w14:paraId="6886DE2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1. A student writes about Range check. Which statement would be correct?</w:t>
            </w:r>
          </w:p>
          <w:p w14:paraId="190692EF" w14:textId="77777777" w:rsidR="004C6ABD" w:rsidRDefault="00F35368">
            <w:pPr>
              <w:pStyle w:val="OptionLine"/>
            </w:pPr>
            <w:r>
              <w:rPr>
                <w:sz w:val="16"/>
              </w:rPr>
              <w:t>A. a point where a program is paused during debugging</w:t>
            </w:r>
          </w:p>
          <w:p w14:paraId="2C3FA53B" w14:textId="77777777" w:rsidR="004C6ABD" w:rsidRDefault="00F35368">
            <w:pPr>
              <w:pStyle w:val="OptionLine"/>
            </w:pPr>
            <w:r>
              <w:rPr>
                <w:sz w:val="16"/>
              </w:rPr>
              <w:t>B. checking that a value is between acceptable limits</w:t>
            </w:r>
          </w:p>
          <w:p w14:paraId="20B28A13" w14:textId="77777777" w:rsidR="004C6ABD" w:rsidRDefault="00F35368">
            <w:pPr>
              <w:pStyle w:val="OptionLine"/>
            </w:pPr>
            <w:r>
              <w:rPr>
                <w:sz w:val="16"/>
              </w:rPr>
              <w:t>C. code designed to deal with errors during execution</w:t>
            </w:r>
          </w:p>
          <w:p w14:paraId="7C67B2DF" w14:textId="77777777" w:rsidR="004C6ABD" w:rsidRDefault="00F35368">
            <w:pPr>
              <w:pStyle w:val="OptionLine"/>
            </w:pPr>
            <w:r>
              <w:rPr>
                <w:sz w:val="16"/>
              </w:rPr>
              <w:t>D. a named section of code that performs a specific task</w:t>
            </w:r>
          </w:p>
          <w:p w14:paraId="3146092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6D9E59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21. Which term best matches this description: checking that data entered is reasonable before it is processed</w:t>
            </w:r>
          </w:p>
          <w:p w14:paraId="504AF767" w14:textId="77777777" w:rsidR="004C6ABD" w:rsidRDefault="00F35368">
            <w:pPr>
              <w:pStyle w:val="OptionLine"/>
            </w:pPr>
            <w:r>
              <w:rPr>
                <w:sz w:val="16"/>
              </w:rPr>
              <w:t>A. Range check</w:t>
            </w:r>
          </w:p>
          <w:p w14:paraId="670200CF" w14:textId="77777777" w:rsidR="004C6ABD" w:rsidRDefault="00F35368">
            <w:pPr>
              <w:pStyle w:val="OptionLine"/>
            </w:pPr>
            <w:r>
              <w:rPr>
                <w:sz w:val="16"/>
              </w:rPr>
              <w:t>B. Input validation</w:t>
            </w:r>
          </w:p>
          <w:p w14:paraId="52E5EF99" w14:textId="77777777" w:rsidR="004C6ABD" w:rsidRDefault="00F35368">
            <w:pPr>
              <w:pStyle w:val="OptionLine"/>
            </w:pPr>
            <w:r>
              <w:rPr>
                <w:sz w:val="16"/>
              </w:rPr>
              <w:t>C. Subprogram</w:t>
            </w:r>
          </w:p>
          <w:p w14:paraId="5A2597B9" w14:textId="77777777" w:rsidR="004C6ABD" w:rsidRDefault="00F35368">
            <w:pPr>
              <w:pStyle w:val="OptionLine"/>
            </w:pPr>
            <w:r>
              <w:rPr>
                <w:sz w:val="16"/>
              </w:rPr>
              <w:t>D. Defensive design</w:t>
            </w:r>
          </w:p>
          <w:p w14:paraId="6F3A778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04815CA" w14:textId="77777777">
        <w:trPr>
          <w:cantSplit/>
          <w:jc w:val="center"/>
        </w:trPr>
        <w:tc>
          <w:tcPr>
            <w:tcW w:w="5112" w:type="dxa"/>
          </w:tcPr>
          <w:p w14:paraId="59D6587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2. Which technique improves maintainability by splitting a program into smaller named parts?</w:t>
            </w:r>
          </w:p>
          <w:p w14:paraId="0F0D6B76" w14:textId="77777777" w:rsidR="004C6ABD" w:rsidRDefault="00F35368">
            <w:pPr>
              <w:pStyle w:val="OptionLine"/>
            </w:pPr>
            <w:r>
              <w:rPr>
                <w:sz w:val="16"/>
              </w:rPr>
              <w:t>A. Using subprograms</w:t>
            </w:r>
          </w:p>
          <w:p w14:paraId="10E03C40" w14:textId="77777777" w:rsidR="004C6ABD" w:rsidRDefault="00F35368">
            <w:pPr>
              <w:pStyle w:val="OptionLine"/>
            </w:pPr>
            <w:r>
              <w:rPr>
                <w:sz w:val="16"/>
              </w:rPr>
              <w:t>B. Using only one-letter variables</w:t>
            </w:r>
          </w:p>
          <w:p w14:paraId="05742770" w14:textId="77777777" w:rsidR="004C6ABD" w:rsidRDefault="00F35368">
            <w:pPr>
              <w:pStyle w:val="OptionLine"/>
            </w:pPr>
            <w:r>
              <w:rPr>
                <w:sz w:val="16"/>
              </w:rPr>
              <w:t>C. Removing indentation</w:t>
            </w:r>
          </w:p>
          <w:p w14:paraId="5419B267" w14:textId="77777777" w:rsidR="004C6ABD" w:rsidRDefault="00F35368">
            <w:pPr>
              <w:pStyle w:val="OptionLine"/>
            </w:pPr>
            <w:r>
              <w:rPr>
                <w:sz w:val="16"/>
              </w:rPr>
              <w:t>D. Deleting comments</w:t>
            </w:r>
          </w:p>
          <w:p w14:paraId="78DDF48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5FADA7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22. Which description correctly matches Boundary data?</w:t>
            </w:r>
          </w:p>
          <w:p w14:paraId="339B4DE9" w14:textId="77777777" w:rsidR="004C6ABD" w:rsidRDefault="00F35368">
            <w:pPr>
              <w:pStyle w:val="OptionLine"/>
            </w:pPr>
            <w:r>
              <w:rPr>
                <w:sz w:val="16"/>
              </w:rPr>
              <w:t>A. data at the edge of an allowed range</w:t>
            </w:r>
          </w:p>
          <w:p w14:paraId="6808BF48" w14:textId="77777777" w:rsidR="004C6ABD" w:rsidRDefault="00F35368">
            <w:pPr>
              <w:pStyle w:val="OptionLine"/>
            </w:pPr>
            <w:r>
              <w:rPr>
                <w:sz w:val="16"/>
              </w:rPr>
              <w:t>B. a consistent way of naming variables and subprograms</w:t>
            </w:r>
          </w:p>
          <w:p w14:paraId="329F0C9E" w14:textId="77777777" w:rsidR="004C6ABD" w:rsidRDefault="00F35368">
            <w:pPr>
              <w:pStyle w:val="OptionLine"/>
            </w:pPr>
            <w:r>
              <w:rPr>
                <w:sz w:val="16"/>
              </w:rPr>
              <w:t>C. how easy a program is to understand, change and fix</w:t>
            </w:r>
          </w:p>
          <w:p w14:paraId="1AB3CC9D" w14:textId="77777777" w:rsidR="004C6ABD" w:rsidRDefault="00F35368">
            <w:pPr>
              <w:pStyle w:val="OptionLine"/>
            </w:pPr>
            <w:r>
              <w:rPr>
                <w:sz w:val="16"/>
              </w:rPr>
              <w:t>D. finding and fixing errors in a program</w:t>
            </w:r>
          </w:p>
          <w:p w14:paraId="7EBD53E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4CCF518" w14:textId="77777777">
        <w:trPr>
          <w:cantSplit/>
          <w:jc w:val="center"/>
        </w:trPr>
        <w:tc>
          <w:tcPr>
            <w:tcW w:w="5112" w:type="dxa"/>
          </w:tcPr>
          <w:p w14:paraId="2878B6A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3. A student writes about Validation rule. Which statement would be correct?</w:t>
            </w:r>
          </w:p>
          <w:p w14:paraId="3A032CEF" w14:textId="77777777" w:rsidR="004C6ABD" w:rsidRDefault="00F35368">
            <w:pPr>
              <w:pStyle w:val="OptionLine"/>
            </w:pPr>
            <w:r>
              <w:rPr>
                <w:sz w:val="16"/>
              </w:rPr>
              <w:t>A. finding and fixing errors in a program</w:t>
            </w:r>
          </w:p>
          <w:p w14:paraId="26DF9CA0" w14:textId="77777777" w:rsidR="004C6ABD" w:rsidRDefault="00F35368">
            <w:pPr>
              <w:pStyle w:val="OptionLine"/>
            </w:pPr>
            <w:r>
              <w:rPr>
                <w:sz w:val="16"/>
              </w:rPr>
              <w:t>B. a consistent way of naming variables and subprograms</w:t>
            </w:r>
          </w:p>
          <w:p w14:paraId="6B886AC2" w14:textId="77777777" w:rsidR="004C6ABD" w:rsidRDefault="00F35368">
            <w:pPr>
              <w:pStyle w:val="OptionLine"/>
            </w:pPr>
            <w:r>
              <w:rPr>
                <w:sz w:val="16"/>
              </w:rPr>
              <w:t>C. how easy a program is to understand, change and fix</w:t>
            </w:r>
          </w:p>
          <w:p w14:paraId="6B747D00" w14:textId="77777777" w:rsidR="004C6ABD" w:rsidRDefault="00F35368">
            <w:pPr>
              <w:pStyle w:val="OptionLine"/>
            </w:pPr>
            <w:r>
              <w:rPr>
                <w:sz w:val="16"/>
              </w:rPr>
              <w:t>D. a rule used to decide whether input should be accepted</w:t>
            </w:r>
          </w:p>
          <w:p w14:paraId="6EEC51D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B0BE9F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23. A student writes about Exception handling. Which statement would be correct?</w:t>
            </w:r>
          </w:p>
          <w:p w14:paraId="131C5CC4" w14:textId="77777777" w:rsidR="004C6ABD" w:rsidRDefault="00F35368">
            <w:pPr>
              <w:pStyle w:val="OptionLine"/>
            </w:pPr>
            <w:r>
              <w:rPr>
                <w:sz w:val="16"/>
              </w:rPr>
              <w:t>A. adding notes in code to explain what it does</w:t>
            </w:r>
          </w:p>
          <w:p w14:paraId="421F7430" w14:textId="77777777" w:rsidR="004C6ABD" w:rsidRDefault="00F35368">
            <w:pPr>
              <w:pStyle w:val="OptionLine"/>
            </w:pPr>
            <w:r>
              <w:rPr>
                <w:sz w:val="16"/>
              </w:rPr>
              <w:t>B. a named section of code that performs a specific task</w:t>
            </w:r>
          </w:p>
          <w:p w14:paraId="4BB93CFD" w14:textId="77777777" w:rsidR="004C6ABD" w:rsidRDefault="00F35368">
            <w:pPr>
              <w:pStyle w:val="OptionLine"/>
            </w:pPr>
            <w:r>
              <w:rPr>
                <w:sz w:val="16"/>
              </w:rPr>
              <w:t>C. code designed to deal with errors during execution</w:t>
            </w:r>
          </w:p>
          <w:p w14:paraId="1C6590CD" w14:textId="77777777" w:rsidR="004C6ABD" w:rsidRDefault="00F35368">
            <w:pPr>
              <w:pStyle w:val="OptionLine"/>
            </w:pPr>
            <w:r>
              <w:rPr>
                <w:sz w:val="16"/>
              </w:rPr>
              <w:t>D. testing the complete program after development</w:t>
            </w:r>
          </w:p>
          <w:p w14:paraId="7F70C89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8EF0412" w14:textId="77777777">
        <w:trPr>
          <w:cantSplit/>
          <w:jc w:val="center"/>
        </w:trPr>
        <w:tc>
          <w:tcPr>
            <w:tcW w:w="5112" w:type="dxa"/>
          </w:tcPr>
          <w:p w14:paraId="65E36D4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4. A student writes about Indentation. Which statement would be correct?</w:t>
            </w:r>
          </w:p>
          <w:p w14:paraId="60E3917C" w14:textId="77777777" w:rsidR="004C6ABD" w:rsidRDefault="00F35368">
            <w:pPr>
              <w:pStyle w:val="OptionLine"/>
            </w:pPr>
            <w:r>
              <w:rPr>
                <w:sz w:val="16"/>
              </w:rPr>
              <w:t>A. thinking about how users might use a program incorrectly</w:t>
            </w:r>
          </w:p>
          <w:p w14:paraId="15511C57" w14:textId="77777777" w:rsidR="004C6ABD" w:rsidRDefault="00F35368">
            <w:pPr>
              <w:pStyle w:val="OptionLine"/>
            </w:pPr>
            <w:r>
              <w:rPr>
                <w:sz w:val="16"/>
              </w:rPr>
              <w:t>B. data that should be rejected because it is outside allowed rules</w:t>
            </w:r>
          </w:p>
          <w:p w14:paraId="63B8E45C" w14:textId="77777777" w:rsidR="004C6ABD" w:rsidRDefault="00F35368">
            <w:pPr>
              <w:pStyle w:val="OptionLine"/>
            </w:pPr>
            <w:r>
              <w:rPr>
                <w:sz w:val="16"/>
              </w:rPr>
              <w:t>C. spacing code to show its structure clearly</w:t>
            </w:r>
          </w:p>
          <w:p w14:paraId="471D8473" w14:textId="77777777" w:rsidR="004C6ABD" w:rsidRDefault="00F35368">
            <w:pPr>
              <w:pStyle w:val="OptionLine"/>
            </w:pPr>
            <w:r>
              <w:rPr>
                <w:sz w:val="16"/>
              </w:rPr>
              <w:t>D. designing a program to handle misuse and unexpected input</w:t>
            </w:r>
          </w:p>
          <w:p w14:paraId="526F004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769743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24. A program calculates discounts incorrectly but does not crash. What type of error is most likely?</w:t>
            </w:r>
          </w:p>
          <w:p w14:paraId="739D0B98" w14:textId="77777777" w:rsidR="004C6ABD" w:rsidRDefault="00F35368">
            <w:pPr>
              <w:pStyle w:val="OptionLine"/>
            </w:pPr>
            <w:r>
              <w:rPr>
                <w:sz w:val="16"/>
              </w:rPr>
              <w:t>A. Syntax error</w:t>
            </w:r>
          </w:p>
          <w:p w14:paraId="6AD2B257" w14:textId="77777777" w:rsidR="004C6ABD" w:rsidRDefault="00F35368">
            <w:pPr>
              <w:pStyle w:val="OptionLine"/>
            </w:pPr>
            <w:r>
              <w:rPr>
                <w:sz w:val="16"/>
              </w:rPr>
              <w:t>B. Input data</w:t>
            </w:r>
          </w:p>
          <w:p w14:paraId="301091A4" w14:textId="77777777" w:rsidR="004C6ABD" w:rsidRDefault="00F35368">
            <w:pPr>
              <w:pStyle w:val="OptionLine"/>
            </w:pPr>
            <w:r>
              <w:rPr>
                <w:sz w:val="16"/>
              </w:rPr>
              <w:t>C. Runtime error</w:t>
            </w:r>
          </w:p>
          <w:p w14:paraId="06B018EC" w14:textId="77777777" w:rsidR="004C6ABD" w:rsidRDefault="00F35368">
            <w:pPr>
              <w:pStyle w:val="OptionLine"/>
            </w:pPr>
            <w:r>
              <w:rPr>
                <w:sz w:val="16"/>
              </w:rPr>
              <w:t>D. Logic error</w:t>
            </w:r>
          </w:p>
          <w:p w14:paraId="2CB8CF2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46F1755" w14:textId="77777777">
        <w:trPr>
          <w:cantSplit/>
          <w:jc w:val="center"/>
        </w:trPr>
        <w:tc>
          <w:tcPr>
            <w:tcW w:w="5112" w:type="dxa"/>
          </w:tcPr>
          <w:p w14:paraId="147C13A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5. Which practice helps another programmer understand why code exists?</w:t>
            </w:r>
          </w:p>
          <w:p w14:paraId="770A19AC" w14:textId="77777777" w:rsidR="004C6ABD" w:rsidRDefault="00F35368">
            <w:pPr>
              <w:pStyle w:val="OptionLine"/>
            </w:pPr>
            <w:r>
              <w:rPr>
                <w:sz w:val="16"/>
              </w:rPr>
              <w:t>A. Commenting</w:t>
            </w:r>
          </w:p>
          <w:p w14:paraId="5987C3EF" w14:textId="77777777" w:rsidR="004C6ABD" w:rsidRDefault="00F35368">
            <w:pPr>
              <w:pStyle w:val="OptionLine"/>
            </w:pPr>
            <w:r>
              <w:rPr>
                <w:sz w:val="16"/>
              </w:rPr>
              <w:t>B. Removing names</w:t>
            </w:r>
          </w:p>
          <w:p w14:paraId="487489C1" w14:textId="77777777" w:rsidR="004C6ABD" w:rsidRDefault="00F35368">
            <w:pPr>
              <w:pStyle w:val="OptionLine"/>
            </w:pPr>
            <w:r>
              <w:rPr>
                <w:sz w:val="16"/>
              </w:rPr>
              <w:t>C. Encrypting all source code</w:t>
            </w:r>
          </w:p>
          <w:p w14:paraId="39D59A77" w14:textId="77777777" w:rsidR="004C6ABD" w:rsidRDefault="00F35368">
            <w:pPr>
              <w:pStyle w:val="OptionLine"/>
            </w:pPr>
            <w:r>
              <w:rPr>
                <w:sz w:val="16"/>
              </w:rPr>
              <w:t>D. Using only binary</w:t>
            </w:r>
          </w:p>
          <w:p w14:paraId="5293898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11069D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25. Which description correctly matches Check digit?</w:t>
            </w:r>
          </w:p>
          <w:p w14:paraId="6DB86C56" w14:textId="77777777" w:rsidR="004C6ABD" w:rsidRDefault="00F35368">
            <w:pPr>
              <w:pStyle w:val="OptionLine"/>
            </w:pPr>
            <w:r>
              <w:rPr>
                <w:sz w:val="16"/>
              </w:rPr>
              <w:t>A. an extra digit used to help detect data-entry errors</w:t>
            </w:r>
          </w:p>
          <w:p w14:paraId="57211148" w14:textId="77777777" w:rsidR="004C6ABD" w:rsidRDefault="00F35368">
            <w:pPr>
              <w:pStyle w:val="OptionLine"/>
            </w:pPr>
            <w:r>
              <w:rPr>
                <w:sz w:val="16"/>
              </w:rPr>
              <w:t>B. thinking about how users might use a program incorrectly</w:t>
            </w:r>
          </w:p>
          <w:p w14:paraId="2AA0EE12" w14:textId="77777777" w:rsidR="004C6ABD" w:rsidRDefault="00F35368">
            <w:pPr>
              <w:pStyle w:val="OptionLine"/>
            </w:pPr>
            <w:r>
              <w:rPr>
                <w:sz w:val="16"/>
              </w:rPr>
              <w:t>C. finding and fixing errors in a program</w:t>
            </w:r>
          </w:p>
          <w:p w14:paraId="7AD9E620" w14:textId="77777777" w:rsidR="004C6ABD" w:rsidRDefault="00F35368">
            <w:pPr>
              <w:pStyle w:val="OptionLine"/>
            </w:pPr>
            <w:r>
              <w:rPr>
                <w:sz w:val="16"/>
              </w:rPr>
              <w:t>D. testing during development after small changes</w:t>
            </w:r>
          </w:p>
          <w:p w14:paraId="145E65A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8B229F0" w14:textId="77777777">
        <w:trPr>
          <w:cantSplit/>
          <w:jc w:val="center"/>
        </w:trPr>
        <w:tc>
          <w:tcPr>
            <w:tcW w:w="5112" w:type="dxa"/>
          </w:tcPr>
          <w:p w14:paraId="34DED2E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6. Which term best matches this description: testing the complete program after development</w:t>
            </w:r>
          </w:p>
          <w:p w14:paraId="634E86AB" w14:textId="77777777" w:rsidR="004C6ABD" w:rsidRDefault="00F35368">
            <w:pPr>
              <w:pStyle w:val="OptionLine"/>
            </w:pPr>
            <w:r>
              <w:rPr>
                <w:sz w:val="16"/>
              </w:rPr>
              <w:t>A. Trace</w:t>
            </w:r>
          </w:p>
          <w:p w14:paraId="56912D47" w14:textId="77777777" w:rsidR="004C6ABD" w:rsidRDefault="00F35368">
            <w:pPr>
              <w:pStyle w:val="OptionLine"/>
            </w:pPr>
            <w:r>
              <w:rPr>
                <w:sz w:val="16"/>
              </w:rPr>
              <w:t>B. Logic error</w:t>
            </w:r>
          </w:p>
          <w:p w14:paraId="1A82F0DC" w14:textId="77777777" w:rsidR="004C6ABD" w:rsidRDefault="00F35368">
            <w:pPr>
              <w:pStyle w:val="OptionLine"/>
            </w:pPr>
            <w:r>
              <w:rPr>
                <w:sz w:val="16"/>
              </w:rPr>
              <w:t>C. Test plan</w:t>
            </w:r>
          </w:p>
          <w:p w14:paraId="2C5EE943" w14:textId="77777777" w:rsidR="004C6ABD" w:rsidRDefault="00F35368">
            <w:pPr>
              <w:pStyle w:val="OptionLine"/>
            </w:pPr>
            <w:r>
              <w:rPr>
                <w:sz w:val="16"/>
              </w:rPr>
              <w:t>D. Final testing</w:t>
            </w:r>
          </w:p>
          <w:p w14:paraId="502771C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445A3B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26. Which description correctly matches Type check?</w:t>
            </w:r>
          </w:p>
          <w:p w14:paraId="4EA72A1B" w14:textId="77777777" w:rsidR="004C6ABD" w:rsidRDefault="00F35368">
            <w:pPr>
              <w:pStyle w:val="OptionLine"/>
            </w:pPr>
            <w:r>
              <w:rPr>
                <w:sz w:val="16"/>
              </w:rPr>
              <w:t>A. an error that occurs while a program is running</w:t>
            </w:r>
          </w:p>
          <w:p w14:paraId="7E071A3B" w14:textId="77777777" w:rsidR="004C6ABD" w:rsidRDefault="00F35368">
            <w:pPr>
              <w:pStyle w:val="OptionLine"/>
            </w:pPr>
            <w:r>
              <w:rPr>
                <w:sz w:val="16"/>
              </w:rPr>
              <w:t>B. a named section of code that performs a specific task</w:t>
            </w:r>
          </w:p>
          <w:p w14:paraId="71865420" w14:textId="77777777" w:rsidR="004C6ABD" w:rsidRDefault="00F35368">
            <w:pPr>
              <w:pStyle w:val="OptionLine"/>
            </w:pPr>
            <w:r>
              <w:rPr>
                <w:sz w:val="16"/>
              </w:rPr>
              <w:t>C. checking that data is of the expected data type</w:t>
            </w:r>
          </w:p>
          <w:p w14:paraId="495631DB" w14:textId="77777777" w:rsidR="004C6ABD" w:rsidRDefault="00F35368">
            <w:pPr>
              <w:pStyle w:val="OptionLine"/>
            </w:pPr>
            <w:r>
              <w:rPr>
                <w:sz w:val="16"/>
              </w:rPr>
              <w:t>D. a program that copes well with invalid input and unexpected use</w:t>
            </w:r>
          </w:p>
          <w:p w14:paraId="0AC37D7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D4FB245" w14:textId="77777777">
        <w:trPr>
          <w:cantSplit/>
          <w:jc w:val="center"/>
        </w:trPr>
        <w:tc>
          <w:tcPr>
            <w:tcW w:w="5112" w:type="dxa"/>
          </w:tcPr>
          <w:p w14:paraId="35FF838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7. Which description correctly matches Validation rule?</w:t>
            </w:r>
          </w:p>
          <w:p w14:paraId="26659362" w14:textId="77777777" w:rsidR="004C6ABD" w:rsidRDefault="00F35368">
            <w:pPr>
              <w:pStyle w:val="OptionLine"/>
            </w:pPr>
            <w:r>
              <w:rPr>
                <w:sz w:val="16"/>
              </w:rPr>
              <w:t>A. a rule used to decide whether input should be accepted</w:t>
            </w:r>
          </w:p>
          <w:p w14:paraId="21D3D911" w14:textId="77777777" w:rsidR="004C6ABD" w:rsidRDefault="00F35368">
            <w:pPr>
              <w:pStyle w:val="OptionLine"/>
            </w:pPr>
            <w:r>
              <w:rPr>
                <w:sz w:val="16"/>
              </w:rPr>
              <w:t>B. a named section of code that performs a specific task</w:t>
            </w:r>
          </w:p>
          <w:p w14:paraId="573B1912" w14:textId="77777777" w:rsidR="004C6ABD" w:rsidRDefault="00F35368">
            <w:pPr>
              <w:pStyle w:val="OptionLine"/>
            </w:pPr>
            <w:r>
              <w:rPr>
                <w:sz w:val="16"/>
              </w:rPr>
              <w:t>C. an error caused by breaking language grammar rules</w:t>
            </w:r>
          </w:p>
          <w:p w14:paraId="113DB4B6" w14:textId="77777777" w:rsidR="004C6ABD" w:rsidRDefault="00F35368">
            <w:pPr>
              <w:pStyle w:val="OptionLine"/>
            </w:pPr>
            <w:r>
              <w:rPr>
                <w:sz w:val="16"/>
              </w:rPr>
              <w:t>D. testing the complete program after development</w:t>
            </w:r>
          </w:p>
          <w:p w14:paraId="074A768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EB296D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27. A gender field must be one of M, F or X. Which validation check is most suitable?</w:t>
            </w:r>
          </w:p>
          <w:p w14:paraId="3450FECF" w14:textId="77777777" w:rsidR="004C6ABD" w:rsidRDefault="00F35368">
            <w:pPr>
              <w:pStyle w:val="OptionLine"/>
            </w:pPr>
            <w:r>
              <w:rPr>
                <w:sz w:val="16"/>
              </w:rPr>
              <w:t>A. Presence check only</w:t>
            </w:r>
          </w:p>
          <w:p w14:paraId="224C2318" w14:textId="77777777" w:rsidR="004C6ABD" w:rsidRDefault="00F35368">
            <w:pPr>
              <w:pStyle w:val="OptionLine"/>
            </w:pPr>
            <w:r>
              <w:rPr>
                <w:sz w:val="16"/>
              </w:rPr>
              <w:t>B. Length check</w:t>
            </w:r>
          </w:p>
          <w:p w14:paraId="5DEB05AA" w14:textId="77777777" w:rsidR="004C6ABD" w:rsidRDefault="00F35368">
            <w:pPr>
              <w:pStyle w:val="OptionLine"/>
            </w:pPr>
            <w:r>
              <w:rPr>
                <w:sz w:val="16"/>
              </w:rPr>
              <w:t>C. Lookup check</w:t>
            </w:r>
          </w:p>
          <w:p w14:paraId="1C454292" w14:textId="77777777" w:rsidR="004C6ABD" w:rsidRDefault="00F35368">
            <w:pPr>
              <w:pStyle w:val="OptionLine"/>
            </w:pPr>
            <w:r>
              <w:rPr>
                <w:sz w:val="16"/>
              </w:rPr>
              <w:t>D. Range check</w:t>
            </w:r>
          </w:p>
          <w:p w14:paraId="28179F8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4476809" w14:textId="77777777">
        <w:trPr>
          <w:cantSplit/>
          <w:jc w:val="center"/>
        </w:trPr>
        <w:tc>
          <w:tcPr>
            <w:tcW w:w="5112" w:type="dxa"/>
          </w:tcPr>
          <w:p w14:paraId="6576CBB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8. Which term best matches this description: data at the edge of an allowed range</w:t>
            </w:r>
          </w:p>
          <w:p w14:paraId="19714235" w14:textId="77777777" w:rsidR="004C6ABD" w:rsidRDefault="00F35368">
            <w:pPr>
              <w:pStyle w:val="OptionLine"/>
            </w:pPr>
            <w:r>
              <w:rPr>
                <w:sz w:val="16"/>
              </w:rPr>
              <w:t>A. Presence check</w:t>
            </w:r>
          </w:p>
          <w:p w14:paraId="2905BD3A" w14:textId="77777777" w:rsidR="004C6ABD" w:rsidRDefault="00F35368">
            <w:pPr>
              <w:pStyle w:val="OptionLine"/>
            </w:pPr>
            <w:r>
              <w:rPr>
                <w:sz w:val="16"/>
              </w:rPr>
              <w:t>B. Boundary data</w:t>
            </w:r>
          </w:p>
          <w:p w14:paraId="5C3928F8" w14:textId="77777777" w:rsidR="004C6ABD" w:rsidRDefault="00F35368">
            <w:pPr>
              <w:pStyle w:val="OptionLine"/>
            </w:pPr>
            <w:r>
              <w:rPr>
                <w:sz w:val="16"/>
              </w:rPr>
              <w:t>C. Validation rule</w:t>
            </w:r>
          </w:p>
          <w:p w14:paraId="17E59633" w14:textId="77777777" w:rsidR="004C6ABD" w:rsidRDefault="00F35368">
            <w:pPr>
              <w:pStyle w:val="OptionLine"/>
            </w:pPr>
            <w:r>
              <w:rPr>
                <w:sz w:val="16"/>
              </w:rPr>
              <w:t>D. Runtime error</w:t>
            </w:r>
          </w:p>
          <w:p w14:paraId="5DBFEFC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75E898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28. A student writes about Test data. Which statement would be correct?</w:t>
            </w:r>
          </w:p>
          <w:p w14:paraId="70CF9B0B" w14:textId="77777777" w:rsidR="004C6ABD" w:rsidRDefault="00F35368">
            <w:pPr>
              <w:pStyle w:val="OptionLine"/>
            </w:pPr>
            <w:r>
              <w:rPr>
                <w:sz w:val="16"/>
              </w:rPr>
              <w:t>A. data chosen to check whether a program works correctly</w:t>
            </w:r>
          </w:p>
          <w:p w14:paraId="677BF75F" w14:textId="77777777" w:rsidR="004C6ABD" w:rsidRDefault="00F35368">
            <w:pPr>
              <w:pStyle w:val="OptionLine"/>
            </w:pPr>
            <w:r>
              <w:rPr>
                <w:sz w:val="16"/>
              </w:rPr>
              <w:t>B. an error where the program runs but produces the wrong result</w:t>
            </w:r>
          </w:p>
          <w:p w14:paraId="19CDD374" w14:textId="77777777" w:rsidR="004C6ABD" w:rsidRDefault="00F35368">
            <w:pPr>
              <w:pStyle w:val="OptionLine"/>
            </w:pPr>
            <w:r>
              <w:rPr>
                <w:sz w:val="16"/>
              </w:rPr>
              <w:t>C. an extra digit used to help detect data-entry errors</w:t>
            </w:r>
          </w:p>
          <w:p w14:paraId="0835B7C0" w14:textId="77777777" w:rsidR="004C6ABD" w:rsidRDefault="00F35368">
            <w:pPr>
              <w:pStyle w:val="OptionLine"/>
            </w:pPr>
            <w:r>
              <w:rPr>
                <w:sz w:val="16"/>
              </w:rPr>
              <w:t>D. checking that a value is between acceptable limits</w:t>
            </w:r>
          </w:p>
          <w:p w14:paraId="0FD6F37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438D6B8" w14:textId="77777777">
        <w:trPr>
          <w:cantSplit/>
          <w:jc w:val="center"/>
        </w:trPr>
        <w:tc>
          <w:tcPr>
            <w:tcW w:w="5112" w:type="dxa"/>
          </w:tcPr>
          <w:p w14:paraId="026EFD8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9. A student writes about Iterative testing. Which statement would be correct?</w:t>
            </w:r>
          </w:p>
          <w:p w14:paraId="77002EB4" w14:textId="77777777" w:rsidR="004C6ABD" w:rsidRDefault="00F35368">
            <w:pPr>
              <w:pStyle w:val="OptionLine"/>
            </w:pPr>
            <w:r>
              <w:rPr>
                <w:sz w:val="16"/>
              </w:rPr>
              <w:t>A. a rule used to decide whether input should be accepted</w:t>
            </w:r>
          </w:p>
          <w:p w14:paraId="5D0C9E5C" w14:textId="77777777" w:rsidR="004C6ABD" w:rsidRDefault="00F35368">
            <w:pPr>
              <w:pStyle w:val="OptionLine"/>
            </w:pPr>
            <w:r>
              <w:rPr>
                <w:sz w:val="16"/>
              </w:rPr>
              <w:t>B. data chosen to check whether a program works correctly</w:t>
            </w:r>
          </w:p>
          <w:p w14:paraId="482420A3" w14:textId="77777777" w:rsidR="004C6ABD" w:rsidRDefault="00F35368">
            <w:pPr>
              <w:pStyle w:val="OptionLine"/>
            </w:pPr>
            <w:r>
              <w:rPr>
                <w:sz w:val="16"/>
              </w:rPr>
              <w:t>C. testing during development after small changes</w:t>
            </w:r>
          </w:p>
          <w:p w14:paraId="2D04F8AA" w14:textId="77777777" w:rsidR="004C6ABD" w:rsidRDefault="00F35368">
            <w:pPr>
              <w:pStyle w:val="OptionLine"/>
            </w:pPr>
            <w:r>
              <w:rPr>
                <w:sz w:val="16"/>
              </w:rPr>
              <w:t>D. checking that data entered is reasonable before it is processed</w:t>
            </w:r>
          </w:p>
          <w:p w14:paraId="32C4575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158812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29. Which term best matches this description: spacing code to show its structure clearly</w:t>
            </w:r>
          </w:p>
          <w:p w14:paraId="2B604E86" w14:textId="77777777" w:rsidR="004C6ABD" w:rsidRDefault="00F35368">
            <w:pPr>
              <w:pStyle w:val="OptionLine"/>
            </w:pPr>
            <w:r>
              <w:rPr>
                <w:sz w:val="16"/>
              </w:rPr>
              <w:t>A. Debugging</w:t>
            </w:r>
          </w:p>
          <w:p w14:paraId="28B146D8" w14:textId="77777777" w:rsidR="004C6ABD" w:rsidRDefault="00F35368">
            <w:pPr>
              <w:pStyle w:val="OptionLine"/>
            </w:pPr>
            <w:r>
              <w:rPr>
                <w:sz w:val="16"/>
              </w:rPr>
              <w:t>B. Authentication</w:t>
            </w:r>
          </w:p>
          <w:p w14:paraId="33F78FFB" w14:textId="77777777" w:rsidR="004C6ABD" w:rsidRDefault="00F35368">
            <w:pPr>
              <w:pStyle w:val="OptionLine"/>
            </w:pPr>
            <w:r>
              <w:rPr>
                <w:sz w:val="16"/>
              </w:rPr>
              <w:t>C. Final testing</w:t>
            </w:r>
          </w:p>
          <w:p w14:paraId="3B5B5CE9" w14:textId="77777777" w:rsidR="004C6ABD" w:rsidRDefault="00F35368">
            <w:pPr>
              <w:pStyle w:val="OptionLine"/>
            </w:pPr>
            <w:r>
              <w:rPr>
                <w:sz w:val="16"/>
              </w:rPr>
              <w:t>D. Indentation</w:t>
            </w:r>
          </w:p>
          <w:p w14:paraId="3B08307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38121A9" w14:textId="77777777">
        <w:trPr>
          <w:cantSplit/>
          <w:jc w:val="center"/>
        </w:trPr>
        <w:tc>
          <w:tcPr>
            <w:tcW w:w="5112" w:type="dxa"/>
          </w:tcPr>
          <w:p w14:paraId="53922A3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10. Which term best matches this description: messages that help users understand errors or results</w:t>
            </w:r>
          </w:p>
          <w:p w14:paraId="296B0E06" w14:textId="77777777" w:rsidR="004C6ABD" w:rsidRDefault="00F35368">
            <w:pPr>
              <w:pStyle w:val="OptionLine"/>
            </w:pPr>
            <w:r>
              <w:rPr>
                <w:sz w:val="16"/>
              </w:rPr>
              <w:t>A. Normal data</w:t>
            </w:r>
          </w:p>
          <w:p w14:paraId="0B05C7F0" w14:textId="77777777" w:rsidR="004C6ABD" w:rsidRDefault="00F35368">
            <w:pPr>
              <w:pStyle w:val="OptionLine"/>
            </w:pPr>
            <w:r>
              <w:rPr>
                <w:sz w:val="16"/>
              </w:rPr>
              <w:t>B. Anticipating misuse</w:t>
            </w:r>
          </w:p>
          <w:p w14:paraId="77D3E7CC" w14:textId="77777777" w:rsidR="004C6ABD" w:rsidRDefault="00F35368">
            <w:pPr>
              <w:pStyle w:val="OptionLine"/>
            </w:pPr>
            <w:r>
              <w:rPr>
                <w:sz w:val="16"/>
              </w:rPr>
              <w:t>C. User feedback</w:t>
            </w:r>
          </w:p>
          <w:p w14:paraId="1770845C" w14:textId="77777777" w:rsidR="004C6ABD" w:rsidRDefault="00F35368">
            <w:pPr>
              <w:pStyle w:val="OptionLine"/>
            </w:pPr>
            <w:r>
              <w:rPr>
                <w:sz w:val="16"/>
              </w:rPr>
              <w:t>D. Exception handling</w:t>
            </w:r>
          </w:p>
          <w:p w14:paraId="52926BA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638C24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30. Which term best matches this description: an error where the program runs but produces the wrong result</w:t>
            </w:r>
          </w:p>
          <w:p w14:paraId="5A820B1D" w14:textId="77777777" w:rsidR="004C6ABD" w:rsidRDefault="00F35368">
            <w:pPr>
              <w:pStyle w:val="OptionLine"/>
            </w:pPr>
            <w:r>
              <w:rPr>
                <w:sz w:val="16"/>
              </w:rPr>
              <w:t>A. Final testing</w:t>
            </w:r>
          </w:p>
          <w:p w14:paraId="49F131E6" w14:textId="77777777" w:rsidR="004C6ABD" w:rsidRDefault="00F35368">
            <w:pPr>
              <w:pStyle w:val="OptionLine"/>
            </w:pPr>
            <w:r>
              <w:rPr>
                <w:sz w:val="16"/>
              </w:rPr>
              <w:t>B. Type check</w:t>
            </w:r>
          </w:p>
          <w:p w14:paraId="451420A4" w14:textId="77777777" w:rsidR="004C6ABD" w:rsidRDefault="00F35368">
            <w:pPr>
              <w:pStyle w:val="OptionLine"/>
            </w:pPr>
            <w:r>
              <w:rPr>
                <w:sz w:val="16"/>
              </w:rPr>
              <w:t>C. Logic error</w:t>
            </w:r>
          </w:p>
          <w:p w14:paraId="3035167C" w14:textId="77777777" w:rsidR="004C6ABD" w:rsidRDefault="00F35368">
            <w:pPr>
              <w:pStyle w:val="OptionLine"/>
            </w:pPr>
            <w:r>
              <w:rPr>
                <w:sz w:val="16"/>
              </w:rPr>
              <w:t>D. Test data</w:t>
            </w:r>
          </w:p>
          <w:p w14:paraId="7FAC63E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99B9FB6" w14:textId="77777777">
        <w:trPr>
          <w:cantSplit/>
          <w:jc w:val="center"/>
        </w:trPr>
        <w:tc>
          <w:tcPr>
            <w:tcW w:w="5112" w:type="dxa"/>
          </w:tcPr>
          <w:p w14:paraId="5BF4FF6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11. Which term best matches this description: code designed to deal with errors during execution</w:t>
            </w:r>
          </w:p>
          <w:p w14:paraId="60F5DB71" w14:textId="77777777" w:rsidR="004C6ABD" w:rsidRDefault="00F35368">
            <w:pPr>
              <w:pStyle w:val="OptionLine"/>
            </w:pPr>
            <w:r>
              <w:rPr>
                <w:sz w:val="16"/>
              </w:rPr>
              <w:t>A. User feedback</w:t>
            </w:r>
          </w:p>
          <w:p w14:paraId="52F06886" w14:textId="77777777" w:rsidR="004C6ABD" w:rsidRDefault="00F35368">
            <w:pPr>
              <w:pStyle w:val="OptionLine"/>
            </w:pPr>
            <w:r>
              <w:rPr>
                <w:sz w:val="16"/>
              </w:rPr>
              <w:t>B. Authentication</w:t>
            </w:r>
          </w:p>
          <w:p w14:paraId="6BE6BACA" w14:textId="77777777" w:rsidR="004C6ABD" w:rsidRDefault="00F35368">
            <w:pPr>
              <w:pStyle w:val="OptionLine"/>
            </w:pPr>
            <w:r>
              <w:rPr>
                <w:sz w:val="16"/>
              </w:rPr>
              <w:t>C. Validation rule</w:t>
            </w:r>
          </w:p>
          <w:p w14:paraId="0D98B69F" w14:textId="77777777" w:rsidR="004C6ABD" w:rsidRDefault="00F35368">
            <w:pPr>
              <w:pStyle w:val="OptionLine"/>
            </w:pPr>
            <w:r>
              <w:rPr>
                <w:sz w:val="16"/>
              </w:rPr>
              <w:t>D. Exception handling</w:t>
            </w:r>
          </w:p>
          <w:p w14:paraId="36A2A02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7E66FA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31. Which term best matches this description: a consistent way of naming variables and subprograms</w:t>
            </w:r>
          </w:p>
          <w:p w14:paraId="7E553233" w14:textId="77777777" w:rsidR="004C6ABD" w:rsidRDefault="00F35368">
            <w:pPr>
              <w:pStyle w:val="OptionLine"/>
            </w:pPr>
            <w:r>
              <w:rPr>
                <w:sz w:val="16"/>
              </w:rPr>
              <w:t>A. Final testing</w:t>
            </w:r>
          </w:p>
          <w:p w14:paraId="2573D001" w14:textId="77777777" w:rsidR="004C6ABD" w:rsidRDefault="00F35368">
            <w:pPr>
              <w:pStyle w:val="OptionLine"/>
            </w:pPr>
            <w:r>
              <w:rPr>
                <w:sz w:val="16"/>
              </w:rPr>
              <w:t>B. Naming convention</w:t>
            </w:r>
          </w:p>
          <w:p w14:paraId="66FF8B68" w14:textId="77777777" w:rsidR="004C6ABD" w:rsidRDefault="00F35368">
            <w:pPr>
              <w:pStyle w:val="OptionLine"/>
            </w:pPr>
            <w:r>
              <w:rPr>
                <w:sz w:val="16"/>
              </w:rPr>
              <w:t>C. Format check</w:t>
            </w:r>
          </w:p>
          <w:p w14:paraId="7493F4D6" w14:textId="77777777" w:rsidR="004C6ABD" w:rsidRDefault="00F35368">
            <w:pPr>
              <w:pStyle w:val="OptionLine"/>
            </w:pPr>
            <w:r>
              <w:rPr>
                <w:sz w:val="16"/>
              </w:rPr>
              <w:t>D. Defensive design</w:t>
            </w:r>
          </w:p>
          <w:p w14:paraId="6B24B0B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E84AD5F" w14:textId="77777777">
        <w:trPr>
          <w:cantSplit/>
          <w:jc w:val="center"/>
        </w:trPr>
        <w:tc>
          <w:tcPr>
            <w:tcW w:w="5112" w:type="dxa"/>
          </w:tcPr>
          <w:p w14:paraId="624AFD7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12. Which description correctly matches Invalid data?</w:t>
            </w:r>
          </w:p>
          <w:p w14:paraId="71EB34F7" w14:textId="77777777" w:rsidR="004C6ABD" w:rsidRDefault="00F35368">
            <w:pPr>
              <w:pStyle w:val="OptionLine"/>
            </w:pPr>
            <w:r>
              <w:rPr>
                <w:sz w:val="16"/>
              </w:rPr>
              <w:t>A. testing during development after small changes</w:t>
            </w:r>
          </w:p>
          <w:p w14:paraId="675BED67" w14:textId="77777777" w:rsidR="004C6ABD" w:rsidRDefault="00F35368">
            <w:pPr>
              <w:pStyle w:val="OptionLine"/>
            </w:pPr>
            <w:r>
              <w:rPr>
                <w:sz w:val="16"/>
              </w:rPr>
              <w:t>B. an error that occurs while a program is running</w:t>
            </w:r>
          </w:p>
          <w:p w14:paraId="4CAF640E" w14:textId="77777777" w:rsidR="004C6ABD" w:rsidRDefault="00F35368">
            <w:pPr>
              <w:pStyle w:val="OptionLine"/>
            </w:pPr>
            <w:r>
              <w:rPr>
                <w:sz w:val="16"/>
              </w:rPr>
              <w:t>C. data that should be rejected because it is outside allowed rules</w:t>
            </w:r>
          </w:p>
          <w:p w14:paraId="7F9E4C8B" w14:textId="77777777" w:rsidR="004C6ABD" w:rsidRDefault="00F35368">
            <w:pPr>
              <w:pStyle w:val="OptionLine"/>
            </w:pPr>
            <w:r>
              <w:rPr>
                <w:sz w:val="16"/>
              </w:rPr>
              <w:t>D. checking that data entered is reasonable before it is processed</w:t>
            </w:r>
          </w:p>
          <w:p w14:paraId="76EB5A1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DEB3BD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32. Which term best matches this description: a rule used to decide whether input should be accepted</w:t>
            </w:r>
          </w:p>
          <w:p w14:paraId="04632563" w14:textId="77777777" w:rsidR="004C6ABD" w:rsidRDefault="00F35368">
            <w:pPr>
              <w:pStyle w:val="OptionLine"/>
            </w:pPr>
            <w:r>
              <w:rPr>
                <w:sz w:val="16"/>
              </w:rPr>
              <w:t>A. Subprogram</w:t>
            </w:r>
          </w:p>
          <w:p w14:paraId="6A9DF39F" w14:textId="77777777" w:rsidR="004C6ABD" w:rsidRDefault="00F35368">
            <w:pPr>
              <w:pStyle w:val="OptionLine"/>
            </w:pPr>
            <w:r>
              <w:rPr>
                <w:sz w:val="16"/>
              </w:rPr>
              <w:t>B. Maintainability</w:t>
            </w:r>
          </w:p>
          <w:p w14:paraId="4897FE7E" w14:textId="77777777" w:rsidR="004C6ABD" w:rsidRDefault="00F35368">
            <w:pPr>
              <w:pStyle w:val="OptionLine"/>
            </w:pPr>
            <w:r>
              <w:rPr>
                <w:sz w:val="16"/>
              </w:rPr>
              <w:t>C. Range check</w:t>
            </w:r>
          </w:p>
          <w:p w14:paraId="0A0AF88D" w14:textId="77777777" w:rsidR="004C6ABD" w:rsidRDefault="00F35368">
            <w:pPr>
              <w:pStyle w:val="OptionLine"/>
            </w:pPr>
            <w:r>
              <w:rPr>
                <w:sz w:val="16"/>
              </w:rPr>
              <w:t>D. Validation rule</w:t>
            </w:r>
          </w:p>
          <w:p w14:paraId="61EDE55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23CB281" w14:textId="77777777">
        <w:trPr>
          <w:cantSplit/>
          <w:jc w:val="center"/>
        </w:trPr>
        <w:tc>
          <w:tcPr>
            <w:tcW w:w="5112" w:type="dxa"/>
          </w:tcPr>
          <w:p w14:paraId="42FC032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13. Which term best matches this description: testing during development after small changes</w:t>
            </w:r>
          </w:p>
          <w:p w14:paraId="5910FF4D" w14:textId="77777777" w:rsidR="004C6ABD" w:rsidRDefault="00F35368">
            <w:pPr>
              <w:pStyle w:val="OptionLine"/>
            </w:pPr>
            <w:r>
              <w:rPr>
                <w:sz w:val="16"/>
              </w:rPr>
              <w:t>A. Boundary data</w:t>
            </w:r>
          </w:p>
          <w:p w14:paraId="7C1EFF8A" w14:textId="77777777" w:rsidR="004C6ABD" w:rsidRDefault="00F35368">
            <w:pPr>
              <w:pStyle w:val="OptionLine"/>
            </w:pPr>
            <w:r>
              <w:rPr>
                <w:sz w:val="16"/>
              </w:rPr>
              <w:t>B. Lookup check</w:t>
            </w:r>
          </w:p>
          <w:p w14:paraId="4C3E57C7" w14:textId="77777777" w:rsidR="004C6ABD" w:rsidRDefault="00F35368">
            <w:pPr>
              <w:pStyle w:val="OptionLine"/>
            </w:pPr>
            <w:r>
              <w:rPr>
                <w:sz w:val="16"/>
              </w:rPr>
              <w:t>C. Iterative testing</w:t>
            </w:r>
          </w:p>
          <w:p w14:paraId="0EBA56DF" w14:textId="77777777" w:rsidR="004C6ABD" w:rsidRDefault="00F35368">
            <w:pPr>
              <w:pStyle w:val="OptionLine"/>
            </w:pPr>
            <w:r>
              <w:rPr>
                <w:sz w:val="16"/>
              </w:rPr>
              <w:t>D. Indentation</w:t>
            </w:r>
          </w:p>
          <w:p w14:paraId="1DA359D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EBB5D9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33. Which description correctly matches Naming convention?</w:t>
            </w:r>
          </w:p>
          <w:p w14:paraId="1502F9D9" w14:textId="77777777" w:rsidR="004C6ABD" w:rsidRDefault="00F35368">
            <w:pPr>
              <w:pStyle w:val="OptionLine"/>
            </w:pPr>
            <w:r>
              <w:rPr>
                <w:sz w:val="16"/>
              </w:rPr>
              <w:t>A. a consistent way of naming variables and subprograms</w:t>
            </w:r>
          </w:p>
          <w:p w14:paraId="2E37BAF2" w14:textId="77777777" w:rsidR="004C6ABD" w:rsidRDefault="00F35368">
            <w:pPr>
              <w:pStyle w:val="OptionLine"/>
            </w:pPr>
            <w:r>
              <w:rPr>
                <w:sz w:val="16"/>
              </w:rPr>
              <w:t>B. a rule used to decide whether input should be accepted</w:t>
            </w:r>
          </w:p>
          <w:p w14:paraId="2B0BA9D6" w14:textId="77777777" w:rsidR="004C6ABD" w:rsidRDefault="00F35368">
            <w:pPr>
              <w:pStyle w:val="OptionLine"/>
            </w:pPr>
            <w:r>
              <w:rPr>
                <w:sz w:val="16"/>
              </w:rPr>
              <w:t>C. checking that a value is between acceptable limits</w:t>
            </w:r>
          </w:p>
          <w:p w14:paraId="797F3B00" w14:textId="77777777" w:rsidR="004C6ABD" w:rsidRDefault="00F35368">
            <w:pPr>
              <w:pStyle w:val="OptionLine"/>
            </w:pPr>
            <w:r>
              <w:rPr>
                <w:sz w:val="16"/>
              </w:rPr>
              <w:t>D. how easy a program is to understand, change and fix</w:t>
            </w:r>
          </w:p>
          <w:p w14:paraId="21075B0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5A47C30" w14:textId="77777777">
        <w:trPr>
          <w:cantSplit/>
          <w:jc w:val="center"/>
        </w:trPr>
        <w:tc>
          <w:tcPr>
            <w:tcW w:w="5112" w:type="dxa"/>
          </w:tcPr>
          <w:p w14:paraId="5D98BBD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14. A student writes about Runtime error. Which statement would be correct?</w:t>
            </w:r>
          </w:p>
          <w:p w14:paraId="476B94DA" w14:textId="77777777" w:rsidR="004C6ABD" w:rsidRDefault="00F35368">
            <w:pPr>
              <w:pStyle w:val="OptionLine"/>
            </w:pPr>
            <w:r>
              <w:rPr>
                <w:sz w:val="16"/>
              </w:rPr>
              <w:t>A. an error caused by breaking language grammar rules</w:t>
            </w:r>
          </w:p>
          <w:p w14:paraId="053A564D" w14:textId="77777777" w:rsidR="004C6ABD" w:rsidRDefault="00F35368">
            <w:pPr>
              <w:pStyle w:val="OptionLine"/>
            </w:pPr>
            <w:r>
              <w:rPr>
                <w:sz w:val="16"/>
              </w:rPr>
              <w:t>B. a program that copes well with invalid input and unexpected use</w:t>
            </w:r>
          </w:p>
          <w:p w14:paraId="2A0D790D" w14:textId="77777777" w:rsidR="004C6ABD" w:rsidRDefault="00F35368">
            <w:pPr>
              <w:pStyle w:val="OptionLine"/>
            </w:pPr>
            <w:r>
              <w:rPr>
                <w:sz w:val="16"/>
              </w:rPr>
              <w:t>C. an error that occurs while a program is running</w:t>
            </w:r>
          </w:p>
          <w:p w14:paraId="61E9C096" w14:textId="77777777" w:rsidR="004C6ABD" w:rsidRDefault="00F35368">
            <w:pPr>
              <w:pStyle w:val="OptionLine"/>
            </w:pPr>
            <w:r>
              <w:rPr>
                <w:sz w:val="16"/>
              </w:rPr>
              <w:t>D. checking that a value is between acceptable limits</w:t>
            </w:r>
          </w:p>
          <w:p w14:paraId="5F8E24A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B21765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34. Which term best matches this description: checking that data is of the expected data type</w:t>
            </w:r>
          </w:p>
          <w:p w14:paraId="7DC670C6" w14:textId="77777777" w:rsidR="004C6ABD" w:rsidRDefault="00F35368">
            <w:pPr>
              <w:pStyle w:val="OptionLine"/>
            </w:pPr>
            <w:r>
              <w:rPr>
                <w:sz w:val="16"/>
              </w:rPr>
              <w:t>A. Lookup check</w:t>
            </w:r>
          </w:p>
          <w:p w14:paraId="40E1558A" w14:textId="77777777" w:rsidR="004C6ABD" w:rsidRDefault="00F35368">
            <w:pPr>
              <w:pStyle w:val="OptionLine"/>
            </w:pPr>
            <w:r>
              <w:rPr>
                <w:sz w:val="16"/>
              </w:rPr>
              <w:t>B. Exception handling</w:t>
            </w:r>
          </w:p>
          <w:p w14:paraId="1F9B617B" w14:textId="77777777" w:rsidR="004C6ABD" w:rsidRDefault="00F35368">
            <w:pPr>
              <w:pStyle w:val="OptionLine"/>
            </w:pPr>
            <w:r>
              <w:rPr>
                <w:sz w:val="16"/>
              </w:rPr>
              <w:t>C. Validation rule</w:t>
            </w:r>
          </w:p>
          <w:p w14:paraId="26F77710" w14:textId="77777777" w:rsidR="004C6ABD" w:rsidRDefault="00F35368">
            <w:pPr>
              <w:pStyle w:val="OptionLine"/>
            </w:pPr>
            <w:r>
              <w:rPr>
                <w:sz w:val="16"/>
              </w:rPr>
              <w:t>D. Type check</w:t>
            </w:r>
          </w:p>
          <w:p w14:paraId="7E9F704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54F4026" w14:textId="77777777">
        <w:trPr>
          <w:cantSplit/>
          <w:jc w:val="center"/>
        </w:trPr>
        <w:tc>
          <w:tcPr>
            <w:tcW w:w="5112" w:type="dxa"/>
          </w:tcPr>
          <w:p w14:paraId="523D101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15. A student writes about Type check. Which statement would be correct?</w:t>
            </w:r>
          </w:p>
          <w:p w14:paraId="0B9EDCE2" w14:textId="77777777" w:rsidR="004C6ABD" w:rsidRDefault="00F35368">
            <w:pPr>
              <w:pStyle w:val="OptionLine"/>
            </w:pPr>
            <w:r>
              <w:rPr>
                <w:sz w:val="16"/>
              </w:rPr>
              <w:t>A. data chosen to check whether a program works correctly</w:t>
            </w:r>
          </w:p>
          <w:p w14:paraId="688C891D" w14:textId="77777777" w:rsidR="004C6ABD" w:rsidRDefault="00F35368">
            <w:pPr>
              <w:pStyle w:val="OptionLine"/>
            </w:pPr>
            <w:r>
              <w:rPr>
                <w:sz w:val="16"/>
              </w:rPr>
              <w:t>B. spacing code to show its structure clearly</w:t>
            </w:r>
          </w:p>
          <w:p w14:paraId="72751485" w14:textId="77777777" w:rsidR="004C6ABD" w:rsidRDefault="00F35368">
            <w:pPr>
              <w:pStyle w:val="OptionLine"/>
            </w:pPr>
            <w:r>
              <w:rPr>
                <w:sz w:val="16"/>
              </w:rPr>
              <w:t>C. checking that data is of the expected data type</w:t>
            </w:r>
          </w:p>
          <w:p w14:paraId="10A11D3E" w14:textId="77777777" w:rsidR="004C6ABD" w:rsidRDefault="00F35368">
            <w:pPr>
              <w:pStyle w:val="OptionLine"/>
            </w:pPr>
            <w:r>
              <w:rPr>
                <w:sz w:val="16"/>
              </w:rPr>
              <w:t>D. checking that data entered is reasonable before it is processed</w:t>
            </w:r>
          </w:p>
          <w:p w14:paraId="0FEB8EC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AD1CF3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35. Which term best matches this description: checking a user's identity before allowing access</w:t>
            </w:r>
          </w:p>
          <w:p w14:paraId="3E079081" w14:textId="77777777" w:rsidR="004C6ABD" w:rsidRDefault="00F35368">
            <w:pPr>
              <w:pStyle w:val="OptionLine"/>
            </w:pPr>
            <w:r>
              <w:rPr>
                <w:sz w:val="16"/>
              </w:rPr>
              <w:t>A. Authentication</w:t>
            </w:r>
          </w:p>
          <w:p w14:paraId="433F73B0" w14:textId="77777777" w:rsidR="004C6ABD" w:rsidRDefault="00F35368">
            <w:pPr>
              <w:pStyle w:val="OptionLine"/>
            </w:pPr>
            <w:r>
              <w:rPr>
                <w:sz w:val="16"/>
              </w:rPr>
              <w:t>B. Robust program</w:t>
            </w:r>
          </w:p>
          <w:p w14:paraId="74460412" w14:textId="77777777" w:rsidR="004C6ABD" w:rsidRDefault="00F35368">
            <w:pPr>
              <w:pStyle w:val="OptionLine"/>
            </w:pPr>
            <w:r>
              <w:rPr>
                <w:sz w:val="16"/>
              </w:rPr>
              <w:t>C. Breakpoint</w:t>
            </w:r>
          </w:p>
          <w:p w14:paraId="3D171E46" w14:textId="77777777" w:rsidR="004C6ABD" w:rsidRDefault="00F35368">
            <w:pPr>
              <w:pStyle w:val="OptionLine"/>
            </w:pPr>
            <w:r>
              <w:rPr>
                <w:sz w:val="16"/>
              </w:rPr>
              <w:t>D. Input validation</w:t>
            </w:r>
          </w:p>
          <w:p w14:paraId="3AF1477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6A76C55" w14:textId="77777777">
        <w:trPr>
          <w:cantSplit/>
          <w:jc w:val="center"/>
        </w:trPr>
        <w:tc>
          <w:tcPr>
            <w:tcW w:w="5112" w:type="dxa"/>
          </w:tcPr>
          <w:p w14:paraId="5C5CDA2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16. A student writes about Subprogram. Which statement would be correct?</w:t>
            </w:r>
          </w:p>
          <w:p w14:paraId="712AF185" w14:textId="77777777" w:rsidR="004C6ABD" w:rsidRDefault="00F35368">
            <w:pPr>
              <w:pStyle w:val="OptionLine"/>
            </w:pPr>
            <w:r>
              <w:rPr>
                <w:sz w:val="16"/>
              </w:rPr>
              <w:t>A. data at the edge of an allowed range</w:t>
            </w:r>
          </w:p>
          <w:p w14:paraId="17808137" w14:textId="77777777" w:rsidR="004C6ABD" w:rsidRDefault="00F35368">
            <w:pPr>
              <w:pStyle w:val="OptionLine"/>
            </w:pPr>
            <w:r>
              <w:rPr>
                <w:sz w:val="16"/>
              </w:rPr>
              <w:t>B. checking that a value is between acceptable limits</w:t>
            </w:r>
          </w:p>
          <w:p w14:paraId="37E9E53C" w14:textId="77777777" w:rsidR="004C6ABD" w:rsidRDefault="00F35368">
            <w:pPr>
              <w:pStyle w:val="OptionLine"/>
            </w:pPr>
            <w:r>
              <w:rPr>
                <w:sz w:val="16"/>
              </w:rPr>
              <w:t>C. a named section of code that performs a specific task</w:t>
            </w:r>
          </w:p>
          <w:p w14:paraId="230C08DD" w14:textId="77777777" w:rsidR="004C6ABD" w:rsidRDefault="00F35368">
            <w:pPr>
              <w:pStyle w:val="OptionLine"/>
            </w:pPr>
            <w:r>
              <w:rPr>
                <w:sz w:val="16"/>
              </w:rPr>
              <w:t>D. finding and fixing errors in a program</w:t>
            </w:r>
          </w:p>
          <w:p w14:paraId="1FBCC68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817E98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36. Which description correctly matches Normal data?</w:t>
            </w:r>
          </w:p>
          <w:p w14:paraId="3866AF65" w14:textId="77777777" w:rsidR="004C6ABD" w:rsidRDefault="00F35368">
            <w:pPr>
              <w:pStyle w:val="OptionLine"/>
            </w:pPr>
            <w:r>
              <w:rPr>
                <w:sz w:val="16"/>
              </w:rPr>
              <w:t>A. valid data that should be accepted by a program</w:t>
            </w:r>
          </w:p>
          <w:p w14:paraId="566376E1" w14:textId="77777777" w:rsidR="004C6ABD" w:rsidRDefault="00F35368">
            <w:pPr>
              <w:pStyle w:val="OptionLine"/>
            </w:pPr>
            <w:r>
              <w:rPr>
                <w:sz w:val="16"/>
              </w:rPr>
              <w:t>B. checking a user's identity before allowing access</w:t>
            </w:r>
          </w:p>
          <w:p w14:paraId="40D470A0" w14:textId="77777777" w:rsidR="004C6ABD" w:rsidRDefault="00F35368">
            <w:pPr>
              <w:pStyle w:val="OptionLine"/>
            </w:pPr>
            <w:r>
              <w:rPr>
                <w:sz w:val="16"/>
              </w:rPr>
              <w:t>C. checking that data contains an acceptable number of characters</w:t>
            </w:r>
          </w:p>
          <w:p w14:paraId="30F190A1" w14:textId="77777777" w:rsidR="004C6ABD" w:rsidRDefault="00F35368">
            <w:pPr>
              <w:pStyle w:val="OptionLine"/>
            </w:pPr>
            <w:r>
              <w:rPr>
                <w:sz w:val="16"/>
              </w:rPr>
              <w:t>D. an error that occurs while a program is running</w:t>
            </w:r>
          </w:p>
          <w:p w14:paraId="3E46368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F12BE1B" w14:textId="77777777">
        <w:trPr>
          <w:cantSplit/>
          <w:jc w:val="center"/>
        </w:trPr>
        <w:tc>
          <w:tcPr>
            <w:tcW w:w="5112" w:type="dxa"/>
          </w:tcPr>
          <w:p w14:paraId="7FF3B9B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17. Which term best matches this description: checking that data contains an acceptable number of characters</w:t>
            </w:r>
          </w:p>
          <w:p w14:paraId="442799B6" w14:textId="77777777" w:rsidR="004C6ABD" w:rsidRDefault="00F35368">
            <w:pPr>
              <w:pStyle w:val="OptionLine"/>
            </w:pPr>
            <w:r>
              <w:rPr>
                <w:sz w:val="16"/>
              </w:rPr>
              <w:t>A. Type check</w:t>
            </w:r>
          </w:p>
          <w:p w14:paraId="3E40AFDD" w14:textId="77777777" w:rsidR="004C6ABD" w:rsidRDefault="00F35368">
            <w:pPr>
              <w:pStyle w:val="OptionLine"/>
            </w:pPr>
            <w:r>
              <w:rPr>
                <w:sz w:val="16"/>
              </w:rPr>
              <w:t>B. Test data</w:t>
            </w:r>
          </w:p>
          <w:p w14:paraId="52A77578" w14:textId="77777777" w:rsidR="004C6ABD" w:rsidRDefault="00F35368">
            <w:pPr>
              <w:pStyle w:val="OptionLine"/>
            </w:pPr>
            <w:r>
              <w:rPr>
                <w:sz w:val="16"/>
              </w:rPr>
              <w:t>C. Boundary data</w:t>
            </w:r>
          </w:p>
          <w:p w14:paraId="7D5261AB" w14:textId="77777777" w:rsidR="004C6ABD" w:rsidRDefault="00F35368">
            <w:pPr>
              <w:pStyle w:val="OptionLine"/>
            </w:pPr>
            <w:r>
              <w:rPr>
                <w:sz w:val="16"/>
              </w:rPr>
              <w:t>D. Length check</w:t>
            </w:r>
          </w:p>
          <w:p w14:paraId="5C79DE9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A5D68A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37. Which term best matches this description: a planned set of tests with expected results</w:t>
            </w:r>
          </w:p>
          <w:p w14:paraId="7C83A22E" w14:textId="77777777" w:rsidR="004C6ABD" w:rsidRDefault="00F35368">
            <w:pPr>
              <w:pStyle w:val="OptionLine"/>
            </w:pPr>
            <w:r>
              <w:rPr>
                <w:sz w:val="16"/>
              </w:rPr>
              <w:t>A. Logic error</w:t>
            </w:r>
          </w:p>
          <w:p w14:paraId="60F1B9AB" w14:textId="77777777" w:rsidR="004C6ABD" w:rsidRDefault="00F35368">
            <w:pPr>
              <w:pStyle w:val="OptionLine"/>
            </w:pPr>
            <w:r>
              <w:rPr>
                <w:sz w:val="16"/>
              </w:rPr>
              <w:t>B. Test plan</w:t>
            </w:r>
          </w:p>
          <w:p w14:paraId="346CB1CF" w14:textId="77777777" w:rsidR="004C6ABD" w:rsidRDefault="00F35368">
            <w:pPr>
              <w:pStyle w:val="OptionLine"/>
            </w:pPr>
            <w:r>
              <w:rPr>
                <w:sz w:val="16"/>
              </w:rPr>
              <w:t>C. Maintainability</w:t>
            </w:r>
          </w:p>
          <w:p w14:paraId="48EE2020" w14:textId="77777777" w:rsidR="004C6ABD" w:rsidRDefault="00F35368">
            <w:pPr>
              <w:pStyle w:val="OptionLine"/>
            </w:pPr>
            <w:r>
              <w:rPr>
                <w:sz w:val="16"/>
              </w:rPr>
              <w:t>D. Indentation</w:t>
            </w:r>
          </w:p>
          <w:p w14:paraId="725341D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644C355" w14:textId="77777777">
        <w:trPr>
          <w:cantSplit/>
          <w:jc w:val="center"/>
        </w:trPr>
        <w:tc>
          <w:tcPr>
            <w:tcW w:w="5112" w:type="dxa"/>
          </w:tcPr>
          <w:p w14:paraId="0D1417B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18. Which term best matches this description: thinking about how users might use a program incorrectly</w:t>
            </w:r>
          </w:p>
          <w:p w14:paraId="56DE4502" w14:textId="77777777" w:rsidR="004C6ABD" w:rsidRDefault="00F35368">
            <w:pPr>
              <w:pStyle w:val="OptionLine"/>
            </w:pPr>
            <w:r>
              <w:rPr>
                <w:sz w:val="16"/>
              </w:rPr>
              <w:t>A. Test data</w:t>
            </w:r>
          </w:p>
          <w:p w14:paraId="280A37CB" w14:textId="77777777" w:rsidR="004C6ABD" w:rsidRDefault="00F35368">
            <w:pPr>
              <w:pStyle w:val="OptionLine"/>
            </w:pPr>
            <w:r>
              <w:rPr>
                <w:sz w:val="16"/>
              </w:rPr>
              <w:t>B. Test plan</w:t>
            </w:r>
          </w:p>
          <w:p w14:paraId="2B0B26F6" w14:textId="77777777" w:rsidR="004C6ABD" w:rsidRDefault="00F35368">
            <w:pPr>
              <w:pStyle w:val="OptionLine"/>
            </w:pPr>
            <w:r>
              <w:rPr>
                <w:sz w:val="16"/>
              </w:rPr>
              <w:t>C. Anticipating misuse</w:t>
            </w:r>
          </w:p>
          <w:p w14:paraId="65E27864" w14:textId="77777777" w:rsidR="004C6ABD" w:rsidRDefault="00F35368">
            <w:pPr>
              <w:pStyle w:val="OptionLine"/>
            </w:pPr>
            <w:r>
              <w:rPr>
                <w:sz w:val="16"/>
              </w:rPr>
              <w:t>D. Iterative testing</w:t>
            </w:r>
          </w:p>
          <w:p w14:paraId="3C318A0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389892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38. Which description correctly matches User feedback?</w:t>
            </w:r>
          </w:p>
          <w:p w14:paraId="5E60AAF6" w14:textId="77777777" w:rsidR="004C6ABD" w:rsidRDefault="00F35368">
            <w:pPr>
              <w:pStyle w:val="OptionLine"/>
            </w:pPr>
            <w:r>
              <w:rPr>
                <w:sz w:val="16"/>
              </w:rPr>
              <w:t>A. a named section of code that performs a specific task</w:t>
            </w:r>
          </w:p>
          <w:p w14:paraId="3D8B85DF" w14:textId="77777777" w:rsidR="004C6ABD" w:rsidRDefault="00F35368">
            <w:pPr>
              <w:pStyle w:val="OptionLine"/>
            </w:pPr>
            <w:r>
              <w:rPr>
                <w:sz w:val="16"/>
              </w:rPr>
              <w:t>B. messages that help users understand errors or results</w:t>
            </w:r>
          </w:p>
          <w:p w14:paraId="2C9B8212" w14:textId="77777777" w:rsidR="004C6ABD" w:rsidRDefault="00F35368">
            <w:pPr>
              <w:pStyle w:val="OptionLine"/>
            </w:pPr>
            <w:r>
              <w:rPr>
                <w:sz w:val="16"/>
              </w:rPr>
              <w:t>C. an error caused by breaking language grammar rules</w:t>
            </w:r>
          </w:p>
          <w:p w14:paraId="64D9C002" w14:textId="77777777" w:rsidR="004C6ABD" w:rsidRDefault="00F35368">
            <w:pPr>
              <w:pStyle w:val="OptionLine"/>
            </w:pPr>
            <w:r>
              <w:rPr>
                <w:sz w:val="16"/>
              </w:rPr>
              <w:t>D. valid data that should be accepted by a program</w:t>
            </w:r>
          </w:p>
          <w:p w14:paraId="10A7F3E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BB439C9" w14:textId="77777777">
        <w:trPr>
          <w:cantSplit/>
          <w:jc w:val="center"/>
        </w:trPr>
        <w:tc>
          <w:tcPr>
            <w:tcW w:w="5112" w:type="dxa"/>
          </w:tcPr>
          <w:p w14:paraId="6706424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19. A program accepts ages from 11 to 18. Which test data is boundary data?</w:t>
            </w:r>
          </w:p>
          <w:p w14:paraId="7628C886" w14:textId="77777777" w:rsidR="004C6ABD" w:rsidRDefault="00F35368">
            <w:pPr>
              <w:pStyle w:val="OptionLine"/>
            </w:pPr>
            <w:r>
              <w:rPr>
                <w:sz w:val="16"/>
              </w:rPr>
              <w:t>A. -5 only</w:t>
            </w:r>
          </w:p>
          <w:p w14:paraId="15A1A1C3" w14:textId="77777777" w:rsidR="004C6ABD" w:rsidRDefault="00F35368">
            <w:pPr>
              <w:pStyle w:val="OptionLine"/>
            </w:pPr>
            <w:r>
              <w:rPr>
                <w:sz w:val="16"/>
              </w:rPr>
              <w:t>B. 11 and 18</w:t>
            </w:r>
          </w:p>
          <w:p w14:paraId="74C76AA9" w14:textId="77777777" w:rsidR="004C6ABD" w:rsidRDefault="00F35368">
            <w:pPr>
              <w:pStyle w:val="OptionLine"/>
            </w:pPr>
            <w:r>
              <w:rPr>
                <w:sz w:val="16"/>
              </w:rPr>
              <w:t>C. 12 and 17 only</w:t>
            </w:r>
          </w:p>
          <w:p w14:paraId="2153D7C6" w14:textId="77777777" w:rsidR="004C6ABD" w:rsidRDefault="00F35368">
            <w:pPr>
              <w:pStyle w:val="OptionLine"/>
            </w:pPr>
            <w:r>
              <w:rPr>
                <w:sz w:val="16"/>
              </w:rPr>
              <w:t>D. hello</w:t>
            </w:r>
          </w:p>
          <w:p w14:paraId="28897C8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D7A35D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39. A student writes about Length check. Which statement would be correct?</w:t>
            </w:r>
          </w:p>
          <w:p w14:paraId="14700579" w14:textId="77777777" w:rsidR="004C6ABD" w:rsidRDefault="00F35368">
            <w:pPr>
              <w:pStyle w:val="OptionLine"/>
            </w:pPr>
            <w:r>
              <w:rPr>
                <w:sz w:val="16"/>
              </w:rPr>
              <w:t>A. checking that data contains an acceptable number of characters</w:t>
            </w:r>
          </w:p>
          <w:p w14:paraId="288EA550" w14:textId="77777777" w:rsidR="004C6ABD" w:rsidRDefault="00F35368">
            <w:pPr>
              <w:pStyle w:val="OptionLine"/>
            </w:pPr>
            <w:r>
              <w:rPr>
                <w:sz w:val="16"/>
              </w:rPr>
              <w:t>B. testing during development after small changes</w:t>
            </w:r>
          </w:p>
          <w:p w14:paraId="0368A3F1" w14:textId="77777777" w:rsidR="004C6ABD" w:rsidRDefault="00F35368">
            <w:pPr>
              <w:pStyle w:val="OptionLine"/>
            </w:pPr>
            <w:r>
              <w:rPr>
                <w:sz w:val="16"/>
              </w:rPr>
              <w:t>C. spacing code to show its structure clearly</w:t>
            </w:r>
          </w:p>
          <w:p w14:paraId="6065F8AA" w14:textId="77777777" w:rsidR="004C6ABD" w:rsidRDefault="00F35368">
            <w:pPr>
              <w:pStyle w:val="OptionLine"/>
            </w:pPr>
            <w:r>
              <w:rPr>
                <w:sz w:val="16"/>
              </w:rPr>
              <w:t>D. data at the edge of an allowed range</w:t>
            </w:r>
          </w:p>
          <w:p w14:paraId="430180B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EF5BFB2" w14:textId="77777777">
        <w:trPr>
          <w:cantSplit/>
          <w:jc w:val="center"/>
        </w:trPr>
        <w:tc>
          <w:tcPr>
            <w:tcW w:w="5112" w:type="dxa"/>
          </w:tcPr>
          <w:p w14:paraId="3C19A22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20. Why is authentication part of defensive design?</w:t>
            </w:r>
          </w:p>
          <w:p w14:paraId="3E6F36C5" w14:textId="77777777" w:rsidR="004C6ABD" w:rsidRDefault="00F35368">
            <w:pPr>
              <w:pStyle w:val="OptionLine"/>
            </w:pPr>
            <w:r>
              <w:rPr>
                <w:sz w:val="16"/>
              </w:rPr>
              <w:t>A. It increases colour depth</w:t>
            </w:r>
          </w:p>
          <w:p w14:paraId="4B94F3AA" w14:textId="77777777" w:rsidR="004C6ABD" w:rsidRDefault="00F35368">
            <w:pPr>
              <w:pStyle w:val="OptionLine"/>
            </w:pPr>
            <w:r>
              <w:rPr>
                <w:sz w:val="16"/>
              </w:rPr>
              <w:t>B. It sorts a list</w:t>
            </w:r>
          </w:p>
          <w:p w14:paraId="2C54A144" w14:textId="77777777" w:rsidR="004C6ABD" w:rsidRDefault="00F35368">
            <w:pPr>
              <w:pStyle w:val="OptionLine"/>
            </w:pPr>
            <w:r>
              <w:rPr>
                <w:sz w:val="16"/>
              </w:rPr>
              <w:t>C. It helps prevent unauthorised users accessing the system</w:t>
            </w:r>
          </w:p>
          <w:p w14:paraId="45BB85BE" w14:textId="77777777" w:rsidR="004C6ABD" w:rsidRDefault="00F35368">
            <w:pPr>
              <w:pStyle w:val="OptionLine"/>
            </w:pPr>
            <w:r>
              <w:rPr>
                <w:sz w:val="16"/>
              </w:rPr>
              <w:t>D. It reduces binary overflow</w:t>
            </w:r>
          </w:p>
          <w:p w14:paraId="4606B44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A3EAAA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40. Which is the best variable name for storing a student's mark?</w:t>
            </w:r>
          </w:p>
          <w:p w14:paraId="2124F473" w14:textId="77777777" w:rsidR="004C6ABD" w:rsidRDefault="00F35368">
            <w:pPr>
              <w:pStyle w:val="OptionLine"/>
            </w:pPr>
            <w:r>
              <w:rPr>
                <w:sz w:val="16"/>
              </w:rPr>
              <w:t>A. thing</w:t>
            </w:r>
          </w:p>
          <w:p w14:paraId="21C2B353" w14:textId="77777777" w:rsidR="004C6ABD" w:rsidRDefault="00F35368">
            <w:pPr>
              <w:pStyle w:val="OptionLine"/>
            </w:pPr>
            <w:r>
              <w:rPr>
                <w:sz w:val="16"/>
              </w:rPr>
              <w:t>B. x</w:t>
            </w:r>
          </w:p>
          <w:p w14:paraId="45663EEF" w14:textId="77777777" w:rsidR="004C6ABD" w:rsidRDefault="00F35368">
            <w:pPr>
              <w:pStyle w:val="OptionLine"/>
            </w:pPr>
            <w:r>
              <w:rPr>
                <w:sz w:val="16"/>
              </w:rPr>
              <w:t>C. studentMark</w:t>
            </w:r>
          </w:p>
          <w:p w14:paraId="7E89311C" w14:textId="77777777" w:rsidR="004C6ABD" w:rsidRDefault="00F35368">
            <w:pPr>
              <w:pStyle w:val="OptionLine"/>
            </w:pPr>
            <w:r>
              <w:rPr>
                <w:sz w:val="16"/>
              </w:rPr>
              <w:t>D. m1x2</w:t>
            </w:r>
          </w:p>
          <w:p w14:paraId="702DFAA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</w:tbl>
    <w:sectPr w:rsidR="00F35368" w:rsidSect="00034616">
      <w:foot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4700B" w14:textId="77777777" w:rsidR="00F35368" w:rsidRDefault="00F35368">
      <w:pPr>
        <w:spacing w:after="0" w:line="240" w:lineRule="auto"/>
      </w:pPr>
      <w:r>
        <w:separator/>
      </w:r>
    </w:p>
  </w:endnote>
  <w:endnote w:type="continuationSeparator" w:id="0">
    <w:p w14:paraId="40FE9904" w14:textId="77777777" w:rsidR="00F35368" w:rsidRDefault="00F35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04382" w14:textId="77777777" w:rsidR="004C6ABD" w:rsidRDefault="00F35368">
    <w:pPr>
      <w:pStyle w:val="Footer"/>
      <w:jc w:val="center"/>
    </w:pPr>
    <w:r>
      <w:rPr>
        <w:sz w:val="16"/>
      </w:rPr>
      <w:t>OCR J277 GCSE Computer Science MCQ Exam-Preparation Pack - Unofficial revision resource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41682" w14:textId="77777777" w:rsidR="00F35368" w:rsidRDefault="00F35368">
      <w:pPr>
        <w:spacing w:after="0" w:line="240" w:lineRule="auto"/>
      </w:pPr>
      <w:r>
        <w:separator/>
      </w:r>
    </w:p>
  </w:footnote>
  <w:footnote w:type="continuationSeparator" w:id="0">
    <w:p w14:paraId="1EBD150E" w14:textId="77777777" w:rsidR="00F35368" w:rsidRDefault="00F35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997722">
    <w:abstractNumId w:val="8"/>
  </w:num>
  <w:num w:numId="2" w16cid:durableId="1215657904">
    <w:abstractNumId w:val="6"/>
  </w:num>
  <w:num w:numId="3" w16cid:durableId="716046562">
    <w:abstractNumId w:val="5"/>
  </w:num>
  <w:num w:numId="4" w16cid:durableId="2089619016">
    <w:abstractNumId w:val="4"/>
  </w:num>
  <w:num w:numId="5" w16cid:durableId="20059235">
    <w:abstractNumId w:val="7"/>
  </w:num>
  <w:num w:numId="6" w16cid:durableId="1050812661">
    <w:abstractNumId w:val="3"/>
  </w:num>
  <w:num w:numId="7" w16cid:durableId="567568791">
    <w:abstractNumId w:val="2"/>
  </w:num>
  <w:num w:numId="8" w16cid:durableId="1392535892">
    <w:abstractNumId w:val="1"/>
  </w:num>
  <w:num w:numId="9" w16cid:durableId="1823810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C6ABD"/>
    <w:rsid w:val="00630CBF"/>
    <w:rsid w:val="00AA1D8D"/>
    <w:rsid w:val="00B47730"/>
    <w:rsid w:val="00C22FC3"/>
    <w:rsid w:val="00CB0664"/>
    <w:rsid w:val="00F353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1A98B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QuestionStem">
    <w:name w:val="QuestionStem"/>
    <w:basedOn w:val="Normal"/>
    <w:pPr>
      <w:keepLines/>
      <w:spacing w:before="40" w:after="20"/>
    </w:pPr>
  </w:style>
  <w:style w:type="paragraph" w:customStyle="1" w:styleId="OptionLine">
    <w:name w:val="OptionLine"/>
    <w:basedOn w:val="Normal"/>
    <w:pPr>
      <w:spacing w:after="0"/>
      <w:ind w:left="216"/>
    </w:pPr>
    <w:rPr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114</Pages>
  <Words>50203</Words>
  <Characters>286163</Characters>
  <Application>Microsoft Office Word</Application>
  <DocSecurity>0</DocSecurity>
  <Lines>2384</Lines>
  <Paragraphs>671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335695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2</cp:revision>
  <dcterms:created xsi:type="dcterms:W3CDTF">2013-12-23T23:15:00Z</dcterms:created>
  <dcterms:modified xsi:type="dcterms:W3CDTF">2026-06-09T09:37:00Z</dcterms:modified>
  <cp:category/>
</cp:coreProperties>
</file>