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1FF6" w14:textId="77777777" w:rsidR="004C6ABD" w:rsidRDefault="00F35368">
      <w:pPr>
        <w:pStyle w:val="Heading1"/>
      </w:pPr>
      <w:r>
        <w:lastRenderedPageBreak/>
        <w:t>2.4 Boolean logic - Quiz A</w:t>
      </w:r>
    </w:p>
    <w:p w14:paraId="1BC7EEBF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01EC8B6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7422F83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1806D838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9A1979C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48C8238F" w14:textId="77777777">
        <w:trPr>
          <w:cantSplit/>
          <w:jc w:val="center"/>
        </w:trPr>
        <w:tc>
          <w:tcPr>
            <w:tcW w:w="5112" w:type="dxa"/>
          </w:tcPr>
          <w:p w14:paraId="312587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Evaluate NOT A OR B when A=0, B=0, C=0.</w:t>
            </w:r>
          </w:p>
          <w:p w14:paraId="07C7AFCB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12AFB586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79D380AF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41FCC3D1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18F107B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1C1A25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For A=0 and B=0, which pair of outputs is correct?</w:t>
            </w:r>
          </w:p>
          <w:p w14:paraId="2C7DB98D" w14:textId="77777777" w:rsidR="004C6ABD" w:rsidRDefault="00F35368">
            <w:pPr>
              <w:pStyle w:val="OptionLine"/>
            </w:pPr>
            <w:r>
              <w:rPr>
                <w:sz w:val="16"/>
              </w:rPr>
              <w:t>A. A AND B = 0, A OR B = 1</w:t>
            </w:r>
          </w:p>
          <w:p w14:paraId="6E4416E2" w14:textId="77777777" w:rsidR="004C6ABD" w:rsidRDefault="00F35368">
            <w:pPr>
              <w:pStyle w:val="OptionLine"/>
            </w:pPr>
            <w:r>
              <w:rPr>
                <w:sz w:val="16"/>
              </w:rPr>
              <w:t>B. A AND B = 0, A OR B = 0</w:t>
            </w:r>
          </w:p>
          <w:p w14:paraId="452ED2F0" w14:textId="77777777" w:rsidR="004C6ABD" w:rsidRDefault="00F35368">
            <w:pPr>
              <w:pStyle w:val="OptionLine"/>
            </w:pPr>
            <w:r>
              <w:rPr>
                <w:sz w:val="16"/>
              </w:rPr>
              <w:t>C. A AND B = 1, A OR B = 0</w:t>
            </w:r>
          </w:p>
          <w:p w14:paraId="305F1E53" w14:textId="77777777" w:rsidR="004C6ABD" w:rsidRDefault="00F35368">
            <w:pPr>
              <w:pStyle w:val="OptionLine"/>
            </w:pPr>
            <w:r>
              <w:rPr>
                <w:sz w:val="16"/>
              </w:rPr>
              <w:t>D. A AND B = 1, A OR B = 1</w:t>
            </w:r>
          </w:p>
          <w:p w14:paraId="4C1B278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BBA2967" w14:textId="77777777">
        <w:trPr>
          <w:cantSplit/>
          <w:jc w:val="center"/>
        </w:trPr>
        <w:tc>
          <w:tcPr>
            <w:tcW w:w="5112" w:type="dxa"/>
          </w:tcPr>
          <w:p w14:paraId="410903A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Evaluate A AND (B OR C) when A=0, B=0, C=1.</w:t>
            </w:r>
          </w:p>
          <w:p w14:paraId="11DE34A7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14969E5F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714662B9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34464699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070F2A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EED4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a table showing every possible input and output combination for a Boolean expression</w:t>
            </w:r>
          </w:p>
          <w:p w14:paraId="444851FA" w14:textId="77777777" w:rsidR="004C6ABD" w:rsidRDefault="00F35368">
            <w:pPr>
              <w:pStyle w:val="OptionLine"/>
            </w:pPr>
            <w:r>
              <w:rPr>
                <w:sz w:val="16"/>
              </w:rPr>
              <w:t>A. Truth table</w:t>
            </w:r>
          </w:p>
          <w:p w14:paraId="257DCA66" w14:textId="77777777" w:rsidR="004C6ABD" w:rsidRDefault="00F35368">
            <w:pPr>
              <w:pStyle w:val="OptionLine"/>
            </w:pPr>
            <w:r>
              <w:rPr>
                <w:sz w:val="16"/>
              </w:rPr>
              <w:t>B. Output</w:t>
            </w:r>
          </w:p>
          <w:p w14:paraId="65CA7814" w14:textId="77777777" w:rsidR="004C6ABD" w:rsidRDefault="00F35368">
            <w:pPr>
              <w:pStyle w:val="OptionLine"/>
            </w:pPr>
            <w:r>
              <w:rPr>
                <w:sz w:val="16"/>
              </w:rPr>
              <w:t>C. Condition</w:t>
            </w:r>
          </w:p>
          <w:p w14:paraId="236D8CFB" w14:textId="77777777" w:rsidR="004C6ABD" w:rsidRDefault="00F35368">
            <w:pPr>
              <w:pStyle w:val="OptionLine"/>
            </w:pPr>
            <w:r>
              <w:rPr>
                <w:sz w:val="16"/>
              </w:rPr>
              <w:t>D. AND</w:t>
            </w:r>
          </w:p>
          <w:p w14:paraId="3CC63A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4E88D8" w14:textId="77777777">
        <w:trPr>
          <w:cantSplit/>
          <w:jc w:val="center"/>
        </w:trPr>
        <w:tc>
          <w:tcPr>
            <w:tcW w:w="5112" w:type="dxa"/>
          </w:tcPr>
          <w:p w14:paraId="4FD3148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Evaluate (A AND B) OR (NOT C) when A=1, B=0, C=0.</w:t>
            </w:r>
          </w:p>
          <w:p w14:paraId="6FC87801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78B0B832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2E973D7E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7B1ED0D4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683E4E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963C2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Boolean value. Which statement would be correct?</w:t>
            </w:r>
          </w:p>
          <w:p w14:paraId="431C64E1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more than one Boolean operator in the same expression</w:t>
            </w:r>
          </w:p>
          <w:p w14:paraId="3356D83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result produced by a logic gate or expression</w:t>
            </w:r>
          </w:p>
          <w:p w14:paraId="25B28776" w14:textId="77777777" w:rsidR="004C6ABD" w:rsidRDefault="00F35368">
            <w:pPr>
              <w:pStyle w:val="OptionLine"/>
            </w:pPr>
            <w:r>
              <w:rPr>
                <w:sz w:val="16"/>
              </w:rPr>
              <w:t>C. a value that can be either True/False or 1/0</w:t>
            </w:r>
          </w:p>
          <w:p w14:paraId="4D03718A" w14:textId="77777777" w:rsidR="004C6ABD" w:rsidRDefault="00F35368">
            <w:pPr>
              <w:pStyle w:val="OptionLine"/>
            </w:pPr>
            <w:r>
              <w:rPr>
                <w:sz w:val="16"/>
              </w:rPr>
              <w:t>D. another name for the NOT operation</w:t>
            </w:r>
          </w:p>
          <w:p w14:paraId="182793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4DB1CD" w14:textId="77777777">
        <w:trPr>
          <w:cantSplit/>
          <w:jc w:val="center"/>
        </w:trPr>
        <w:tc>
          <w:tcPr>
            <w:tcW w:w="5112" w:type="dxa"/>
          </w:tcPr>
          <w:p w14:paraId="7CE4A9A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Evaluate NOT A OR B when A=1, B=1, C=1.</w:t>
            </w:r>
          </w:p>
          <w:p w14:paraId="6B4E1834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2E03724F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55451E6F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57AD6B14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32F1C78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080DA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Truth table?</w:t>
            </w:r>
          </w:p>
          <w:p w14:paraId="6A583E8C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value that can be either True/False or 1/0</w:t>
            </w:r>
          </w:p>
          <w:p w14:paraId="566475E6" w14:textId="77777777" w:rsidR="004C6ABD" w:rsidRDefault="00F35368">
            <w:pPr>
              <w:pStyle w:val="OptionLine"/>
            </w:pPr>
            <w:r>
              <w:rPr>
                <w:sz w:val="16"/>
              </w:rPr>
              <w:t>B. a value supplied to a logic gate or expression</w:t>
            </w:r>
          </w:p>
          <w:p w14:paraId="670BD337" w14:textId="77777777" w:rsidR="004C6ABD" w:rsidRDefault="00F35368">
            <w:pPr>
              <w:pStyle w:val="OptionLine"/>
            </w:pPr>
            <w:r>
              <w:rPr>
                <w:sz w:val="16"/>
              </w:rPr>
              <w:t>C. a table showing every possible input and output combination for a Boolean expression</w:t>
            </w:r>
          </w:p>
          <w:p w14:paraId="4BB2DCF1" w14:textId="77777777" w:rsidR="004C6ABD" w:rsidRDefault="00F35368">
            <w:pPr>
              <w:pStyle w:val="OptionLine"/>
            </w:pPr>
            <w:r>
              <w:rPr>
                <w:sz w:val="16"/>
              </w:rPr>
              <w:t>D. a circuit symbol that performs a Boolean operation</w:t>
            </w:r>
          </w:p>
          <w:p w14:paraId="27D2DBF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8451B8" w14:textId="77777777">
        <w:trPr>
          <w:cantSplit/>
          <w:jc w:val="center"/>
        </w:trPr>
        <w:tc>
          <w:tcPr>
            <w:tcW w:w="5112" w:type="dxa"/>
          </w:tcPr>
          <w:p w14:paraId="42AAF7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Evaluate NOT (A AND B) when A=1, B=1, C=0.</w:t>
            </w:r>
          </w:p>
          <w:p w14:paraId="33DAC87B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6B49E5CE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D0208D9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221A2DCC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615BB1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A5B23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Evaluate A AND (B OR C) when A=1, B=1, C=0.</w:t>
            </w:r>
          </w:p>
          <w:p w14:paraId="10B2F9A5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3D1FE69D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0BDEED4E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02427BC4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4B92CB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4F2229" w14:textId="77777777">
        <w:trPr>
          <w:cantSplit/>
          <w:jc w:val="center"/>
        </w:trPr>
        <w:tc>
          <w:tcPr>
            <w:tcW w:w="5112" w:type="dxa"/>
          </w:tcPr>
          <w:p w14:paraId="443FDF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Output?</w:t>
            </w:r>
          </w:p>
          <w:p w14:paraId="617A95A4" w14:textId="77777777" w:rsidR="004C6ABD" w:rsidRDefault="00F35368">
            <w:pPr>
              <w:pStyle w:val="OptionLine"/>
            </w:pPr>
            <w:r>
              <w:rPr>
                <w:sz w:val="16"/>
              </w:rPr>
              <w:t>A. another name for the OR operation</w:t>
            </w:r>
          </w:p>
          <w:p w14:paraId="36CB9550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outputs 1 only when all inputs are 1</w:t>
            </w:r>
          </w:p>
          <w:p w14:paraId="3B2BE4A5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result produced by a logic gate or expression</w:t>
            </w:r>
          </w:p>
          <w:p w14:paraId="1DEF6BD4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expression used to make a decision in a program</w:t>
            </w:r>
          </w:p>
          <w:p w14:paraId="05086E5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7E07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For A=0 and B=0, which row is correct for the OR gate?</w:t>
            </w:r>
          </w:p>
          <w:p w14:paraId="10DF6D75" w14:textId="77777777" w:rsidR="004C6ABD" w:rsidRDefault="00F35368">
            <w:pPr>
              <w:pStyle w:val="OptionLine"/>
            </w:pPr>
            <w:r>
              <w:rPr>
                <w:sz w:val="16"/>
              </w:rPr>
              <w:t>A. A=1, B=0, output=1</w:t>
            </w:r>
          </w:p>
          <w:p w14:paraId="6676EEE7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B=0, output=1</w:t>
            </w:r>
          </w:p>
          <w:p w14:paraId="7BB8061B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B=1, output=1</w:t>
            </w:r>
          </w:p>
          <w:p w14:paraId="5DCF331E" w14:textId="77777777" w:rsidR="004C6ABD" w:rsidRDefault="00F35368">
            <w:pPr>
              <w:pStyle w:val="OptionLine"/>
            </w:pPr>
            <w:r>
              <w:rPr>
                <w:sz w:val="16"/>
              </w:rPr>
              <w:t>D. A=0, B=0, output=0</w:t>
            </w:r>
          </w:p>
          <w:p w14:paraId="70E8E2B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F33C080" w14:textId="77777777">
        <w:trPr>
          <w:cantSplit/>
          <w:jc w:val="center"/>
        </w:trPr>
        <w:tc>
          <w:tcPr>
            <w:tcW w:w="5112" w:type="dxa"/>
          </w:tcPr>
          <w:p w14:paraId="43DE4D0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term best matches this description: a diagram showing gates and connections for a Boolean expression</w:t>
            </w:r>
          </w:p>
          <w:p w14:paraId="423E8A25" w14:textId="77777777" w:rsidR="004C6ABD" w:rsidRDefault="00F35368">
            <w:pPr>
              <w:pStyle w:val="OptionLine"/>
            </w:pPr>
            <w:r>
              <w:rPr>
                <w:sz w:val="16"/>
              </w:rPr>
              <w:t>A. Logic gate</w:t>
            </w:r>
          </w:p>
          <w:p w14:paraId="74467D89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diagram</w:t>
            </w:r>
          </w:p>
          <w:p w14:paraId="4F4AF7A4" w14:textId="77777777" w:rsidR="004C6ABD" w:rsidRDefault="00F35368">
            <w:pPr>
              <w:pStyle w:val="OptionLine"/>
            </w:pPr>
            <w:r>
              <w:rPr>
                <w:sz w:val="16"/>
              </w:rPr>
              <w:t>C. Output</w:t>
            </w:r>
          </w:p>
          <w:p w14:paraId="0A0B269F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</w:t>
            </w:r>
          </w:p>
          <w:p w14:paraId="68D565A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A95A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Evaluate NOT (A OR B) when A=0, B=1, C=0.</w:t>
            </w:r>
          </w:p>
          <w:p w14:paraId="450218D3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7C7F2A32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582AE4F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7165E723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6D610C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D97185" w14:textId="77777777">
        <w:trPr>
          <w:cantSplit/>
          <w:jc w:val="center"/>
        </w:trPr>
        <w:tc>
          <w:tcPr>
            <w:tcW w:w="5112" w:type="dxa"/>
          </w:tcPr>
          <w:p w14:paraId="3F6CCDB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Evaluate (A OR B) AND C when A=1, B=1, C=1.</w:t>
            </w:r>
          </w:p>
          <w:p w14:paraId="4C1D79F7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21DCDC50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0FCABE6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685B714A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171622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4253D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Evaluate NOT (A AND B) when A=0, B=1, C=0.</w:t>
            </w:r>
          </w:p>
          <w:p w14:paraId="56981801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23DDCC96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0EFE5164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4D8513F6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055BAB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D3F381" w14:textId="77777777">
        <w:trPr>
          <w:cantSplit/>
          <w:jc w:val="center"/>
        </w:trPr>
        <w:tc>
          <w:tcPr>
            <w:tcW w:w="5112" w:type="dxa"/>
          </w:tcPr>
          <w:p w14:paraId="38E4C3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9. Which description correctly matches Condition?</w:t>
            </w:r>
          </w:p>
          <w:p w14:paraId="3B346F56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operation that outputs 1 when at least one input is 1</w:t>
            </w:r>
          </w:p>
          <w:p w14:paraId="65A010C1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expression used to make a decision in a program</w:t>
            </w:r>
          </w:p>
          <w:p w14:paraId="48AFA623" w14:textId="77777777" w:rsidR="004C6ABD" w:rsidRDefault="00F35368">
            <w:pPr>
              <w:pStyle w:val="OptionLine"/>
            </w:pPr>
            <w:r>
              <w:rPr>
                <w:sz w:val="16"/>
              </w:rPr>
              <w:t>C. another name for the NOT operation</w:t>
            </w:r>
          </w:p>
          <w:p w14:paraId="15856762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reverses a single input</w:t>
            </w:r>
          </w:p>
          <w:p w14:paraId="39DBC5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41752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 value that can be either True/False or 1/0</w:t>
            </w:r>
          </w:p>
          <w:p w14:paraId="4D389E9B" w14:textId="77777777" w:rsidR="004C6ABD" w:rsidRDefault="00F35368">
            <w:pPr>
              <w:pStyle w:val="OptionLine"/>
            </w:pPr>
            <w:r>
              <w:rPr>
                <w:sz w:val="16"/>
              </w:rPr>
              <w:t>A. Boolean value</w:t>
            </w:r>
          </w:p>
          <w:p w14:paraId="10296BB1" w14:textId="77777777" w:rsidR="004C6ABD" w:rsidRDefault="00F35368">
            <w:pPr>
              <w:pStyle w:val="OptionLine"/>
            </w:pPr>
            <w:r>
              <w:rPr>
                <w:sz w:val="16"/>
              </w:rPr>
              <w:t>B. Disjunction</w:t>
            </w:r>
          </w:p>
          <w:p w14:paraId="20150E70" w14:textId="77777777" w:rsidR="004C6ABD" w:rsidRDefault="00F35368">
            <w:pPr>
              <w:pStyle w:val="OptionLine"/>
            </w:pPr>
            <w:r>
              <w:rPr>
                <w:sz w:val="16"/>
              </w:rPr>
              <w:t>C. Condition</w:t>
            </w:r>
          </w:p>
          <w:p w14:paraId="62D7ADCF" w14:textId="77777777" w:rsidR="004C6ABD" w:rsidRDefault="00F35368">
            <w:pPr>
              <w:pStyle w:val="OptionLine"/>
            </w:pPr>
            <w:r>
              <w:rPr>
                <w:sz w:val="16"/>
              </w:rPr>
              <w:t>D. Input</w:t>
            </w:r>
          </w:p>
          <w:p w14:paraId="0733D73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7BE9C3E" w14:textId="77777777">
        <w:trPr>
          <w:cantSplit/>
          <w:jc w:val="center"/>
        </w:trPr>
        <w:tc>
          <w:tcPr>
            <w:tcW w:w="5112" w:type="dxa"/>
          </w:tcPr>
          <w:p w14:paraId="6031813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Evaluate A AND NOT B when A=0, B=0, C=1.</w:t>
            </w:r>
          </w:p>
          <w:p w14:paraId="6637F838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0C3A6E3D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38A3D13C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7F9EB1AD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061333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AFA19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Evaluate A AND (B OR C) when A=1, B=1, C=1.</w:t>
            </w:r>
          </w:p>
          <w:p w14:paraId="51D7075B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4141FE4F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1BC5E4C8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1E69C75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570CF92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6F7987C" w14:textId="77777777">
        <w:trPr>
          <w:cantSplit/>
          <w:jc w:val="center"/>
        </w:trPr>
        <w:tc>
          <w:tcPr>
            <w:tcW w:w="5112" w:type="dxa"/>
          </w:tcPr>
          <w:p w14:paraId="567CB8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Combined logic?</w:t>
            </w:r>
          </w:p>
          <w:p w14:paraId="09CE99F1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operation that reverses a single input</w:t>
            </w:r>
          </w:p>
          <w:p w14:paraId="55F4571D" w14:textId="77777777" w:rsidR="004C6ABD" w:rsidRDefault="00F35368">
            <w:pPr>
              <w:pStyle w:val="OptionLine"/>
            </w:pPr>
            <w:r>
              <w:rPr>
                <w:sz w:val="16"/>
              </w:rPr>
              <w:t>B. another name for the AND operation</w:t>
            </w:r>
          </w:p>
          <w:p w14:paraId="19BEE5F4" w14:textId="77777777" w:rsidR="004C6ABD" w:rsidRDefault="00F35368">
            <w:pPr>
              <w:pStyle w:val="OptionLine"/>
            </w:pPr>
            <w:r>
              <w:rPr>
                <w:sz w:val="16"/>
              </w:rPr>
              <w:t>C. a circuit symbol that performs a Boolean operation</w:t>
            </w:r>
          </w:p>
          <w:p w14:paraId="4B888321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more than one Boolean operator in the same expression</w:t>
            </w:r>
          </w:p>
          <w:p w14:paraId="4F1B596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74100F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Evaluate A AND NOT B when A=1, B=1, C=0.</w:t>
            </w:r>
          </w:p>
          <w:p w14:paraId="43CF8B1A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0C185032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1BC94949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40D3510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59B95B7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8DFCB5" w14:textId="77777777">
        <w:trPr>
          <w:cantSplit/>
          <w:jc w:val="center"/>
        </w:trPr>
        <w:tc>
          <w:tcPr>
            <w:tcW w:w="5112" w:type="dxa"/>
          </w:tcPr>
          <w:p w14:paraId="53A1B13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OR. Which statement would be correct?</w:t>
            </w:r>
          </w:p>
          <w:p w14:paraId="7D18D249" w14:textId="77777777" w:rsidR="004C6ABD" w:rsidRDefault="00F35368">
            <w:pPr>
              <w:pStyle w:val="OptionLine"/>
            </w:pPr>
            <w:r>
              <w:rPr>
                <w:sz w:val="16"/>
              </w:rPr>
              <w:t>A. a diagram showing gates and connections for a Boolean expression</w:t>
            </w:r>
          </w:p>
          <w:p w14:paraId="3C484104" w14:textId="77777777" w:rsidR="004C6ABD" w:rsidRDefault="00F35368">
            <w:pPr>
              <w:pStyle w:val="OptionLine"/>
            </w:pPr>
            <w:r>
              <w:rPr>
                <w:sz w:val="16"/>
              </w:rPr>
              <w:t>B. a Boolean operation that outputs 1 when at least one input is 1</w:t>
            </w:r>
          </w:p>
          <w:p w14:paraId="3AF31217" w14:textId="77777777" w:rsidR="004C6ABD" w:rsidRDefault="00F35368">
            <w:pPr>
              <w:pStyle w:val="OptionLine"/>
            </w:pPr>
            <w:r>
              <w:rPr>
                <w:sz w:val="16"/>
              </w:rPr>
              <w:t>C. using more than one Boolean operator in the same expression</w:t>
            </w:r>
          </w:p>
          <w:p w14:paraId="1A09DBD1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expression that evaluates to True/False or 1/0</w:t>
            </w:r>
          </w:p>
          <w:p w14:paraId="0742A42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29FA9E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Evaluate A AND (B OR C) when A=0, B=1, C=0.</w:t>
            </w:r>
          </w:p>
          <w:p w14:paraId="6246F9C8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57E96431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2FB59347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63DFDEB6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1E6FD6B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CD08A65" w14:textId="77777777">
        <w:trPr>
          <w:cantSplit/>
          <w:jc w:val="center"/>
        </w:trPr>
        <w:tc>
          <w:tcPr>
            <w:tcW w:w="5112" w:type="dxa"/>
          </w:tcPr>
          <w:p w14:paraId="392482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an expression that evaluates to True/False or 1/0</w:t>
            </w:r>
          </w:p>
          <w:p w14:paraId="48B8AECE" w14:textId="77777777" w:rsidR="004C6ABD" w:rsidRDefault="00F35368">
            <w:pPr>
              <w:pStyle w:val="OptionLine"/>
            </w:pPr>
            <w:r>
              <w:rPr>
                <w:sz w:val="16"/>
              </w:rPr>
              <w:t>A. Boolean expression</w:t>
            </w:r>
          </w:p>
          <w:p w14:paraId="7016F15F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diagram</w:t>
            </w:r>
          </w:p>
          <w:p w14:paraId="3B36AFDD" w14:textId="77777777" w:rsidR="004C6ABD" w:rsidRDefault="00F35368">
            <w:pPr>
              <w:pStyle w:val="OptionLine"/>
            </w:pPr>
            <w:r>
              <w:rPr>
                <w:sz w:val="16"/>
              </w:rPr>
              <w:t>C. OR</w:t>
            </w:r>
          </w:p>
          <w:p w14:paraId="3C058FEC" w14:textId="77777777" w:rsidR="004C6ABD" w:rsidRDefault="00F35368">
            <w:pPr>
              <w:pStyle w:val="OptionLine"/>
            </w:pPr>
            <w:r>
              <w:rPr>
                <w:sz w:val="16"/>
              </w:rPr>
              <w:t>D. Precedence</w:t>
            </w:r>
          </w:p>
          <w:p w14:paraId="3C6F14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C5FE2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a Boolean operation that outputs 1 when at least one input is 1</w:t>
            </w:r>
          </w:p>
          <w:p w14:paraId="556E0034" w14:textId="77777777" w:rsidR="004C6ABD" w:rsidRDefault="00F35368">
            <w:pPr>
              <w:pStyle w:val="OptionLine"/>
            </w:pPr>
            <w:r>
              <w:rPr>
                <w:sz w:val="16"/>
              </w:rPr>
              <w:t>A. Truth table</w:t>
            </w:r>
          </w:p>
          <w:p w14:paraId="780A9B6F" w14:textId="77777777" w:rsidR="004C6ABD" w:rsidRDefault="00F35368">
            <w:pPr>
              <w:pStyle w:val="OptionLine"/>
            </w:pPr>
            <w:r>
              <w:rPr>
                <w:sz w:val="16"/>
              </w:rPr>
              <w:t>B. NOT</w:t>
            </w:r>
          </w:p>
          <w:p w14:paraId="49F9FBA4" w14:textId="77777777" w:rsidR="004C6ABD" w:rsidRDefault="00F35368">
            <w:pPr>
              <w:pStyle w:val="OptionLine"/>
            </w:pPr>
            <w:r>
              <w:rPr>
                <w:sz w:val="16"/>
              </w:rPr>
              <w:t>C. OR</w:t>
            </w:r>
          </w:p>
          <w:p w14:paraId="1637A869" w14:textId="77777777" w:rsidR="004C6ABD" w:rsidRDefault="00F35368">
            <w:pPr>
              <w:pStyle w:val="OptionLine"/>
            </w:pPr>
            <w:r>
              <w:rPr>
                <w:sz w:val="16"/>
              </w:rPr>
              <w:t>D. Boolean value</w:t>
            </w:r>
          </w:p>
          <w:p w14:paraId="704471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4DE1FDB" w14:textId="77777777">
        <w:trPr>
          <w:cantSplit/>
          <w:jc w:val="center"/>
        </w:trPr>
        <w:tc>
          <w:tcPr>
            <w:tcW w:w="5112" w:type="dxa"/>
          </w:tcPr>
          <w:p w14:paraId="375A02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Evaluate (A OR NOT B) AND C when A=1, B=1, C=1.</w:t>
            </w:r>
          </w:p>
          <w:p w14:paraId="131389F7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6FA092FB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7E33A79B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EB1F267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2BAD0E1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9027CC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For A=1 and B=1, which row is correct for the AND gate?</w:t>
            </w:r>
          </w:p>
          <w:p w14:paraId="5F7A5BEC" w14:textId="77777777" w:rsidR="004C6ABD" w:rsidRDefault="00F35368">
            <w:pPr>
              <w:pStyle w:val="OptionLine"/>
            </w:pPr>
            <w:r>
              <w:rPr>
                <w:sz w:val="16"/>
              </w:rPr>
              <w:t>A. A=0, B=0, output=1</w:t>
            </w:r>
          </w:p>
          <w:p w14:paraId="74256750" w14:textId="77777777" w:rsidR="004C6ABD" w:rsidRDefault="00F35368">
            <w:pPr>
              <w:pStyle w:val="OptionLine"/>
            </w:pPr>
            <w:r>
              <w:rPr>
                <w:sz w:val="16"/>
              </w:rPr>
              <w:t>B. A=1, B=1, output=1</w:t>
            </w:r>
          </w:p>
          <w:p w14:paraId="59F96E8F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B=0, output=0</w:t>
            </w:r>
          </w:p>
          <w:p w14:paraId="51133F96" w14:textId="77777777" w:rsidR="004C6ABD" w:rsidRDefault="00F35368">
            <w:pPr>
              <w:pStyle w:val="OptionLine"/>
            </w:pPr>
            <w:r>
              <w:rPr>
                <w:sz w:val="16"/>
              </w:rPr>
              <w:t>D. A=0, B=1, output=1</w:t>
            </w:r>
          </w:p>
          <w:p w14:paraId="6A7B3CF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3F84BA6" w14:textId="77777777">
        <w:trPr>
          <w:cantSplit/>
          <w:jc w:val="center"/>
        </w:trPr>
        <w:tc>
          <w:tcPr>
            <w:tcW w:w="5112" w:type="dxa"/>
          </w:tcPr>
          <w:p w14:paraId="2878C56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For A=0 and B=1, which row is correct for the AND gate?</w:t>
            </w:r>
          </w:p>
          <w:p w14:paraId="3C3A3778" w14:textId="77777777" w:rsidR="004C6ABD" w:rsidRDefault="00F35368">
            <w:pPr>
              <w:pStyle w:val="OptionLine"/>
            </w:pPr>
            <w:r>
              <w:rPr>
                <w:sz w:val="16"/>
              </w:rPr>
              <w:t>A. A=0, B=0, output=1</w:t>
            </w:r>
          </w:p>
          <w:p w14:paraId="206EC6C5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B=0, output=0</w:t>
            </w:r>
          </w:p>
          <w:p w14:paraId="54CC34AE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B=1, output=0</w:t>
            </w:r>
          </w:p>
          <w:p w14:paraId="390DCB22" w14:textId="77777777" w:rsidR="004C6ABD" w:rsidRDefault="00F35368">
            <w:pPr>
              <w:pStyle w:val="OptionLine"/>
            </w:pPr>
            <w:r>
              <w:rPr>
                <w:sz w:val="16"/>
              </w:rPr>
              <w:t>D. A=1, B=1, output=0</w:t>
            </w:r>
          </w:p>
          <w:p w14:paraId="61369B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FC9BB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Evaluate A AND (B OR C) when A=1, B=0, C=1.</w:t>
            </w:r>
          </w:p>
          <w:p w14:paraId="23EEB8D6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1835BF2A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60F3646E" w14:textId="77777777" w:rsidR="004C6ABD" w:rsidRDefault="00F35368">
            <w:pPr>
              <w:pStyle w:val="OptionLine"/>
            </w:pPr>
            <w:r>
              <w:rPr>
                <w:sz w:val="16"/>
              </w:rPr>
              <w:t>C. Cannot be evaluated from the given inputs</w:t>
            </w:r>
          </w:p>
          <w:p w14:paraId="7460B64F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3D3EF98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5CB01D" w14:textId="77777777">
        <w:trPr>
          <w:cantSplit/>
          <w:jc w:val="center"/>
        </w:trPr>
        <w:tc>
          <w:tcPr>
            <w:tcW w:w="5112" w:type="dxa"/>
          </w:tcPr>
          <w:p w14:paraId="577AE65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For A=1 and B=1, which row is correct for the OR gate?</w:t>
            </w:r>
          </w:p>
          <w:p w14:paraId="20E35294" w14:textId="77777777" w:rsidR="004C6ABD" w:rsidRDefault="00F35368">
            <w:pPr>
              <w:pStyle w:val="OptionLine"/>
            </w:pPr>
            <w:r>
              <w:rPr>
                <w:sz w:val="16"/>
              </w:rPr>
              <w:t>A. A=1, B=1, output=1</w:t>
            </w:r>
          </w:p>
          <w:p w14:paraId="4BE3A95E" w14:textId="77777777" w:rsidR="004C6ABD" w:rsidRDefault="00F35368">
            <w:pPr>
              <w:pStyle w:val="OptionLine"/>
            </w:pPr>
            <w:r>
              <w:rPr>
                <w:sz w:val="16"/>
              </w:rPr>
              <w:t>B. A=0, B=1, output=0</w:t>
            </w:r>
          </w:p>
          <w:p w14:paraId="77E55E6D" w14:textId="77777777" w:rsidR="004C6ABD" w:rsidRDefault="00F35368">
            <w:pPr>
              <w:pStyle w:val="OptionLine"/>
            </w:pPr>
            <w:r>
              <w:rPr>
                <w:sz w:val="16"/>
              </w:rPr>
              <w:t>C. A=0, B=0, output=1</w:t>
            </w:r>
          </w:p>
          <w:p w14:paraId="35646F4A" w14:textId="77777777" w:rsidR="004C6ABD" w:rsidRDefault="00F35368">
            <w:pPr>
              <w:pStyle w:val="OptionLine"/>
            </w:pPr>
            <w:r>
              <w:rPr>
                <w:sz w:val="16"/>
              </w:rPr>
              <w:t>D. A=0, B=0, output=0</w:t>
            </w:r>
          </w:p>
          <w:p w14:paraId="690E2E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2406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What is NOT 1?</w:t>
            </w:r>
          </w:p>
          <w:p w14:paraId="610A7CBE" w14:textId="77777777" w:rsidR="004C6ABD" w:rsidRDefault="00F35368">
            <w:pPr>
              <w:pStyle w:val="OptionLine"/>
            </w:pPr>
            <w:r>
              <w:rPr>
                <w:sz w:val="16"/>
              </w:rPr>
              <w:t>A. 1</w:t>
            </w:r>
          </w:p>
          <w:p w14:paraId="6A605D70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0DED786B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6A315578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</w:t>
            </w:r>
          </w:p>
          <w:p w14:paraId="01A8CA1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89FF359" w14:textId="77777777">
        <w:trPr>
          <w:cantSplit/>
          <w:jc w:val="center"/>
        </w:trPr>
        <w:tc>
          <w:tcPr>
            <w:tcW w:w="5112" w:type="dxa"/>
          </w:tcPr>
          <w:p w14:paraId="55DD1C6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Evaluate A AND NOT B when A=0, B=1, C=1.</w:t>
            </w:r>
          </w:p>
          <w:p w14:paraId="1E96A45C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142C1F36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7BB62086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150AA094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53BF16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DB53F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Evaluate A AND NOT B when A=1, B=0, C=1.</w:t>
            </w:r>
          </w:p>
          <w:p w14:paraId="4D306D10" w14:textId="77777777" w:rsidR="004C6ABD" w:rsidRDefault="00F35368">
            <w:pPr>
              <w:pStyle w:val="OptionLine"/>
            </w:pPr>
            <w:r>
              <w:rPr>
                <w:sz w:val="16"/>
              </w:rPr>
              <w:t>A. 0</w:t>
            </w:r>
          </w:p>
          <w:p w14:paraId="55D4EC35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64768E95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3348E876" w14:textId="77777777" w:rsidR="004C6ABD" w:rsidRDefault="00F35368">
            <w:pPr>
              <w:pStyle w:val="OptionLine"/>
            </w:pPr>
            <w:r>
              <w:rPr>
                <w:sz w:val="16"/>
              </w:rPr>
              <w:t>D. 1</w:t>
            </w:r>
          </w:p>
          <w:p w14:paraId="0F0AB3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697E1E4" w14:textId="77777777">
        <w:trPr>
          <w:cantSplit/>
          <w:jc w:val="center"/>
        </w:trPr>
        <w:tc>
          <w:tcPr>
            <w:tcW w:w="5112" w:type="dxa"/>
          </w:tcPr>
          <w:p w14:paraId="1B4762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18. Which term best matches this description: a circuit symbol that performs a Boolean operation</w:t>
            </w:r>
          </w:p>
          <w:p w14:paraId="1C8EC8DF" w14:textId="77777777" w:rsidR="004C6ABD" w:rsidRDefault="00F35368">
            <w:pPr>
              <w:pStyle w:val="OptionLine"/>
            </w:pPr>
            <w:r>
              <w:rPr>
                <w:sz w:val="16"/>
              </w:rPr>
              <w:t>A. Input</w:t>
            </w:r>
          </w:p>
          <w:p w14:paraId="2CBCC909" w14:textId="77777777" w:rsidR="004C6ABD" w:rsidRDefault="00F35368">
            <w:pPr>
              <w:pStyle w:val="OptionLine"/>
            </w:pPr>
            <w:r>
              <w:rPr>
                <w:sz w:val="16"/>
              </w:rPr>
              <w:t>B. Logic gate</w:t>
            </w:r>
          </w:p>
          <w:p w14:paraId="617936AF" w14:textId="77777777" w:rsidR="004C6ABD" w:rsidRDefault="00F35368">
            <w:pPr>
              <w:pStyle w:val="OptionLine"/>
            </w:pPr>
            <w:r>
              <w:rPr>
                <w:sz w:val="16"/>
              </w:rPr>
              <w:t>C. NOT</w:t>
            </w:r>
          </w:p>
          <w:p w14:paraId="0233BE4E" w14:textId="77777777" w:rsidR="004C6ABD" w:rsidRDefault="00F35368">
            <w:pPr>
              <w:pStyle w:val="OptionLine"/>
            </w:pPr>
            <w:r>
              <w:rPr>
                <w:sz w:val="16"/>
              </w:rPr>
              <w:t>D. Boolean value</w:t>
            </w:r>
          </w:p>
          <w:p w14:paraId="16186AF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1CB404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Disjunction. Which statement would be correct?</w:t>
            </w:r>
          </w:p>
          <w:p w14:paraId="2D6E7C8D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operation that reverses a single input</w:t>
            </w:r>
          </w:p>
          <w:p w14:paraId="02ACF801" w14:textId="77777777" w:rsidR="004C6ABD" w:rsidRDefault="00F35368">
            <w:pPr>
              <w:pStyle w:val="OptionLine"/>
            </w:pPr>
            <w:r>
              <w:rPr>
                <w:sz w:val="16"/>
              </w:rPr>
              <w:t>B. another name for the OR operation</w:t>
            </w:r>
          </w:p>
          <w:p w14:paraId="40B2FC7B" w14:textId="77777777" w:rsidR="004C6ABD" w:rsidRDefault="00F35368">
            <w:pPr>
              <w:pStyle w:val="OptionLine"/>
            </w:pPr>
            <w:r>
              <w:rPr>
                <w:sz w:val="16"/>
              </w:rPr>
              <w:t>C. another name for the AND operation</w:t>
            </w:r>
          </w:p>
          <w:p w14:paraId="2D8CC46B" w14:textId="77777777" w:rsidR="004C6ABD" w:rsidRDefault="00F35368">
            <w:pPr>
              <w:pStyle w:val="OptionLine"/>
            </w:pPr>
            <w:r>
              <w:rPr>
                <w:sz w:val="16"/>
              </w:rPr>
              <w:t>D. a value supplied to a logic gate or expression</w:t>
            </w:r>
          </w:p>
          <w:p w14:paraId="0C57FD2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0557EC" w14:textId="77777777">
        <w:trPr>
          <w:cantSplit/>
          <w:jc w:val="center"/>
        </w:trPr>
        <w:tc>
          <w:tcPr>
            <w:tcW w:w="5112" w:type="dxa"/>
          </w:tcPr>
          <w:p w14:paraId="2BC1B30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Condition. Which statement would be correct?</w:t>
            </w:r>
          </w:p>
          <w:p w14:paraId="40FF0803" w14:textId="77777777" w:rsidR="004C6ABD" w:rsidRDefault="00F35368">
            <w:pPr>
              <w:pStyle w:val="OptionLine"/>
            </w:pPr>
            <w:r>
              <w:rPr>
                <w:sz w:val="16"/>
              </w:rPr>
              <w:t>A. a Boolean expression used to make a decision in a program</w:t>
            </w:r>
          </w:p>
          <w:p w14:paraId="12E33276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more than one Boolean operator in the same expression</w:t>
            </w:r>
          </w:p>
          <w:p w14:paraId="31138467" w14:textId="77777777" w:rsidR="004C6ABD" w:rsidRDefault="00F35368">
            <w:pPr>
              <w:pStyle w:val="OptionLine"/>
            </w:pPr>
            <w:r>
              <w:rPr>
                <w:sz w:val="16"/>
              </w:rPr>
              <w:t>C. a circuit symbol that performs a Boolean operation</w:t>
            </w:r>
          </w:p>
          <w:p w14:paraId="54CB2B59" w14:textId="77777777" w:rsidR="004C6ABD" w:rsidRDefault="00F35368">
            <w:pPr>
              <w:pStyle w:val="OptionLine"/>
            </w:pPr>
            <w:r>
              <w:rPr>
                <w:sz w:val="16"/>
              </w:rPr>
              <w:t>D. a Boolean operation that outputs 1 only when all inputs are 1</w:t>
            </w:r>
          </w:p>
          <w:p w14:paraId="114ADD8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02283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Evaluate NOT (A OR B) when A=1, B=1, C=0.</w:t>
            </w:r>
          </w:p>
          <w:p w14:paraId="47281D6E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68FDCE64" w14:textId="77777777" w:rsidR="004C6ABD" w:rsidRDefault="00F35368">
            <w:pPr>
              <w:pStyle w:val="OptionLine"/>
            </w:pPr>
            <w:r>
              <w:rPr>
                <w:sz w:val="16"/>
              </w:rPr>
              <w:t>B. Cannot be evaluated from the given inputs</w:t>
            </w:r>
          </w:p>
          <w:p w14:paraId="6BE3BADA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A8425F3" w14:textId="77777777" w:rsidR="004C6ABD" w:rsidRDefault="00F35368">
            <w:pPr>
              <w:pStyle w:val="OptionLine"/>
            </w:pPr>
            <w:r>
              <w:rPr>
                <w:sz w:val="16"/>
              </w:rPr>
              <w:t>D. 0</w:t>
            </w:r>
          </w:p>
          <w:p w14:paraId="5AB08C5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56DB726" w14:textId="77777777">
        <w:trPr>
          <w:cantSplit/>
          <w:jc w:val="center"/>
        </w:trPr>
        <w:tc>
          <w:tcPr>
            <w:tcW w:w="5112" w:type="dxa"/>
          </w:tcPr>
          <w:p w14:paraId="620AE2E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Evaluate A AND NOT B when A=0, B=1, C=0.</w:t>
            </w:r>
          </w:p>
          <w:p w14:paraId="56AFC6E1" w14:textId="77777777" w:rsidR="004C6ABD" w:rsidRDefault="00F35368">
            <w:pPr>
              <w:pStyle w:val="OptionLine"/>
            </w:pPr>
            <w:r>
              <w:rPr>
                <w:sz w:val="16"/>
              </w:rPr>
              <w:t>A. 2</w:t>
            </w:r>
          </w:p>
          <w:p w14:paraId="306D9575" w14:textId="77777777" w:rsidR="004C6ABD" w:rsidRDefault="00F35368">
            <w:pPr>
              <w:pStyle w:val="OptionLine"/>
            </w:pPr>
            <w:r>
              <w:rPr>
                <w:sz w:val="16"/>
              </w:rPr>
              <w:t>B. 1</w:t>
            </w:r>
          </w:p>
          <w:p w14:paraId="770B7CAC" w14:textId="77777777" w:rsidR="004C6ABD" w:rsidRDefault="00F35368">
            <w:pPr>
              <w:pStyle w:val="OptionLine"/>
            </w:pPr>
            <w:r>
              <w:rPr>
                <w:sz w:val="16"/>
              </w:rPr>
              <w:t>C. 0</w:t>
            </w:r>
          </w:p>
          <w:p w14:paraId="0EBAC427" w14:textId="77777777" w:rsidR="004C6ABD" w:rsidRDefault="00F35368">
            <w:pPr>
              <w:pStyle w:val="OptionLine"/>
            </w:pPr>
            <w:r>
              <w:rPr>
                <w:sz w:val="16"/>
              </w:rPr>
              <w:t>D. Cannot be evaluated from the given inputs</w:t>
            </w:r>
          </w:p>
          <w:p w14:paraId="2E03D4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068A2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Evaluate (A AND B) OR (NOT C) when A=0, B=1, C=0.</w:t>
            </w:r>
          </w:p>
          <w:p w14:paraId="69EE7B97" w14:textId="77777777" w:rsidR="004C6ABD" w:rsidRDefault="00F35368">
            <w:pPr>
              <w:pStyle w:val="OptionLine"/>
            </w:pPr>
            <w:r>
              <w:rPr>
                <w:sz w:val="16"/>
              </w:rPr>
              <w:t>A. Cannot be evaluated from the given inputs</w:t>
            </w:r>
          </w:p>
          <w:p w14:paraId="7D083B00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3FCC6576" w14:textId="77777777" w:rsidR="004C6ABD" w:rsidRDefault="00F35368">
            <w:pPr>
              <w:pStyle w:val="OptionLine"/>
            </w:pPr>
            <w:r>
              <w:rPr>
                <w:sz w:val="16"/>
              </w:rPr>
              <w:t>C. 1</w:t>
            </w:r>
          </w:p>
          <w:p w14:paraId="1F5D4074" w14:textId="77777777" w:rsidR="004C6ABD" w:rsidRDefault="00F35368">
            <w:pPr>
              <w:pStyle w:val="OptionLine"/>
            </w:pPr>
            <w:r>
              <w:rPr>
                <w:sz w:val="16"/>
              </w:rPr>
              <w:t>D. 2</w:t>
            </w:r>
          </w:p>
          <w:p w14:paraId="577E5AC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