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F5AE" w14:textId="77777777" w:rsidR="004C6ABD" w:rsidRDefault="00F35368">
      <w:pPr>
        <w:pStyle w:val="Heading1"/>
      </w:pPr>
      <w:r>
        <w:lastRenderedPageBreak/>
        <w:t>2.4 Boolean logic - Quiz B</w:t>
      </w:r>
    </w:p>
    <w:p w14:paraId="7F04D339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772828B1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0A579416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5AADF939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F3EE156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54E02A1" w14:textId="77777777">
        <w:trPr>
          <w:cantSplit/>
          <w:jc w:val="center"/>
        </w:trPr>
        <w:tc>
          <w:tcPr>
            <w:tcW w:w="5112" w:type="dxa"/>
          </w:tcPr>
          <w:p w14:paraId="5CD8BC6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Evaluate NOT (A AND B) when A=0, B=1, C=1.</w:t>
            </w:r>
          </w:p>
          <w:p w14:paraId="01C1706D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7502BC5E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050159E4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1FE22E10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430DD21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44076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For A=0 and B=1, which pair of outputs is correct?</w:t>
            </w:r>
          </w:p>
          <w:p w14:paraId="38193DEE" w14:textId="77777777" w:rsidR="004C6ABD" w:rsidRDefault="00F35368">
            <w:pPr>
              <w:pStyle w:val="OptionLine"/>
            </w:pPr>
            <w:r>
              <w:rPr>
                <w:sz w:val="16"/>
              </w:rPr>
              <w:t>A. A AND B = 0, A OR B = 1</w:t>
            </w:r>
          </w:p>
          <w:p w14:paraId="3B69AF8C" w14:textId="77777777" w:rsidR="004C6ABD" w:rsidRDefault="00F35368">
            <w:pPr>
              <w:pStyle w:val="OptionLine"/>
            </w:pPr>
            <w:r>
              <w:rPr>
                <w:sz w:val="16"/>
              </w:rPr>
              <w:t>B. A AND B = 1, A OR B = 0</w:t>
            </w:r>
          </w:p>
          <w:p w14:paraId="608070C3" w14:textId="77777777" w:rsidR="004C6ABD" w:rsidRDefault="00F35368">
            <w:pPr>
              <w:pStyle w:val="OptionLine"/>
            </w:pPr>
            <w:r>
              <w:rPr>
                <w:sz w:val="16"/>
              </w:rPr>
              <w:t>C. A AND B = 1, A OR B = 1</w:t>
            </w:r>
          </w:p>
          <w:p w14:paraId="3A72E00D" w14:textId="77777777" w:rsidR="004C6ABD" w:rsidRDefault="00F35368">
            <w:pPr>
              <w:pStyle w:val="OptionLine"/>
            </w:pPr>
            <w:r>
              <w:rPr>
                <w:sz w:val="16"/>
              </w:rPr>
              <w:t>D. A AND B = 0, A OR B = 0</w:t>
            </w:r>
          </w:p>
          <w:p w14:paraId="640A2C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1D9E0C" w14:textId="77777777">
        <w:trPr>
          <w:cantSplit/>
          <w:jc w:val="center"/>
        </w:trPr>
        <w:tc>
          <w:tcPr>
            <w:tcW w:w="5112" w:type="dxa"/>
          </w:tcPr>
          <w:p w14:paraId="4CC7C8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gate has one input and reverses it?</w:t>
            </w:r>
          </w:p>
          <w:p w14:paraId="27630967" w14:textId="77777777" w:rsidR="004C6ABD" w:rsidRDefault="00F35368">
            <w:pPr>
              <w:pStyle w:val="OptionLine"/>
            </w:pPr>
            <w:r>
              <w:rPr>
                <w:sz w:val="16"/>
              </w:rPr>
              <w:t>A. AND</w:t>
            </w:r>
          </w:p>
          <w:p w14:paraId="1D6C6B6B" w14:textId="77777777" w:rsidR="004C6ABD" w:rsidRDefault="00F35368">
            <w:pPr>
              <w:pStyle w:val="OptionLine"/>
            </w:pPr>
            <w:r>
              <w:rPr>
                <w:sz w:val="16"/>
              </w:rPr>
              <w:t>B. OR</w:t>
            </w:r>
          </w:p>
          <w:p w14:paraId="6361A7C8" w14:textId="77777777" w:rsidR="004C6ABD" w:rsidRDefault="00F35368">
            <w:pPr>
              <w:pStyle w:val="OptionLine"/>
            </w:pPr>
            <w:r>
              <w:rPr>
                <w:sz w:val="16"/>
              </w:rPr>
              <w:t>C. NOT</w:t>
            </w:r>
          </w:p>
          <w:p w14:paraId="346EA189" w14:textId="77777777" w:rsidR="004C6ABD" w:rsidRDefault="00F35368">
            <w:pPr>
              <w:pStyle w:val="OptionLine"/>
            </w:pPr>
            <w:r>
              <w:rPr>
                <w:sz w:val="16"/>
              </w:rPr>
              <w:t>D. NOR</w:t>
            </w:r>
          </w:p>
          <w:p w14:paraId="1337E49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249CD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Evaluate (A AND B) OR (NOT C) when A=1, B=0, C=1.</w:t>
            </w:r>
          </w:p>
          <w:p w14:paraId="4470989C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2E9B84DF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1F451D94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398C83F1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5EAE91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BE8F9D" w14:textId="77777777">
        <w:trPr>
          <w:cantSplit/>
          <w:jc w:val="center"/>
        </w:trPr>
        <w:tc>
          <w:tcPr>
            <w:tcW w:w="5112" w:type="dxa"/>
          </w:tcPr>
          <w:p w14:paraId="0D4534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Evaluate NOT (A AND B) when A=1, B=0, C=0.</w:t>
            </w:r>
          </w:p>
          <w:p w14:paraId="32F68CE2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37877D50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63DF3D47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063EB71F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2F03CA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6BFC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NOT?</w:t>
            </w:r>
          </w:p>
          <w:p w14:paraId="2CAFF960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operation that outputs 1 when at least one input is 1</w:t>
            </w:r>
          </w:p>
          <w:p w14:paraId="75FE9C22" w14:textId="77777777" w:rsidR="004C6ABD" w:rsidRDefault="00F35368">
            <w:pPr>
              <w:pStyle w:val="OptionLine"/>
            </w:pPr>
            <w:r>
              <w:rPr>
                <w:sz w:val="16"/>
              </w:rPr>
              <w:t>B. a diagram showing gates and connections for a Boolean expression</w:t>
            </w:r>
          </w:p>
          <w:p w14:paraId="43B8B066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reverses a single input</w:t>
            </w:r>
          </w:p>
          <w:p w14:paraId="1F541033" w14:textId="77777777" w:rsidR="004C6ABD" w:rsidRDefault="00F35368">
            <w:pPr>
              <w:pStyle w:val="OptionLine"/>
            </w:pPr>
            <w:r>
              <w:rPr>
                <w:sz w:val="16"/>
              </w:rPr>
              <w:t>D. a circuit symbol that performs a Boolean operation</w:t>
            </w:r>
          </w:p>
          <w:p w14:paraId="76FE31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6EC091" w14:textId="77777777">
        <w:trPr>
          <w:cantSplit/>
          <w:jc w:val="center"/>
        </w:trPr>
        <w:tc>
          <w:tcPr>
            <w:tcW w:w="5112" w:type="dxa"/>
          </w:tcPr>
          <w:p w14:paraId="79983A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Evaluate NOT (A OR B) when A=1, B=0, C=0.</w:t>
            </w:r>
          </w:p>
          <w:p w14:paraId="6016753D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589CA044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BBD3B41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7596EB53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39CED0A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26858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Logic diagram?</w:t>
            </w:r>
          </w:p>
          <w:p w14:paraId="36DD9277" w14:textId="77777777" w:rsidR="004C6ABD" w:rsidRDefault="00F35368">
            <w:pPr>
              <w:pStyle w:val="OptionLine"/>
            </w:pPr>
            <w:r>
              <w:rPr>
                <w:sz w:val="16"/>
              </w:rPr>
              <w:t>A. a diagram showing gates and connections for a Boolean expression</w:t>
            </w:r>
          </w:p>
          <w:p w14:paraId="6D48B3D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result produced by a logic gate or expression</w:t>
            </w:r>
          </w:p>
          <w:p w14:paraId="19278244" w14:textId="77777777" w:rsidR="004C6ABD" w:rsidRDefault="00F35368">
            <w:pPr>
              <w:pStyle w:val="OptionLine"/>
            </w:pPr>
            <w:r>
              <w:rPr>
                <w:sz w:val="16"/>
              </w:rPr>
              <w:t>C. another name for the NOT operation</w:t>
            </w:r>
          </w:p>
          <w:p w14:paraId="1BBD31AA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value that can be either True/False or 1/0</w:t>
            </w:r>
          </w:p>
          <w:p w14:paraId="4426FA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0F9FEEE" w14:textId="77777777">
        <w:trPr>
          <w:cantSplit/>
          <w:jc w:val="center"/>
        </w:trPr>
        <w:tc>
          <w:tcPr>
            <w:tcW w:w="5112" w:type="dxa"/>
          </w:tcPr>
          <w:p w14:paraId="01DE373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term best matches this description: another name for the NOT operation</w:t>
            </w:r>
          </w:p>
          <w:p w14:paraId="44F93031" w14:textId="77777777" w:rsidR="004C6ABD" w:rsidRDefault="00F35368">
            <w:pPr>
              <w:pStyle w:val="OptionLine"/>
            </w:pPr>
            <w:r>
              <w:rPr>
                <w:sz w:val="16"/>
              </w:rPr>
              <w:t>A. Boolean value</w:t>
            </w:r>
          </w:p>
          <w:p w14:paraId="26BAA145" w14:textId="77777777" w:rsidR="004C6ABD" w:rsidRDefault="00F35368">
            <w:pPr>
              <w:pStyle w:val="OptionLine"/>
            </w:pPr>
            <w:r>
              <w:rPr>
                <w:sz w:val="16"/>
              </w:rPr>
              <w:t>B. Boolean expression</w:t>
            </w:r>
          </w:p>
          <w:p w14:paraId="60C999E6" w14:textId="77777777" w:rsidR="004C6ABD" w:rsidRDefault="00F35368">
            <w:pPr>
              <w:pStyle w:val="OptionLine"/>
            </w:pPr>
            <w:r>
              <w:rPr>
                <w:sz w:val="16"/>
              </w:rPr>
              <w:t>C. Negation</w:t>
            </w:r>
          </w:p>
          <w:p w14:paraId="3121F17C" w14:textId="77777777" w:rsidR="004C6ABD" w:rsidRDefault="00F35368">
            <w:pPr>
              <w:pStyle w:val="OptionLine"/>
            </w:pPr>
            <w:r>
              <w:rPr>
                <w:sz w:val="16"/>
              </w:rPr>
              <w:t>D. Logic diagram</w:t>
            </w:r>
          </w:p>
          <w:p w14:paraId="7E39EF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9B3A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Evaluate (A OR B) AND C when A=1, B=1, C=0.</w:t>
            </w:r>
          </w:p>
          <w:p w14:paraId="513301A8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2CD36CA3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45FB848D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5D18FF2B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23020E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817DDFE" w14:textId="77777777">
        <w:trPr>
          <w:cantSplit/>
          <w:jc w:val="center"/>
        </w:trPr>
        <w:tc>
          <w:tcPr>
            <w:tcW w:w="5112" w:type="dxa"/>
          </w:tcPr>
          <w:p w14:paraId="31B5C2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Conjunction?</w:t>
            </w:r>
          </w:p>
          <w:p w14:paraId="24F3CB19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NOT operation</w:t>
            </w:r>
          </w:p>
          <w:p w14:paraId="37C337B4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outputs 1 only when all inputs are 1</w:t>
            </w:r>
          </w:p>
          <w:p w14:paraId="573CC204" w14:textId="77777777" w:rsidR="004C6ABD" w:rsidRDefault="00F35368">
            <w:pPr>
              <w:pStyle w:val="OptionLine"/>
            </w:pPr>
            <w:r>
              <w:rPr>
                <w:sz w:val="16"/>
              </w:rPr>
              <w:t>C. another name for the AND operation</w:t>
            </w:r>
          </w:p>
          <w:p w14:paraId="50EBF42F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value supplied to a logic gate or expression</w:t>
            </w:r>
          </w:p>
          <w:p w14:paraId="07039C0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8549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Input. Which statement would be correct?</w:t>
            </w:r>
          </w:p>
          <w:p w14:paraId="046948B9" w14:textId="77777777" w:rsidR="004C6ABD" w:rsidRDefault="00F35368">
            <w:pPr>
              <w:pStyle w:val="OptionLine"/>
            </w:pPr>
            <w:r>
              <w:rPr>
                <w:sz w:val="16"/>
              </w:rPr>
              <w:t>A. a circuit symbol that performs a Boolean operation</w:t>
            </w:r>
          </w:p>
          <w:p w14:paraId="56179BE0" w14:textId="77777777" w:rsidR="004C6ABD" w:rsidRDefault="00F35368">
            <w:pPr>
              <w:pStyle w:val="OptionLine"/>
            </w:pPr>
            <w:r>
              <w:rPr>
                <w:sz w:val="16"/>
              </w:rPr>
              <w:t>B. a value supplied to a logic gate or expression</w:t>
            </w:r>
          </w:p>
          <w:p w14:paraId="62C3C2D4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reverses a single input</w:t>
            </w:r>
          </w:p>
          <w:p w14:paraId="0B1632C9" w14:textId="77777777" w:rsidR="004C6ABD" w:rsidRDefault="00F35368">
            <w:pPr>
              <w:pStyle w:val="OptionLine"/>
            </w:pPr>
            <w:r>
              <w:rPr>
                <w:sz w:val="16"/>
              </w:rPr>
              <w:t>D. a table showing every possible input and output combination for a Boolean expression</w:t>
            </w:r>
          </w:p>
          <w:p w14:paraId="6DA6EE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E9E40B3" w14:textId="77777777">
        <w:trPr>
          <w:cantSplit/>
          <w:jc w:val="center"/>
        </w:trPr>
        <w:tc>
          <w:tcPr>
            <w:tcW w:w="5112" w:type="dxa"/>
          </w:tcPr>
          <w:p w14:paraId="06AC36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Conjunction. Which statement would be correct?</w:t>
            </w:r>
          </w:p>
          <w:p w14:paraId="17A4AC09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value that can be either True/False or 1/0</w:t>
            </w:r>
          </w:p>
          <w:p w14:paraId="2368A346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expression used to make a decision in a program</w:t>
            </w:r>
          </w:p>
          <w:p w14:paraId="004C6B48" w14:textId="77777777" w:rsidR="004C6ABD" w:rsidRDefault="00F35368">
            <w:pPr>
              <w:pStyle w:val="OptionLine"/>
            </w:pPr>
            <w:r>
              <w:rPr>
                <w:sz w:val="16"/>
              </w:rPr>
              <w:t>C. a diagram showing gates and connections for a Boolean expression</w:t>
            </w:r>
          </w:p>
          <w:p w14:paraId="0EBC5B23" w14:textId="77777777" w:rsidR="004C6ABD" w:rsidRDefault="00F35368">
            <w:pPr>
              <w:pStyle w:val="OptionLine"/>
            </w:pPr>
            <w:r>
              <w:rPr>
                <w:sz w:val="16"/>
              </w:rPr>
              <w:t>D. another name for the AND operation</w:t>
            </w:r>
          </w:p>
          <w:p w14:paraId="6B0107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7AAA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Evaluate (A OR B) AND C when A=1, B=0, C=1.</w:t>
            </w:r>
          </w:p>
          <w:p w14:paraId="79F085ED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1B4ED215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9DE2235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9D31609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5201156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7D6BCD" w14:textId="77777777">
        <w:trPr>
          <w:cantSplit/>
          <w:jc w:val="center"/>
        </w:trPr>
        <w:tc>
          <w:tcPr>
            <w:tcW w:w="5112" w:type="dxa"/>
          </w:tcPr>
          <w:p w14:paraId="6824BC5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Evaluate A AND NOT B when A=1, B=1, C=1.</w:t>
            </w:r>
          </w:p>
          <w:p w14:paraId="6459261F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4B186407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01C2488C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1565DAD5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7F88EB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B23CD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Evaluate (A OR NOT B) AND C when A=0, B=0, C=0.</w:t>
            </w:r>
          </w:p>
          <w:p w14:paraId="4AD4DFBE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63985B7B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66FA6741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2F582632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63BE10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84CCF0D" w14:textId="77777777">
        <w:trPr>
          <w:cantSplit/>
          <w:jc w:val="center"/>
        </w:trPr>
        <w:tc>
          <w:tcPr>
            <w:tcW w:w="5112" w:type="dxa"/>
          </w:tcPr>
          <w:p w14:paraId="1F9D589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Logic diagram. Which statement would be correct?</w:t>
            </w:r>
          </w:p>
          <w:p w14:paraId="725C4669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AND operation</w:t>
            </w:r>
          </w:p>
          <w:p w14:paraId="590614C4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reverses a single input</w:t>
            </w:r>
          </w:p>
          <w:p w14:paraId="59578F53" w14:textId="77777777" w:rsidR="004C6ABD" w:rsidRDefault="00F35368">
            <w:pPr>
              <w:pStyle w:val="OptionLine"/>
            </w:pPr>
            <w:r>
              <w:rPr>
                <w:sz w:val="16"/>
              </w:rPr>
              <w:t>C. a diagram showing gates and connections for a Boolean expression</w:t>
            </w:r>
          </w:p>
          <w:p w14:paraId="0F22411E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outputs 1 only when all inputs are 1</w:t>
            </w:r>
          </w:p>
          <w:p w14:paraId="3028C6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60B6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Evaluate A AND (B OR C) when A=0, B=0, C=0.</w:t>
            </w:r>
          </w:p>
          <w:p w14:paraId="443E17B7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1D20915D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5755403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0124A58D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75EFB70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542475E" w14:textId="77777777">
        <w:trPr>
          <w:cantSplit/>
          <w:jc w:val="center"/>
        </w:trPr>
        <w:tc>
          <w:tcPr>
            <w:tcW w:w="5112" w:type="dxa"/>
          </w:tcPr>
          <w:p w14:paraId="05AFE66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Evaluate (A OR NOT B) AND C when A=0, B=1, C=0.</w:t>
            </w:r>
          </w:p>
          <w:p w14:paraId="48263470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7CB689AC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01CC754A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1BBC3748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1EA17C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43BE06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Evaluate (A OR NOT B) AND C when A=1, B=1, C=0.</w:t>
            </w:r>
          </w:p>
          <w:p w14:paraId="781D1659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0EEF5E5A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10036CA7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6E6C00DB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4069C89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DE2BFB1" w14:textId="77777777">
        <w:trPr>
          <w:cantSplit/>
          <w:jc w:val="center"/>
        </w:trPr>
        <w:tc>
          <w:tcPr>
            <w:tcW w:w="5112" w:type="dxa"/>
          </w:tcPr>
          <w:p w14:paraId="4AB89F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Evaluate (A OR B) AND C when A=0, B=0, C=0.</w:t>
            </w:r>
          </w:p>
          <w:p w14:paraId="27BFDD90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06A3B116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50CD4F51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6F68A459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1C75E6F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2961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Evaluate (A OR NOT B) AND C when A=1, B=0, C=0.</w:t>
            </w:r>
          </w:p>
          <w:p w14:paraId="3896DC8F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0E983896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00BF95C8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50E1D17A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022E1B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73D4706" w14:textId="77777777">
        <w:trPr>
          <w:cantSplit/>
          <w:jc w:val="center"/>
        </w:trPr>
        <w:tc>
          <w:tcPr>
            <w:tcW w:w="5112" w:type="dxa"/>
          </w:tcPr>
          <w:p w14:paraId="3EE0C53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AND. Which statement would be correct?</w:t>
            </w:r>
          </w:p>
          <w:p w14:paraId="4FFBA12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result produced by a logic gate or expression</w:t>
            </w:r>
          </w:p>
          <w:p w14:paraId="03616561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outputs 1 only when all inputs are 1</w:t>
            </w:r>
          </w:p>
          <w:p w14:paraId="4A7AED6A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expression that evaluates to True/False or 1/0</w:t>
            </w:r>
          </w:p>
          <w:p w14:paraId="68F2D7AB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reverses a single input</w:t>
            </w:r>
          </w:p>
          <w:p w14:paraId="4748A4F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8EE97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Evaluate A AND (B OR C) when A=0, B=1, C=1.</w:t>
            </w:r>
          </w:p>
          <w:p w14:paraId="0431A4A1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7F855FCB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3AB8EE80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63A272CC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6A1AF5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703EAB" w14:textId="77777777">
        <w:trPr>
          <w:cantSplit/>
          <w:jc w:val="center"/>
        </w:trPr>
        <w:tc>
          <w:tcPr>
            <w:tcW w:w="5112" w:type="dxa"/>
          </w:tcPr>
          <w:p w14:paraId="74DA6C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 value supplied to a logic gate or expression</w:t>
            </w:r>
          </w:p>
          <w:p w14:paraId="7A70E5E6" w14:textId="77777777" w:rsidR="004C6ABD" w:rsidRDefault="00F35368">
            <w:pPr>
              <w:pStyle w:val="OptionLine"/>
            </w:pPr>
            <w:r>
              <w:rPr>
                <w:sz w:val="16"/>
              </w:rPr>
              <w:t>A. Precedence</w:t>
            </w:r>
          </w:p>
          <w:p w14:paraId="58309008" w14:textId="77777777" w:rsidR="004C6ABD" w:rsidRDefault="00F35368">
            <w:pPr>
              <w:pStyle w:val="OptionLine"/>
            </w:pPr>
            <w:r>
              <w:rPr>
                <w:sz w:val="16"/>
              </w:rPr>
              <w:t>B. Input</w:t>
            </w:r>
          </w:p>
          <w:p w14:paraId="5A1256E6" w14:textId="77777777" w:rsidR="004C6ABD" w:rsidRDefault="00F35368">
            <w:pPr>
              <w:pStyle w:val="OptionLine"/>
            </w:pPr>
            <w:r>
              <w:rPr>
                <w:sz w:val="16"/>
              </w:rPr>
              <w:t>C. AND</w:t>
            </w:r>
          </w:p>
          <w:p w14:paraId="0C9CA726" w14:textId="77777777" w:rsidR="004C6ABD" w:rsidRDefault="00F35368">
            <w:pPr>
              <w:pStyle w:val="OptionLine"/>
            </w:pPr>
            <w:r>
              <w:rPr>
                <w:sz w:val="16"/>
              </w:rPr>
              <w:t>D. Logic diagram</w:t>
            </w:r>
          </w:p>
          <w:p w14:paraId="70C51E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2AD38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Evaluate (A OR NOT B) AND C when A=1, B=0, C=1.</w:t>
            </w:r>
          </w:p>
          <w:p w14:paraId="670140FF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362772DE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226E8EA2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0662AA7B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1232EB0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5995CA2" w14:textId="77777777">
        <w:trPr>
          <w:cantSplit/>
          <w:jc w:val="center"/>
        </w:trPr>
        <w:tc>
          <w:tcPr>
            <w:tcW w:w="5112" w:type="dxa"/>
          </w:tcPr>
          <w:p w14:paraId="5B2104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A student writes about Negation. Which statement would be correct?</w:t>
            </w:r>
          </w:p>
          <w:p w14:paraId="1CA38B0F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NOT operation</w:t>
            </w:r>
          </w:p>
          <w:p w14:paraId="491A791E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expression used to make a decision in a program</w:t>
            </w:r>
          </w:p>
          <w:p w14:paraId="17A5565B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reverses a single input</w:t>
            </w:r>
          </w:p>
          <w:p w14:paraId="3CEEAE76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outputs 1 only when all inputs are 1</w:t>
            </w:r>
          </w:p>
          <w:p w14:paraId="2BA7B0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B326F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Evaluate NOT (A OR B) when A=1, B=1, C=1.</w:t>
            </w:r>
          </w:p>
          <w:p w14:paraId="38F0906F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7FE1C737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13A48178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29078F11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22085B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83AFE5" w14:textId="77777777">
        <w:trPr>
          <w:cantSplit/>
          <w:jc w:val="center"/>
        </w:trPr>
        <w:tc>
          <w:tcPr>
            <w:tcW w:w="5112" w:type="dxa"/>
          </w:tcPr>
          <w:p w14:paraId="578390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Evaluate (A AND B) OR (NOT C) when A=0, B=0, C=1.</w:t>
            </w:r>
          </w:p>
          <w:p w14:paraId="6D3A8E27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7A6C4DEC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27F65C55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3140FDA0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254EA75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7566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Evaluate NOT (A OR B) when A=0, B=0, C=0.</w:t>
            </w:r>
          </w:p>
          <w:p w14:paraId="13F4BB69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2EC659D4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A70D3B7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2576C1B7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57F23F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D559304" w14:textId="77777777">
        <w:trPr>
          <w:cantSplit/>
          <w:jc w:val="center"/>
        </w:trPr>
        <w:tc>
          <w:tcPr>
            <w:tcW w:w="5112" w:type="dxa"/>
          </w:tcPr>
          <w:p w14:paraId="6DFF98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A student writes about Logic gate. Which statement would be correct?</w:t>
            </w:r>
          </w:p>
          <w:p w14:paraId="017E6BE4" w14:textId="77777777" w:rsidR="004C6ABD" w:rsidRDefault="00F35368">
            <w:pPr>
              <w:pStyle w:val="OptionLine"/>
            </w:pPr>
            <w:r>
              <w:rPr>
                <w:sz w:val="16"/>
              </w:rPr>
              <w:t>A. a circuit symbol that performs a Boolean operation</w:t>
            </w:r>
          </w:p>
          <w:p w14:paraId="69FDC671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reverses a single input</w:t>
            </w:r>
          </w:p>
          <w:p w14:paraId="47B2DB3B" w14:textId="77777777" w:rsidR="004C6ABD" w:rsidRDefault="00F35368">
            <w:pPr>
              <w:pStyle w:val="OptionLine"/>
            </w:pPr>
            <w:r>
              <w:rPr>
                <w:sz w:val="16"/>
              </w:rPr>
              <w:t>C. a value supplied to a logic gate or expression</w:t>
            </w:r>
          </w:p>
          <w:p w14:paraId="3391473E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outputs 1 when at least one input is 1</w:t>
            </w:r>
          </w:p>
          <w:p w14:paraId="6766E31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12229A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Evaluate A AND NOT B when A=0, B=0, C=0.</w:t>
            </w:r>
          </w:p>
          <w:p w14:paraId="46A54FD3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4EF42F3D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08C50BFC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0A696757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08AE2F3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FE13DE" w14:textId="77777777">
        <w:trPr>
          <w:cantSplit/>
          <w:jc w:val="center"/>
        </w:trPr>
        <w:tc>
          <w:tcPr>
            <w:tcW w:w="5112" w:type="dxa"/>
          </w:tcPr>
          <w:p w14:paraId="76F5D1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Evaluate NOT A OR B when A=0, B=1, C=0.</w:t>
            </w:r>
          </w:p>
          <w:p w14:paraId="4F852F46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437366F9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D42306E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2F48BADD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14356E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CACFC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Evaluate NOT (A AND B) when A=1, B=1, C=1.</w:t>
            </w:r>
          </w:p>
          <w:p w14:paraId="5F928300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12B87231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49017773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585052B7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1C820B7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DE18C0" w14:textId="77777777">
        <w:trPr>
          <w:cantSplit/>
          <w:jc w:val="center"/>
        </w:trPr>
        <w:tc>
          <w:tcPr>
            <w:tcW w:w="5112" w:type="dxa"/>
          </w:tcPr>
          <w:p w14:paraId="054D045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Evaluate NOT (A AND B) when A=0, B=0, C=1.</w:t>
            </w:r>
          </w:p>
          <w:p w14:paraId="76AD4005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6F7DF0A8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4D864C26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34243608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6C399DC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966E9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Evaluate NOT A OR B when A=1, B=1, C=0.</w:t>
            </w:r>
          </w:p>
          <w:p w14:paraId="7C1610D3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75907632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42134CA2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796FAF0D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4C9B7B8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8CFFDB" w14:textId="77777777">
        <w:trPr>
          <w:cantSplit/>
          <w:jc w:val="center"/>
        </w:trPr>
        <w:tc>
          <w:tcPr>
            <w:tcW w:w="5112" w:type="dxa"/>
          </w:tcPr>
          <w:p w14:paraId="7A682E2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another name for the AND operation</w:t>
            </w:r>
          </w:p>
          <w:p w14:paraId="09BF750C" w14:textId="77777777" w:rsidR="004C6ABD" w:rsidRDefault="00F35368">
            <w:pPr>
              <w:pStyle w:val="OptionLine"/>
            </w:pPr>
            <w:r>
              <w:rPr>
                <w:sz w:val="16"/>
              </w:rPr>
              <w:t>A. AND</w:t>
            </w:r>
          </w:p>
          <w:p w14:paraId="10FA0FF9" w14:textId="77777777" w:rsidR="004C6ABD" w:rsidRDefault="00F35368">
            <w:pPr>
              <w:pStyle w:val="OptionLine"/>
            </w:pPr>
            <w:r>
              <w:rPr>
                <w:sz w:val="16"/>
              </w:rPr>
              <w:t>B. Disjunction</w:t>
            </w:r>
          </w:p>
          <w:p w14:paraId="6443894A" w14:textId="77777777" w:rsidR="004C6ABD" w:rsidRDefault="00F35368">
            <w:pPr>
              <w:pStyle w:val="OptionLine"/>
            </w:pPr>
            <w:r>
              <w:rPr>
                <w:sz w:val="16"/>
              </w:rPr>
              <w:t>C. Conjunction</w:t>
            </w:r>
          </w:p>
          <w:p w14:paraId="0DF6C0D1" w14:textId="77777777" w:rsidR="004C6ABD" w:rsidRDefault="00F35368">
            <w:pPr>
              <w:pStyle w:val="OptionLine"/>
            </w:pPr>
            <w:r>
              <w:rPr>
                <w:sz w:val="16"/>
              </w:rPr>
              <w:t>D. OR</w:t>
            </w:r>
          </w:p>
          <w:p w14:paraId="4E4FB8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6F07F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Evaluate (A OR B) AND C when A=0, B=0, C=1.</w:t>
            </w:r>
          </w:p>
          <w:p w14:paraId="3590AE39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0A789C59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5012BB6D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79AD2E2B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03D1253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D4CC7B" w14:textId="77777777">
        <w:trPr>
          <w:cantSplit/>
          <w:jc w:val="center"/>
        </w:trPr>
        <w:tc>
          <w:tcPr>
            <w:tcW w:w="5112" w:type="dxa"/>
          </w:tcPr>
          <w:p w14:paraId="01401E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program runs a backup if NOT batteryLow. What happens if batteryLow=1?</w:t>
            </w:r>
          </w:p>
          <w:p w14:paraId="13D9E3A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battery value is ignored</w:t>
            </w:r>
          </w:p>
          <w:p w14:paraId="28FE450C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backup does not run</w:t>
            </w:r>
          </w:p>
          <w:p w14:paraId="3DABAD1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output becomes 2</w:t>
            </w:r>
          </w:p>
          <w:p w14:paraId="7E1D529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backup runs</w:t>
            </w:r>
          </w:p>
          <w:p w14:paraId="45F6689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1714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description correctly matches Boolean expression?</w:t>
            </w:r>
          </w:p>
          <w:p w14:paraId="257BC801" w14:textId="77777777" w:rsidR="004C6ABD" w:rsidRDefault="00F35368">
            <w:pPr>
              <w:pStyle w:val="OptionLine"/>
            </w:pPr>
            <w:r>
              <w:rPr>
                <w:sz w:val="16"/>
              </w:rPr>
              <w:t>A. a table showing every possible input and output combination for a Boolean expression</w:t>
            </w:r>
          </w:p>
          <w:p w14:paraId="18B487FC" w14:textId="77777777" w:rsidR="004C6ABD" w:rsidRDefault="00F35368">
            <w:pPr>
              <w:pStyle w:val="OptionLine"/>
            </w:pPr>
            <w:r>
              <w:rPr>
                <w:sz w:val="16"/>
              </w:rPr>
              <w:t>B. a diagram showing gates and connections for a Boolean expression</w:t>
            </w:r>
          </w:p>
          <w:p w14:paraId="60D19C2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expression that evaluates to True/False or 1/0</w:t>
            </w:r>
          </w:p>
          <w:p w14:paraId="646124B7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more than one Boolean operator in the same expression</w:t>
            </w:r>
          </w:p>
          <w:p w14:paraId="7DCA6D6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