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9F25F" w14:textId="77777777" w:rsidR="004C6ABD" w:rsidRDefault="00F35368">
      <w:pPr>
        <w:pStyle w:val="Heading1"/>
      </w:pPr>
      <w:r>
        <w:lastRenderedPageBreak/>
        <w:t>2.5 Programming languages and Integrated Development Environments - Quiz C</w:t>
      </w:r>
    </w:p>
    <w:p w14:paraId="32641A21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454B21E1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107E351D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6E5F8FEC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6321531C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1A90C725" w14:textId="77777777">
        <w:trPr>
          <w:cantSplit/>
          <w:jc w:val="center"/>
        </w:trPr>
        <w:tc>
          <w:tcPr>
            <w:tcW w:w="5112" w:type="dxa"/>
          </w:tcPr>
          <w:p w14:paraId="54C8482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Which term best matches this description: code written for a particular processor or device</w:t>
            </w:r>
          </w:p>
          <w:p w14:paraId="2284662C" w14:textId="77777777" w:rsidR="004C6ABD" w:rsidRDefault="00F35368">
            <w:pPr>
              <w:pStyle w:val="OptionLine"/>
            </w:pPr>
            <w:r>
              <w:rPr>
                <w:sz w:val="16"/>
              </w:rPr>
              <w:t>A. Abstraction</w:t>
            </w:r>
          </w:p>
          <w:p w14:paraId="4C505856" w14:textId="77777777" w:rsidR="004C6ABD" w:rsidRDefault="00F35368">
            <w:pPr>
              <w:pStyle w:val="OptionLine"/>
            </w:pPr>
            <w:r>
              <w:rPr>
                <w:sz w:val="16"/>
              </w:rPr>
              <w:t>B. Low-level language</w:t>
            </w:r>
          </w:p>
          <w:p w14:paraId="4159B77B" w14:textId="77777777" w:rsidR="004C6ABD" w:rsidRDefault="00F35368">
            <w:pPr>
              <w:pStyle w:val="OptionLine"/>
            </w:pPr>
            <w:r>
              <w:rPr>
                <w:sz w:val="16"/>
              </w:rPr>
              <w:t>C. Translator</w:t>
            </w:r>
          </w:p>
          <w:p w14:paraId="29E0B42A" w14:textId="77777777" w:rsidR="004C6ABD" w:rsidRDefault="00F35368">
            <w:pPr>
              <w:pStyle w:val="OptionLine"/>
            </w:pPr>
            <w:r>
              <w:rPr>
                <w:sz w:val="16"/>
              </w:rPr>
              <w:t>D. Hardware-specific code</w:t>
            </w:r>
          </w:p>
          <w:p w14:paraId="2C6C77D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83F337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Which IDE feature runs code one line at a time?</w:t>
            </w:r>
          </w:p>
          <w:p w14:paraId="0BA783A7" w14:textId="77777777" w:rsidR="004C6ABD" w:rsidRDefault="00F35368">
            <w:pPr>
              <w:pStyle w:val="OptionLine"/>
            </w:pPr>
            <w:r>
              <w:rPr>
                <w:sz w:val="16"/>
              </w:rPr>
              <w:t>A. Binary shift</w:t>
            </w:r>
          </w:p>
          <w:p w14:paraId="34726274" w14:textId="77777777" w:rsidR="004C6ABD" w:rsidRDefault="00F35368">
            <w:pPr>
              <w:pStyle w:val="OptionLine"/>
            </w:pPr>
            <w:r>
              <w:rPr>
                <w:sz w:val="16"/>
              </w:rPr>
              <w:t>B. Step-through</w:t>
            </w:r>
          </w:p>
          <w:p w14:paraId="2337CC3E" w14:textId="77777777" w:rsidR="004C6ABD" w:rsidRDefault="00F35368">
            <w:pPr>
              <w:pStyle w:val="OptionLine"/>
            </w:pPr>
            <w:r>
              <w:rPr>
                <w:sz w:val="16"/>
              </w:rPr>
              <w:t>C. Auto-completion</w:t>
            </w:r>
          </w:p>
          <w:p w14:paraId="2EA320AB" w14:textId="77777777" w:rsidR="004C6ABD" w:rsidRDefault="00F35368">
            <w:pPr>
              <w:pStyle w:val="OptionLine"/>
            </w:pPr>
            <w:r>
              <w:rPr>
                <w:sz w:val="16"/>
              </w:rPr>
              <w:t>D. Cloud storage</w:t>
            </w:r>
          </w:p>
          <w:p w14:paraId="4329182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7AC3E9A" w14:textId="77777777">
        <w:trPr>
          <w:cantSplit/>
          <w:jc w:val="center"/>
        </w:trPr>
        <w:tc>
          <w:tcPr>
            <w:tcW w:w="5112" w:type="dxa"/>
          </w:tcPr>
          <w:p w14:paraId="3F349FA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Which description correctly matches Machine code?</w:t>
            </w:r>
          </w:p>
          <w:p w14:paraId="60DD6889" w14:textId="77777777" w:rsidR="004C6ABD" w:rsidRDefault="00F35368">
            <w:pPr>
              <w:pStyle w:val="OptionLine"/>
            </w:pPr>
            <w:r>
              <w:rPr>
                <w:sz w:val="16"/>
              </w:rPr>
              <w:t>A. binary instructions that a processor can execute directly</w:t>
            </w:r>
          </w:p>
          <w:p w14:paraId="290049AE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part of a machine-code instruction that identifies data or an address to use</w:t>
            </w:r>
          </w:p>
          <w:p w14:paraId="0B175FFF" w14:textId="77777777" w:rsidR="004C6ABD" w:rsidRDefault="00F35368">
            <w:pPr>
              <w:pStyle w:val="OptionLine"/>
            </w:pPr>
            <w:r>
              <w:rPr>
                <w:sz w:val="16"/>
              </w:rPr>
              <w:t>C. code written for a particular processor or device</w:t>
            </w:r>
          </w:p>
          <w:p w14:paraId="1ACA6D91" w14:textId="77777777" w:rsidR="004C6ABD" w:rsidRDefault="00F35368">
            <w:pPr>
              <w:pStyle w:val="OptionLine"/>
            </w:pPr>
            <w:r>
              <w:rPr>
                <w:sz w:val="16"/>
              </w:rPr>
              <w:t>D. an error that occurs while a program is running</w:t>
            </w:r>
          </w:p>
          <w:p w14:paraId="62DA026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09C1CF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A student writes about Breakpoint. Which statement would be correct?</w:t>
            </w:r>
          </w:p>
          <w:p w14:paraId="6010E662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facility that allows a program to be run and tested</w:t>
            </w:r>
          </w:p>
          <w:p w14:paraId="03631A97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tools combined to help programmers write, run and debug code</w:t>
            </w:r>
          </w:p>
          <w:p w14:paraId="0BFFD64B" w14:textId="77777777" w:rsidR="004C6ABD" w:rsidRDefault="00F35368">
            <w:pPr>
              <w:pStyle w:val="OptionLine"/>
            </w:pPr>
            <w:r>
              <w:rPr>
                <w:sz w:val="16"/>
              </w:rPr>
              <w:t>C. a point where execution pauses so the programmer can inspect the program</w:t>
            </w:r>
          </w:p>
          <w:p w14:paraId="70CCC100" w14:textId="77777777" w:rsidR="004C6ABD" w:rsidRDefault="00F35368">
            <w:pPr>
              <w:pStyle w:val="OptionLine"/>
            </w:pPr>
            <w:r>
              <w:rPr>
                <w:sz w:val="16"/>
              </w:rPr>
              <w:t>D. an IDE feature that shows how variable values change during execution</w:t>
            </w:r>
          </w:p>
          <w:p w14:paraId="7A15215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1EAA50D" w14:textId="77777777">
        <w:trPr>
          <w:cantSplit/>
          <w:jc w:val="center"/>
        </w:trPr>
        <w:tc>
          <w:tcPr>
            <w:tcW w:w="5112" w:type="dxa"/>
          </w:tcPr>
          <w:p w14:paraId="45EA5E8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Which term best matches this description: how easily software can be moved to different systems</w:t>
            </w:r>
          </w:p>
          <w:p w14:paraId="4B385C6B" w14:textId="77777777" w:rsidR="004C6ABD" w:rsidRDefault="00F35368">
            <w:pPr>
              <w:pStyle w:val="OptionLine"/>
            </w:pPr>
            <w:r>
              <w:rPr>
                <w:sz w:val="16"/>
              </w:rPr>
              <w:t>A. Source code</w:t>
            </w:r>
          </w:p>
          <w:p w14:paraId="4C3E61BE" w14:textId="77777777" w:rsidR="004C6ABD" w:rsidRDefault="00F35368">
            <w:pPr>
              <w:pStyle w:val="OptionLine"/>
            </w:pPr>
            <w:r>
              <w:rPr>
                <w:sz w:val="16"/>
              </w:rPr>
              <w:t>B. Portability</w:t>
            </w:r>
          </w:p>
          <w:p w14:paraId="10388CF2" w14:textId="77777777" w:rsidR="004C6ABD" w:rsidRDefault="00F35368">
            <w:pPr>
              <w:pStyle w:val="OptionLine"/>
            </w:pPr>
            <w:r>
              <w:rPr>
                <w:sz w:val="16"/>
              </w:rPr>
              <w:t>C. Step-through</w:t>
            </w:r>
          </w:p>
          <w:p w14:paraId="6483C800" w14:textId="77777777" w:rsidR="004C6ABD" w:rsidRDefault="00F35368">
            <w:pPr>
              <w:pStyle w:val="OptionLine"/>
            </w:pPr>
            <w:r>
              <w:rPr>
                <w:sz w:val="16"/>
              </w:rPr>
              <w:t>D. Code editor</w:t>
            </w:r>
          </w:p>
          <w:p w14:paraId="2E9C88A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6337B0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Which term best matches this description: a programming language close to human language and relatively independent of hardware</w:t>
            </w:r>
          </w:p>
          <w:p w14:paraId="4002DDBC" w14:textId="77777777" w:rsidR="004C6ABD" w:rsidRDefault="00F35368">
            <w:pPr>
              <w:pStyle w:val="OptionLine"/>
            </w:pPr>
            <w:r>
              <w:rPr>
                <w:sz w:val="16"/>
              </w:rPr>
              <w:t>A. IDE</w:t>
            </w:r>
          </w:p>
          <w:p w14:paraId="49013F40" w14:textId="77777777" w:rsidR="004C6ABD" w:rsidRDefault="00F35368">
            <w:pPr>
              <w:pStyle w:val="OptionLine"/>
            </w:pPr>
            <w:r>
              <w:rPr>
                <w:sz w:val="16"/>
              </w:rPr>
              <w:t>B. Variable watch</w:t>
            </w:r>
          </w:p>
          <w:p w14:paraId="4FE45ECE" w14:textId="77777777" w:rsidR="004C6ABD" w:rsidRDefault="00F35368">
            <w:pPr>
              <w:pStyle w:val="OptionLine"/>
            </w:pPr>
            <w:r>
              <w:rPr>
                <w:sz w:val="16"/>
              </w:rPr>
              <w:t>C. High-level language</w:t>
            </w:r>
          </w:p>
          <w:p w14:paraId="0715D58A" w14:textId="77777777" w:rsidR="004C6ABD" w:rsidRDefault="00F35368">
            <w:pPr>
              <w:pStyle w:val="OptionLine"/>
            </w:pPr>
            <w:r>
              <w:rPr>
                <w:sz w:val="16"/>
              </w:rPr>
              <w:t>D. Error diagnostics</w:t>
            </w:r>
          </w:p>
          <w:p w14:paraId="6BADB44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B2F7E0B" w14:textId="77777777">
        <w:trPr>
          <w:cantSplit/>
          <w:jc w:val="center"/>
        </w:trPr>
        <w:tc>
          <w:tcPr>
            <w:tcW w:w="5112" w:type="dxa"/>
          </w:tcPr>
          <w:p w14:paraId="21CA845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A student writes about Readability. Which statement would be correct?</w:t>
            </w:r>
          </w:p>
          <w:p w14:paraId="7142F1CA" w14:textId="77777777" w:rsidR="004C6ABD" w:rsidRDefault="00F35368">
            <w:pPr>
              <w:pStyle w:val="OptionLine"/>
            </w:pPr>
            <w:r>
              <w:rPr>
                <w:sz w:val="16"/>
              </w:rPr>
              <w:t>A. how easy code is for humans to understand</w:t>
            </w:r>
          </w:p>
          <w:p w14:paraId="3042C579" w14:textId="77777777" w:rsidR="004C6ABD" w:rsidRDefault="00F35368">
            <w:pPr>
              <w:pStyle w:val="OptionLine"/>
            </w:pPr>
            <w:r>
              <w:rPr>
                <w:sz w:val="16"/>
              </w:rPr>
              <w:t>B. pre-written code that programmers can use in their programs</w:t>
            </w:r>
          </w:p>
          <w:p w14:paraId="0C9E8CCD" w14:textId="77777777" w:rsidR="004C6ABD" w:rsidRDefault="00F35368">
            <w:pPr>
              <w:pStyle w:val="OptionLine"/>
            </w:pPr>
            <w:r>
              <w:rPr>
                <w:sz w:val="16"/>
              </w:rPr>
              <w:t>C. translated machine code produced by a compiler</w:t>
            </w:r>
          </w:p>
          <w:p w14:paraId="398C3FC8" w14:textId="77777777" w:rsidR="004C6ABD" w:rsidRDefault="00F35368">
            <w:pPr>
              <w:pStyle w:val="OptionLine"/>
            </w:pPr>
            <w:r>
              <w:rPr>
                <w:sz w:val="16"/>
              </w:rPr>
              <w:t>D. colouring code to make keywords, strings and errors easier to see</w:t>
            </w:r>
          </w:p>
          <w:p w14:paraId="5477B50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F695B9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A student writes about High-level language. Which statement would be correct?</w:t>
            </w:r>
          </w:p>
          <w:p w14:paraId="57EB553E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part of a machine-code instruction that identifies data or an address to use</w:t>
            </w:r>
          </w:p>
          <w:p w14:paraId="7A321DDC" w14:textId="77777777" w:rsidR="004C6ABD" w:rsidRDefault="00F35368">
            <w:pPr>
              <w:pStyle w:val="OptionLine"/>
            </w:pPr>
            <w:r>
              <w:rPr>
                <w:sz w:val="16"/>
              </w:rPr>
              <w:t>B. a short word in assembly language that represents an operation</w:t>
            </w:r>
          </w:p>
          <w:p w14:paraId="6FB0882A" w14:textId="77777777" w:rsidR="004C6ABD" w:rsidRDefault="00F35368">
            <w:pPr>
              <w:pStyle w:val="OptionLine"/>
            </w:pPr>
            <w:r>
              <w:rPr>
                <w:sz w:val="16"/>
              </w:rPr>
              <w:t>C. a programming language close to human language and relatively independent of hardware</w:t>
            </w:r>
          </w:p>
          <w:p w14:paraId="6264AE37" w14:textId="77777777" w:rsidR="004C6ABD" w:rsidRDefault="00F35368">
            <w:pPr>
              <w:pStyle w:val="OptionLine"/>
            </w:pPr>
            <w:r>
              <w:rPr>
                <w:sz w:val="16"/>
              </w:rPr>
              <w:t>D. how easy code is for humans to understand</w:t>
            </w:r>
          </w:p>
          <w:p w14:paraId="4B7C50A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3B0E3D3" w14:textId="77777777">
        <w:trPr>
          <w:cantSplit/>
          <w:jc w:val="center"/>
        </w:trPr>
        <w:tc>
          <w:tcPr>
            <w:tcW w:w="5112" w:type="dxa"/>
          </w:tcPr>
          <w:p w14:paraId="6803689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A student writes about Step-through. Which statement would be correct?</w:t>
            </w:r>
          </w:p>
          <w:p w14:paraId="65D0B87B" w14:textId="77777777" w:rsidR="004C6ABD" w:rsidRDefault="00F35368">
            <w:pPr>
              <w:pStyle w:val="OptionLine"/>
            </w:pPr>
            <w:r>
              <w:rPr>
                <w:sz w:val="16"/>
              </w:rPr>
              <w:t>A. translated machine code produced by a compiler</w:t>
            </w:r>
          </w:p>
          <w:p w14:paraId="13422D0A" w14:textId="77777777" w:rsidR="004C6ABD" w:rsidRDefault="00F35368">
            <w:pPr>
              <w:pStyle w:val="OptionLine"/>
            </w:pPr>
            <w:r>
              <w:rPr>
                <w:sz w:val="16"/>
              </w:rPr>
              <w:t>B. a translator that converts assembly language into machine code</w:t>
            </w:r>
          </w:p>
          <w:p w14:paraId="6CC690C0" w14:textId="77777777" w:rsidR="004C6ABD" w:rsidRDefault="00F35368">
            <w:pPr>
              <w:pStyle w:val="OptionLine"/>
            </w:pPr>
            <w:r>
              <w:rPr>
                <w:sz w:val="16"/>
              </w:rPr>
              <w:t>C. running a program one line or instruction at a time</w:t>
            </w:r>
          </w:p>
          <w:p w14:paraId="18AC17D4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tools combined to help programmers write, run and debug code</w:t>
            </w:r>
          </w:p>
          <w:p w14:paraId="1D1AE01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B1344B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Which term best matches this description: a translator that translates and runs code one statement at a time</w:t>
            </w:r>
          </w:p>
          <w:p w14:paraId="1D401E70" w14:textId="77777777" w:rsidR="004C6ABD" w:rsidRDefault="00F35368">
            <w:pPr>
              <w:pStyle w:val="OptionLine"/>
            </w:pPr>
            <w:r>
              <w:rPr>
                <w:sz w:val="16"/>
              </w:rPr>
              <w:t>A. Interpreter</w:t>
            </w:r>
          </w:p>
          <w:p w14:paraId="3FDC6F20" w14:textId="77777777" w:rsidR="004C6ABD" w:rsidRDefault="00F35368">
            <w:pPr>
              <w:pStyle w:val="OptionLine"/>
            </w:pPr>
            <w:r>
              <w:rPr>
                <w:sz w:val="16"/>
              </w:rPr>
              <w:t>B. Variable watch</w:t>
            </w:r>
          </w:p>
          <w:p w14:paraId="06A0008F" w14:textId="77777777" w:rsidR="004C6ABD" w:rsidRDefault="00F35368">
            <w:pPr>
              <w:pStyle w:val="OptionLine"/>
            </w:pPr>
            <w:r>
              <w:rPr>
                <w:sz w:val="16"/>
              </w:rPr>
              <w:t>C. Object code</w:t>
            </w:r>
          </w:p>
          <w:p w14:paraId="434230EF" w14:textId="77777777" w:rsidR="004C6ABD" w:rsidRDefault="00F35368">
            <w:pPr>
              <w:pStyle w:val="OptionLine"/>
            </w:pPr>
            <w:r>
              <w:rPr>
                <w:sz w:val="16"/>
              </w:rPr>
              <w:t>D. Logic error</w:t>
            </w:r>
          </w:p>
          <w:p w14:paraId="5D5C297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FF466EA" w14:textId="77777777">
        <w:trPr>
          <w:cantSplit/>
          <w:jc w:val="center"/>
        </w:trPr>
        <w:tc>
          <w:tcPr>
            <w:tcW w:w="5112" w:type="dxa"/>
          </w:tcPr>
          <w:p w14:paraId="2420E4B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6. Which description correctly matches Runtime error?</w:t>
            </w:r>
          </w:p>
          <w:p w14:paraId="1CF29912" w14:textId="77777777" w:rsidR="004C6ABD" w:rsidRDefault="00F35368">
            <w:pPr>
              <w:pStyle w:val="OptionLine"/>
            </w:pPr>
            <w:r>
              <w:rPr>
                <w:sz w:val="16"/>
              </w:rPr>
              <w:t>A. a translator that converts a whole program into machine code before it is run</w:t>
            </w:r>
          </w:p>
          <w:p w14:paraId="21E70C8D" w14:textId="77777777" w:rsidR="004C6ABD" w:rsidRDefault="00F35368">
            <w:pPr>
              <w:pStyle w:val="OptionLine"/>
            </w:pPr>
            <w:r>
              <w:rPr>
                <w:sz w:val="16"/>
              </w:rPr>
              <w:t>B. code written for a particular processor or device</w:t>
            </w:r>
          </w:p>
          <w:p w14:paraId="37D93BDD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error that occurs while a program is running</w:t>
            </w:r>
          </w:p>
          <w:p w14:paraId="23DA616F" w14:textId="77777777" w:rsidR="004C6ABD" w:rsidRDefault="00F35368">
            <w:pPr>
              <w:pStyle w:val="OptionLine"/>
            </w:pPr>
            <w:r>
              <w:rPr>
                <w:sz w:val="16"/>
              </w:rPr>
              <w:t>D. hiding low-level details so a programmer can focus on the problem</w:t>
            </w:r>
          </w:p>
          <w:p w14:paraId="0BD8922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E6AB55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Which output is usually produced by a compiler?</w:t>
            </w:r>
          </w:p>
          <w:p w14:paraId="2EBA6FD1" w14:textId="77777777" w:rsidR="004C6ABD" w:rsidRDefault="00F35368">
            <w:pPr>
              <w:pStyle w:val="OptionLine"/>
            </w:pPr>
            <w:r>
              <w:rPr>
                <w:sz w:val="16"/>
              </w:rPr>
              <w:t>A. A truth table</w:t>
            </w:r>
          </w:p>
          <w:p w14:paraId="41606FC8" w14:textId="77777777" w:rsidR="004C6ABD" w:rsidRDefault="00F35368">
            <w:pPr>
              <w:pStyle w:val="OptionLine"/>
            </w:pPr>
            <w:r>
              <w:rPr>
                <w:sz w:val="16"/>
              </w:rPr>
              <w:t>B. A flowchart only</w:t>
            </w:r>
          </w:p>
          <w:p w14:paraId="2BAD10BE" w14:textId="77777777" w:rsidR="004C6ABD" w:rsidRDefault="00F35368">
            <w:pPr>
              <w:pStyle w:val="OptionLine"/>
            </w:pPr>
            <w:r>
              <w:rPr>
                <w:sz w:val="16"/>
              </w:rPr>
              <w:t>C. Object code or executable machine code</w:t>
            </w:r>
          </w:p>
          <w:p w14:paraId="29680EA2" w14:textId="77777777" w:rsidR="004C6ABD" w:rsidRDefault="00F35368">
            <w:pPr>
              <w:pStyle w:val="OptionLine"/>
            </w:pPr>
            <w:r>
              <w:rPr>
                <w:sz w:val="16"/>
              </w:rPr>
              <w:t>D. A bitmap image</w:t>
            </w:r>
          </w:p>
          <w:p w14:paraId="18062CE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80B624D" w14:textId="77777777">
        <w:trPr>
          <w:cantSplit/>
          <w:jc w:val="center"/>
        </w:trPr>
        <w:tc>
          <w:tcPr>
            <w:tcW w:w="5112" w:type="dxa"/>
          </w:tcPr>
          <w:p w14:paraId="1E1CFB2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7. Which IDE feature suggests code as the programmer types?</w:t>
            </w:r>
          </w:p>
          <w:p w14:paraId="58DC8A7E" w14:textId="77777777" w:rsidR="004C6ABD" w:rsidRDefault="00F35368">
            <w:pPr>
              <w:pStyle w:val="OptionLine"/>
            </w:pPr>
            <w:r>
              <w:rPr>
                <w:sz w:val="16"/>
              </w:rPr>
              <w:t>A. Defragmentation</w:t>
            </w:r>
          </w:p>
          <w:p w14:paraId="1FB9F6DE" w14:textId="77777777" w:rsidR="004C6ABD" w:rsidRDefault="00F35368">
            <w:pPr>
              <w:pStyle w:val="OptionLine"/>
            </w:pPr>
            <w:r>
              <w:rPr>
                <w:sz w:val="16"/>
              </w:rPr>
              <w:t>B. Auto-completion</w:t>
            </w:r>
          </w:p>
          <w:p w14:paraId="3C405620" w14:textId="77777777" w:rsidR="004C6ABD" w:rsidRDefault="00F35368">
            <w:pPr>
              <w:pStyle w:val="OptionLine"/>
            </w:pPr>
            <w:r>
              <w:rPr>
                <w:sz w:val="16"/>
              </w:rPr>
              <w:t>C. MAC addressing</w:t>
            </w:r>
          </w:p>
          <w:p w14:paraId="0B34DB4D" w14:textId="77777777" w:rsidR="004C6ABD" w:rsidRDefault="00F35368">
            <w:pPr>
              <w:pStyle w:val="OptionLine"/>
            </w:pPr>
            <w:r>
              <w:rPr>
                <w:sz w:val="16"/>
              </w:rPr>
              <w:t>D. Lossy compression</w:t>
            </w:r>
          </w:p>
          <w:p w14:paraId="05CDCC0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317EA3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Which description correctly matches Syntax highlighting?</w:t>
            </w:r>
          </w:p>
          <w:p w14:paraId="07817ED4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that converts program code from one language into another</w:t>
            </w:r>
          </w:p>
          <w:p w14:paraId="0DEB30A2" w14:textId="77777777" w:rsidR="004C6ABD" w:rsidRDefault="00F35368">
            <w:pPr>
              <w:pStyle w:val="OptionLine"/>
            </w:pPr>
            <w:r>
              <w:rPr>
                <w:sz w:val="16"/>
              </w:rPr>
              <w:t>B. an IDE feature that shows how variable values change during execution</w:t>
            </w:r>
          </w:p>
          <w:p w14:paraId="12B57160" w14:textId="77777777" w:rsidR="004C6ABD" w:rsidRDefault="00F35368">
            <w:pPr>
              <w:pStyle w:val="OptionLine"/>
            </w:pPr>
            <w:r>
              <w:rPr>
                <w:sz w:val="16"/>
              </w:rPr>
              <w:t>C. colouring code to make keywords, strings and errors easier to see</w:t>
            </w:r>
          </w:p>
          <w:p w14:paraId="55CB1E08" w14:textId="77777777" w:rsidR="004C6ABD" w:rsidRDefault="00F35368">
            <w:pPr>
              <w:pStyle w:val="OptionLine"/>
            </w:pPr>
            <w:r>
              <w:rPr>
                <w:sz w:val="16"/>
              </w:rPr>
              <w:t>D. a short word in assembly language that represents an operation</w:t>
            </w:r>
          </w:p>
          <w:p w14:paraId="6C4BEE8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75E013A" w14:textId="77777777">
        <w:trPr>
          <w:cantSplit/>
          <w:jc w:val="center"/>
        </w:trPr>
        <w:tc>
          <w:tcPr>
            <w:tcW w:w="5112" w:type="dxa"/>
          </w:tcPr>
          <w:p w14:paraId="27C6FE1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8. A student writes about Abstraction. Which statement would be correct?</w:t>
            </w:r>
          </w:p>
          <w:p w14:paraId="180F65B8" w14:textId="77777777" w:rsidR="004C6ABD" w:rsidRDefault="00F35368">
            <w:pPr>
              <w:pStyle w:val="OptionLine"/>
            </w:pPr>
            <w:r>
              <w:rPr>
                <w:sz w:val="16"/>
              </w:rPr>
              <w:t>A. a programming language close to human language and relatively independent of hardware</w:t>
            </w:r>
          </w:p>
          <w:p w14:paraId="21BE0CC0" w14:textId="77777777" w:rsidR="004C6ABD" w:rsidRDefault="00F35368">
            <w:pPr>
              <w:pStyle w:val="OptionLine"/>
            </w:pPr>
            <w:r>
              <w:rPr>
                <w:sz w:val="16"/>
              </w:rPr>
              <w:t>B. colouring code to make keywords, strings and errors easier to see</w:t>
            </w:r>
          </w:p>
          <w:p w14:paraId="12FBF17A" w14:textId="77777777" w:rsidR="004C6ABD" w:rsidRDefault="00F35368">
            <w:pPr>
              <w:pStyle w:val="OptionLine"/>
            </w:pPr>
            <w:r>
              <w:rPr>
                <w:sz w:val="16"/>
              </w:rPr>
              <w:t>C. hiding low-level details so a programmer can focus on the problem</w:t>
            </w:r>
          </w:p>
          <w:p w14:paraId="666B92FC" w14:textId="77777777" w:rsidR="004C6ABD" w:rsidRDefault="00F35368">
            <w:pPr>
              <w:pStyle w:val="OptionLine"/>
            </w:pPr>
            <w:r>
              <w:rPr>
                <w:sz w:val="16"/>
              </w:rPr>
              <w:t>D. a programming language close to the hardware, such as assembly language or machine code</w:t>
            </w:r>
          </w:p>
          <w:p w14:paraId="47F2BA3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5DDD22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Which term best matches this description: the part of a machine-code instruction that identifies data or an address to use</w:t>
            </w:r>
          </w:p>
          <w:p w14:paraId="69D4E329" w14:textId="77777777" w:rsidR="004C6ABD" w:rsidRDefault="00F35368">
            <w:pPr>
              <w:pStyle w:val="OptionLine"/>
            </w:pPr>
            <w:r>
              <w:rPr>
                <w:sz w:val="16"/>
              </w:rPr>
              <w:t>A. Logic error</w:t>
            </w:r>
          </w:p>
          <w:p w14:paraId="271B7B6E" w14:textId="77777777" w:rsidR="004C6ABD" w:rsidRDefault="00F35368">
            <w:pPr>
              <w:pStyle w:val="OptionLine"/>
            </w:pPr>
            <w:r>
              <w:rPr>
                <w:sz w:val="16"/>
              </w:rPr>
              <w:t>B. Auto-completion</w:t>
            </w:r>
          </w:p>
          <w:p w14:paraId="645AF523" w14:textId="77777777" w:rsidR="004C6ABD" w:rsidRDefault="00F35368">
            <w:pPr>
              <w:pStyle w:val="OptionLine"/>
            </w:pPr>
            <w:r>
              <w:rPr>
                <w:sz w:val="16"/>
              </w:rPr>
              <w:t>C. Operand</w:t>
            </w:r>
          </w:p>
          <w:p w14:paraId="107B392D" w14:textId="77777777" w:rsidR="004C6ABD" w:rsidRDefault="00F35368">
            <w:pPr>
              <w:pStyle w:val="OptionLine"/>
            </w:pPr>
            <w:r>
              <w:rPr>
                <w:sz w:val="16"/>
              </w:rPr>
              <w:t>D. Syntax error</w:t>
            </w:r>
          </w:p>
          <w:p w14:paraId="624D37A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36752AE" w14:textId="77777777">
        <w:trPr>
          <w:cantSplit/>
          <w:jc w:val="center"/>
        </w:trPr>
        <w:tc>
          <w:tcPr>
            <w:tcW w:w="5112" w:type="dxa"/>
          </w:tcPr>
          <w:p w14:paraId="7C61E0F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9. A student writes about Runtime error. Which statement would be correct?</w:t>
            </w:r>
          </w:p>
          <w:p w14:paraId="51FF5358" w14:textId="77777777" w:rsidR="004C6ABD" w:rsidRDefault="00F35368">
            <w:pPr>
              <w:pStyle w:val="OptionLine"/>
            </w:pPr>
            <w:r>
              <w:rPr>
                <w:sz w:val="16"/>
              </w:rPr>
              <w:t>A. how easy code is for humans to understand</w:t>
            </w:r>
          </w:p>
          <w:p w14:paraId="4B2D300F" w14:textId="77777777" w:rsidR="004C6ABD" w:rsidRDefault="00F35368">
            <w:pPr>
              <w:pStyle w:val="OptionLine"/>
            </w:pPr>
            <w:r>
              <w:rPr>
                <w:sz w:val="16"/>
              </w:rPr>
              <w:t>B. an error that occurs while a program is running</w:t>
            </w:r>
          </w:p>
          <w:p w14:paraId="1F99882B" w14:textId="77777777" w:rsidR="004C6ABD" w:rsidRDefault="00F35368">
            <w:pPr>
              <w:pStyle w:val="OptionLine"/>
            </w:pPr>
            <w:r>
              <w:rPr>
                <w:sz w:val="16"/>
              </w:rPr>
              <w:t>C. a tool used to find and fix errors while a program runs</w:t>
            </w:r>
          </w:p>
          <w:p w14:paraId="60098F7E" w14:textId="77777777" w:rsidR="004C6ABD" w:rsidRDefault="00F35368">
            <w:pPr>
              <w:pStyle w:val="OptionLine"/>
            </w:pPr>
            <w:r>
              <w:rPr>
                <w:sz w:val="16"/>
              </w:rPr>
              <w:t>D. a translator that translates and runs code one statement at a time</w:t>
            </w:r>
          </w:p>
          <w:p w14:paraId="69D2C59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5F4070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Which term best matches this description: a point where execution pauses so the programmer can inspect the program</w:t>
            </w:r>
          </w:p>
          <w:p w14:paraId="0DBD8B95" w14:textId="77777777" w:rsidR="004C6ABD" w:rsidRDefault="00F35368">
            <w:pPr>
              <w:pStyle w:val="OptionLine"/>
            </w:pPr>
            <w:r>
              <w:rPr>
                <w:sz w:val="16"/>
              </w:rPr>
              <w:t>A. Breakpoint</w:t>
            </w:r>
          </w:p>
          <w:p w14:paraId="3BA07AEB" w14:textId="77777777" w:rsidR="004C6ABD" w:rsidRDefault="00F35368">
            <w:pPr>
              <w:pStyle w:val="OptionLine"/>
            </w:pPr>
            <w:r>
              <w:rPr>
                <w:sz w:val="16"/>
              </w:rPr>
              <w:t>B. Assembler</w:t>
            </w:r>
          </w:p>
          <w:p w14:paraId="16984E28" w14:textId="77777777" w:rsidR="004C6ABD" w:rsidRDefault="00F35368">
            <w:pPr>
              <w:pStyle w:val="OptionLine"/>
            </w:pPr>
            <w:r>
              <w:rPr>
                <w:sz w:val="16"/>
              </w:rPr>
              <w:t>C. Assembly language</w:t>
            </w:r>
          </w:p>
          <w:p w14:paraId="6BFB24A1" w14:textId="77777777" w:rsidR="004C6ABD" w:rsidRDefault="00F35368">
            <w:pPr>
              <w:pStyle w:val="OptionLine"/>
            </w:pPr>
            <w:r>
              <w:rPr>
                <w:sz w:val="16"/>
              </w:rPr>
              <w:t>D. Error diagnostics</w:t>
            </w:r>
          </w:p>
          <w:p w14:paraId="1CB9150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55BB1BD" w14:textId="77777777">
        <w:trPr>
          <w:cantSplit/>
          <w:jc w:val="center"/>
        </w:trPr>
        <w:tc>
          <w:tcPr>
            <w:tcW w:w="5112" w:type="dxa"/>
          </w:tcPr>
          <w:p w14:paraId="2DDBA11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A student writes about Portability. Which statement would be correct?</w:t>
            </w:r>
          </w:p>
          <w:p w14:paraId="5DC00549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tools combined to help programmers write, run and debug code</w:t>
            </w:r>
          </w:p>
          <w:p w14:paraId="2A97AD1E" w14:textId="77777777" w:rsidR="004C6ABD" w:rsidRDefault="00F35368">
            <w:pPr>
              <w:pStyle w:val="OptionLine"/>
            </w:pPr>
            <w:r>
              <w:rPr>
                <w:sz w:val="16"/>
              </w:rPr>
              <w:t>B. translated machine code produced by a compiler</w:t>
            </w:r>
          </w:p>
          <w:p w14:paraId="17D92B72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time taken to create and test software</w:t>
            </w:r>
          </w:p>
          <w:p w14:paraId="01647C33" w14:textId="77777777" w:rsidR="004C6ABD" w:rsidRDefault="00F35368">
            <w:pPr>
              <w:pStyle w:val="OptionLine"/>
            </w:pPr>
            <w:r>
              <w:rPr>
                <w:sz w:val="16"/>
              </w:rPr>
              <w:t>D. how easily software can be moved to different systems</w:t>
            </w:r>
          </w:p>
          <w:p w14:paraId="06FD647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2038B4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Which term best matches this description: an error that occurs while a program is running</w:t>
            </w:r>
          </w:p>
          <w:p w14:paraId="1D025582" w14:textId="77777777" w:rsidR="004C6ABD" w:rsidRDefault="00F35368">
            <w:pPr>
              <w:pStyle w:val="OptionLine"/>
            </w:pPr>
            <w:r>
              <w:rPr>
                <w:sz w:val="16"/>
              </w:rPr>
              <w:t>A. Runtime error</w:t>
            </w:r>
          </w:p>
          <w:p w14:paraId="7D971505" w14:textId="77777777" w:rsidR="004C6ABD" w:rsidRDefault="00F35368">
            <w:pPr>
              <w:pStyle w:val="OptionLine"/>
            </w:pPr>
            <w:r>
              <w:rPr>
                <w:sz w:val="16"/>
              </w:rPr>
              <w:t>B. Executable file</w:t>
            </w:r>
          </w:p>
          <w:p w14:paraId="280E54E2" w14:textId="77777777" w:rsidR="004C6ABD" w:rsidRDefault="00F35368">
            <w:pPr>
              <w:pStyle w:val="OptionLine"/>
            </w:pPr>
            <w:r>
              <w:rPr>
                <w:sz w:val="16"/>
              </w:rPr>
              <w:t>C. Syntax error</w:t>
            </w:r>
          </w:p>
          <w:p w14:paraId="48DB2384" w14:textId="77777777" w:rsidR="004C6ABD" w:rsidRDefault="00F35368">
            <w:pPr>
              <w:pStyle w:val="OptionLine"/>
            </w:pPr>
            <w:r>
              <w:rPr>
                <w:sz w:val="16"/>
              </w:rPr>
              <w:t>D. Translator</w:t>
            </w:r>
          </w:p>
          <w:p w14:paraId="19EE486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6EAFD0D" w14:textId="77777777">
        <w:trPr>
          <w:cantSplit/>
          <w:jc w:val="center"/>
        </w:trPr>
        <w:tc>
          <w:tcPr>
            <w:tcW w:w="5112" w:type="dxa"/>
          </w:tcPr>
          <w:p w14:paraId="09BE8D3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A student writes about Auto-completion. Which statement would be correct?</w:t>
            </w:r>
          </w:p>
          <w:p w14:paraId="6E3BF328" w14:textId="77777777" w:rsidR="004C6ABD" w:rsidRDefault="00F35368">
            <w:pPr>
              <w:pStyle w:val="OptionLine"/>
            </w:pPr>
            <w:r>
              <w:rPr>
                <w:sz w:val="16"/>
              </w:rPr>
              <w:t>A. messages that help identify and explain errors in code</w:t>
            </w:r>
          </w:p>
          <w:p w14:paraId="0CEC3B9F" w14:textId="77777777" w:rsidR="004C6ABD" w:rsidRDefault="00F35368">
            <w:pPr>
              <w:pStyle w:val="OptionLine"/>
            </w:pPr>
            <w:r>
              <w:rPr>
                <w:sz w:val="16"/>
              </w:rPr>
              <w:t>B. colouring code to make keywords, strings and errors easier to see</w:t>
            </w:r>
          </w:p>
          <w:p w14:paraId="5DB8006D" w14:textId="77777777" w:rsidR="004C6ABD" w:rsidRDefault="00F35368">
            <w:pPr>
              <w:pStyle w:val="OptionLine"/>
            </w:pPr>
            <w:r>
              <w:rPr>
                <w:sz w:val="16"/>
              </w:rPr>
              <w:t>C. a programming language close to the hardware, such as assembly language or machine code</w:t>
            </w:r>
          </w:p>
          <w:p w14:paraId="76F5423E" w14:textId="77777777" w:rsidR="004C6ABD" w:rsidRDefault="00F35368">
            <w:pPr>
              <w:pStyle w:val="OptionLine"/>
            </w:pPr>
            <w:r>
              <w:rPr>
                <w:sz w:val="16"/>
              </w:rPr>
              <w:t>D. an IDE feature that suggests or completes code as it is typed</w:t>
            </w:r>
          </w:p>
          <w:p w14:paraId="39FB2CE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3F64E7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Which language can be executed directly by the CPU?</w:t>
            </w:r>
          </w:p>
          <w:p w14:paraId="4B2C2B8D" w14:textId="77777777" w:rsidR="004C6ABD" w:rsidRDefault="00F35368">
            <w:pPr>
              <w:pStyle w:val="OptionLine"/>
            </w:pPr>
            <w:r>
              <w:rPr>
                <w:sz w:val="16"/>
              </w:rPr>
              <w:t>A. Machine code</w:t>
            </w:r>
          </w:p>
          <w:p w14:paraId="788FACA4" w14:textId="77777777" w:rsidR="004C6ABD" w:rsidRDefault="00F35368">
            <w:pPr>
              <w:pStyle w:val="OptionLine"/>
            </w:pPr>
            <w:r>
              <w:rPr>
                <w:sz w:val="16"/>
              </w:rPr>
              <w:t>B. Pseudocode</w:t>
            </w:r>
          </w:p>
          <w:p w14:paraId="3ADF096A" w14:textId="77777777" w:rsidR="004C6ABD" w:rsidRDefault="00F35368">
            <w:pPr>
              <w:pStyle w:val="OptionLine"/>
            </w:pPr>
            <w:r>
              <w:rPr>
                <w:sz w:val="16"/>
              </w:rPr>
              <w:t>C. Flowchart</w:t>
            </w:r>
          </w:p>
          <w:p w14:paraId="1978E879" w14:textId="77777777" w:rsidR="004C6ABD" w:rsidRDefault="00F35368">
            <w:pPr>
              <w:pStyle w:val="OptionLine"/>
            </w:pPr>
            <w:r>
              <w:rPr>
                <w:sz w:val="16"/>
              </w:rPr>
              <w:t>D. Python source code</w:t>
            </w:r>
          </w:p>
          <w:p w14:paraId="4E7B2FF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9933420" w14:textId="77777777">
        <w:trPr>
          <w:cantSplit/>
          <w:jc w:val="center"/>
        </w:trPr>
        <w:tc>
          <w:tcPr>
            <w:tcW w:w="5112" w:type="dxa"/>
          </w:tcPr>
          <w:p w14:paraId="5FFAC70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12. A student writes about Mnemonic. Which statement would be correct?</w:t>
            </w:r>
          </w:p>
          <w:p w14:paraId="32B1E8DA" w14:textId="77777777" w:rsidR="004C6ABD" w:rsidRDefault="00F35368">
            <w:pPr>
              <w:pStyle w:val="OptionLine"/>
            </w:pPr>
            <w:r>
              <w:rPr>
                <w:sz w:val="16"/>
              </w:rPr>
              <w:t>A. code written for a particular processor or device</w:t>
            </w:r>
          </w:p>
          <w:p w14:paraId="6E3ECB75" w14:textId="77777777" w:rsidR="004C6ABD" w:rsidRDefault="00F35368">
            <w:pPr>
              <w:pStyle w:val="OptionLine"/>
            </w:pPr>
            <w:r>
              <w:rPr>
                <w:sz w:val="16"/>
              </w:rPr>
              <w:t>B. a low-level language using mnemonics to represent machine-code instructions</w:t>
            </w:r>
          </w:p>
          <w:p w14:paraId="7A1046A7" w14:textId="77777777" w:rsidR="004C6ABD" w:rsidRDefault="00F35368">
            <w:pPr>
              <w:pStyle w:val="OptionLine"/>
            </w:pPr>
            <w:r>
              <w:rPr>
                <w:sz w:val="16"/>
              </w:rPr>
              <w:t>C. a short word in assembly language that represents an operation</w:t>
            </w:r>
          </w:p>
          <w:p w14:paraId="5D737E4F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program code written by a programmer before translation</w:t>
            </w:r>
          </w:p>
          <w:p w14:paraId="32C1907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6CFF10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Which description correctly matches Executable file?</w:t>
            </w:r>
          </w:p>
          <w:p w14:paraId="325F9F65" w14:textId="77777777" w:rsidR="004C6ABD" w:rsidRDefault="00F35368">
            <w:pPr>
              <w:pStyle w:val="OptionLine"/>
            </w:pPr>
            <w:r>
              <w:rPr>
                <w:sz w:val="16"/>
              </w:rPr>
              <w:t>A. an IDE feature that suggests or completes code as it is typed</w:t>
            </w:r>
          </w:p>
          <w:p w14:paraId="1972C275" w14:textId="77777777" w:rsidR="004C6ABD" w:rsidRDefault="00F35368">
            <w:pPr>
              <w:pStyle w:val="OptionLine"/>
            </w:pPr>
            <w:r>
              <w:rPr>
                <w:sz w:val="16"/>
              </w:rPr>
              <w:t>B. a translated program that can be run by the computer</w:t>
            </w:r>
          </w:p>
          <w:p w14:paraId="629AB108" w14:textId="77777777" w:rsidR="004C6ABD" w:rsidRDefault="00F35368">
            <w:pPr>
              <w:pStyle w:val="OptionLine"/>
            </w:pPr>
            <w:r>
              <w:rPr>
                <w:sz w:val="16"/>
              </w:rPr>
              <w:t>C. a programming language close to human language and relatively independent of hardware</w:t>
            </w:r>
          </w:p>
          <w:p w14:paraId="63867864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that converts program code from one language into another</w:t>
            </w:r>
          </w:p>
          <w:p w14:paraId="38C5712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52C4A47" w14:textId="77777777">
        <w:trPr>
          <w:cantSplit/>
          <w:jc w:val="center"/>
        </w:trPr>
        <w:tc>
          <w:tcPr>
            <w:tcW w:w="5112" w:type="dxa"/>
          </w:tcPr>
          <w:p w14:paraId="6F43574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13. A student writes about Assembler. Which statement would be correct?</w:t>
            </w:r>
          </w:p>
          <w:p w14:paraId="0577828E" w14:textId="77777777" w:rsidR="004C6ABD" w:rsidRDefault="00F35368">
            <w:pPr>
              <w:pStyle w:val="OptionLine"/>
            </w:pPr>
            <w:r>
              <w:rPr>
                <w:sz w:val="16"/>
              </w:rPr>
              <w:t>A. a translator that converts assembly language into machine code</w:t>
            </w:r>
          </w:p>
          <w:p w14:paraId="54D83390" w14:textId="77777777" w:rsidR="004C6ABD" w:rsidRDefault="00F35368">
            <w:pPr>
              <w:pStyle w:val="OptionLine"/>
            </w:pPr>
            <w:r>
              <w:rPr>
                <w:sz w:val="16"/>
              </w:rPr>
              <w:t>B. code written for a particular processor or device</w:t>
            </w:r>
          </w:p>
          <w:p w14:paraId="053EFB13" w14:textId="77777777" w:rsidR="004C6ABD" w:rsidRDefault="00F35368">
            <w:pPr>
              <w:pStyle w:val="OptionLine"/>
            </w:pPr>
            <w:r>
              <w:rPr>
                <w:sz w:val="16"/>
              </w:rPr>
              <w:t>C. colouring code to make keywords, strings and errors easier to see</w:t>
            </w:r>
          </w:p>
          <w:p w14:paraId="5C32C09F" w14:textId="77777777" w:rsidR="004C6ABD" w:rsidRDefault="00F35368">
            <w:pPr>
              <w:pStyle w:val="OptionLine"/>
            </w:pPr>
            <w:r>
              <w:rPr>
                <w:sz w:val="16"/>
              </w:rPr>
              <w:t>D. a low-level language using mnemonics to represent machine-code instructions</w:t>
            </w:r>
          </w:p>
          <w:p w14:paraId="221480D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7A03D6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Which description correctly matches Development time?</w:t>
            </w:r>
          </w:p>
          <w:p w14:paraId="295F9AB1" w14:textId="77777777" w:rsidR="004C6ABD" w:rsidRDefault="00F35368">
            <w:pPr>
              <w:pStyle w:val="OptionLine"/>
            </w:pPr>
            <w:r>
              <w:rPr>
                <w:sz w:val="16"/>
              </w:rPr>
              <w:t>A. an error where a program runs but gives the wrong result</w:t>
            </w:r>
          </w:p>
          <w:p w14:paraId="53BE33B8" w14:textId="77777777" w:rsidR="004C6ABD" w:rsidRDefault="00F35368">
            <w:pPr>
              <w:pStyle w:val="OptionLine"/>
            </w:pPr>
            <w:r>
              <w:rPr>
                <w:sz w:val="16"/>
              </w:rPr>
              <w:t>B. an error caused by code that does not follow the language rules</w:t>
            </w:r>
          </w:p>
          <w:p w14:paraId="42D2F542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time taken to create and test software</w:t>
            </w:r>
          </w:p>
          <w:p w14:paraId="3217AF88" w14:textId="77777777" w:rsidR="004C6ABD" w:rsidRDefault="00F35368">
            <w:pPr>
              <w:pStyle w:val="OptionLine"/>
            </w:pPr>
            <w:r>
              <w:rPr>
                <w:sz w:val="16"/>
              </w:rPr>
              <w:t>D. translated machine code produced by a compiler</w:t>
            </w:r>
          </w:p>
          <w:p w14:paraId="51B5C3F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97FC296" w14:textId="77777777">
        <w:trPr>
          <w:cantSplit/>
          <w:jc w:val="center"/>
        </w:trPr>
        <w:tc>
          <w:tcPr>
            <w:tcW w:w="5112" w:type="dxa"/>
          </w:tcPr>
          <w:p w14:paraId="4F2A545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14. A student writes about Syntax highlighting. Which statement would be correct?</w:t>
            </w:r>
          </w:p>
          <w:p w14:paraId="25F18F0E" w14:textId="77777777" w:rsidR="004C6ABD" w:rsidRDefault="00F35368">
            <w:pPr>
              <w:pStyle w:val="OptionLine"/>
            </w:pPr>
            <w:r>
              <w:rPr>
                <w:sz w:val="16"/>
              </w:rPr>
              <w:t>A. a short word in assembly language that represents an operation</w:t>
            </w:r>
          </w:p>
          <w:p w14:paraId="3F09C794" w14:textId="77777777" w:rsidR="004C6ABD" w:rsidRDefault="00F35368">
            <w:pPr>
              <w:pStyle w:val="OptionLine"/>
            </w:pPr>
            <w:r>
              <w:rPr>
                <w:sz w:val="16"/>
              </w:rPr>
              <w:t>B. running a program one line or instruction at a time</w:t>
            </w:r>
          </w:p>
          <w:p w14:paraId="753A5B25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error that occurs while a program is running</w:t>
            </w:r>
          </w:p>
          <w:p w14:paraId="5AC7873C" w14:textId="77777777" w:rsidR="004C6ABD" w:rsidRDefault="00F35368">
            <w:pPr>
              <w:pStyle w:val="OptionLine"/>
            </w:pPr>
            <w:r>
              <w:rPr>
                <w:sz w:val="16"/>
              </w:rPr>
              <w:t>D. colouring code to make keywords, strings and errors easier to see</w:t>
            </w:r>
          </w:p>
          <w:p w14:paraId="339BFF1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296A7B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Which description correctly matches Hardware-specific code?</w:t>
            </w:r>
          </w:p>
          <w:p w14:paraId="68AE044E" w14:textId="77777777" w:rsidR="004C6ABD" w:rsidRDefault="00F35368">
            <w:pPr>
              <w:pStyle w:val="OptionLine"/>
            </w:pPr>
            <w:r>
              <w:rPr>
                <w:sz w:val="16"/>
              </w:rPr>
              <w:t>A. an error where a program runs but gives the wrong result</w:t>
            </w:r>
          </w:p>
          <w:p w14:paraId="76E80DD6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part of a machine-code instruction that identifies data or an address to use</w:t>
            </w:r>
          </w:p>
          <w:p w14:paraId="3F67B1FE" w14:textId="77777777" w:rsidR="004C6ABD" w:rsidRDefault="00F35368">
            <w:pPr>
              <w:pStyle w:val="OptionLine"/>
            </w:pPr>
            <w:r>
              <w:rPr>
                <w:sz w:val="16"/>
              </w:rPr>
              <w:t>C. code written for a particular processor or device</w:t>
            </w:r>
          </w:p>
          <w:p w14:paraId="082442CE" w14:textId="77777777" w:rsidR="004C6ABD" w:rsidRDefault="00F35368">
            <w:pPr>
              <w:pStyle w:val="OptionLine"/>
            </w:pPr>
            <w:r>
              <w:rPr>
                <w:sz w:val="16"/>
              </w:rPr>
              <w:t>D. colouring code to make keywords, strings and errors easier to see</w:t>
            </w:r>
          </w:p>
          <w:p w14:paraId="7223910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A286822" w14:textId="77777777">
        <w:trPr>
          <w:cantSplit/>
          <w:jc w:val="center"/>
        </w:trPr>
        <w:tc>
          <w:tcPr>
            <w:tcW w:w="5112" w:type="dxa"/>
          </w:tcPr>
          <w:p w14:paraId="1558D6E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15. Which description correctly matches Auto-completion?</w:t>
            </w:r>
          </w:p>
          <w:p w14:paraId="0C3815D0" w14:textId="77777777" w:rsidR="004C6ABD" w:rsidRDefault="00F35368">
            <w:pPr>
              <w:pStyle w:val="OptionLine"/>
            </w:pPr>
            <w:r>
              <w:rPr>
                <w:sz w:val="16"/>
              </w:rPr>
              <w:t>A. an IDE feature that suggests or completes code as it is typed</w:t>
            </w:r>
          </w:p>
          <w:p w14:paraId="5EA97625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part of a machine-code instruction that identifies the operation</w:t>
            </w:r>
          </w:p>
          <w:p w14:paraId="26266261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program code written by a programmer before translation</w:t>
            </w:r>
          </w:p>
          <w:p w14:paraId="2998DD29" w14:textId="77777777" w:rsidR="004C6ABD" w:rsidRDefault="00F35368">
            <w:pPr>
              <w:pStyle w:val="OptionLine"/>
            </w:pPr>
            <w:r>
              <w:rPr>
                <w:sz w:val="16"/>
              </w:rPr>
              <w:t>D. a tool used to find and fix errors while a program runs</w:t>
            </w:r>
          </w:p>
          <w:p w14:paraId="6869310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68AD02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Which description correctly matches Library?</w:t>
            </w:r>
          </w:p>
          <w:p w14:paraId="3660569D" w14:textId="77777777" w:rsidR="004C6ABD" w:rsidRDefault="00F35368">
            <w:pPr>
              <w:pStyle w:val="OptionLine"/>
            </w:pPr>
            <w:r>
              <w:rPr>
                <w:sz w:val="16"/>
              </w:rPr>
              <w:t>A. translated machine code produced by a compiler</w:t>
            </w:r>
          </w:p>
          <w:p w14:paraId="28E794D6" w14:textId="77777777" w:rsidR="004C6ABD" w:rsidRDefault="00F35368">
            <w:pPr>
              <w:pStyle w:val="OptionLine"/>
            </w:pPr>
            <w:r>
              <w:rPr>
                <w:sz w:val="16"/>
              </w:rPr>
              <w:t>B. pre-written code that programmers can use in their programs</w:t>
            </w:r>
          </w:p>
          <w:p w14:paraId="57459A60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error that occurs while a program is running</w:t>
            </w:r>
          </w:p>
          <w:p w14:paraId="24403D67" w14:textId="77777777" w:rsidR="004C6ABD" w:rsidRDefault="00F35368">
            <w:pPr>
              <w:pStyle w:val="OptionLine"/>
            </w:pPr>
            <w:r>
              <w:rPr>
                <w:sz w:val="16"/>
              </w:rPr>
              <w:t>D. an IDE feature that shows how variable values change during execution</w:t>
            </w:r>
          </w:p>
          <w:p w14:paraId="4F805AC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B255CBA" w14:textId="77777777">
        <w:trPr>
          <w:cantSplit/>
          <w:jc w:val="center"/>
        </w:trPr>
        <w:tc>
          <w:tcPr>
            <w:tcW w:w="5112" w:type="dxa"/>
          </w:tcPr>
          <w:p w14:paraId="4B2F84E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16. A student writes about Code editor. Which statement would be correct?</w:t>
            </w:r>
          </w:p>
          <w:p w14:paraId="790AF76C" w14:textId="77777777" w:rsidR="004C6ABD" w:rsidRDefault="00F35368">
            <w:pPr>
              <w:pStyle w:val="OptionLine"/>
            </w:pPr>
            <w:r>
              <w:rPr>
                <w:sz w:val="16"/>
              </w:rPr>
              <w:t>A. a translator that converts a whole program into machine code before it is run</w:t>
            </w:r>
          </w:p>
          <w:p w14:paraId="34C2D216" w14:textId="77777777" w:rsidR="004C6ABD" w:rsidRDefault="00F35368">
            <w:pPr>
              <w:pStyle w:val="OptionLine"/>
            </w:pPr>
            <w:r>
              <w:rPr>
                <w:sz w:val="16"/>
              </w:rPr>
              <w:t>B. running a program one line or instruction at a time</w:t>
            </w:r>
          </w:p>
          <w:p w14:paraId="3102668B" w14:textId="77777777" w:rsidR="004C6ABD" w:rsidRDefault="00F35368">
            <w:pPr>
              <w:pStyle w:val="OptionLine"/>
            </w:pPr>
            <w:r>
              <w:rPr>
                <w:sz w:val="16"/>
              </w:rPr>
              <w:t>C. translated machine code produced by a compiler</w:t>
            </w:r>
          </w:p>
          <w:p w14:paraId="4424A016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part of an IDE used to write and edit source code</w:t>
            </w:r>
          </w:p>
          <w:p w14:paraId="4C1E51A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22FF99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A student writes about Logic error. Which statement would be correct?</w:t>
            </w:r>
          </w:p>
          <w:p w14:paraId="4587FCD6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that converts program code from one language into another</w:t>
            </w:r>
          </w:p>
          <w:p w14:paraId="0CFB80CD" w14:textId="77777777" w:rsidR="004C6ABD" w:rsidRDefault="00F35368">
            <w:pPr>
              <w:pStyle w:val="OptionLine"/>
            </w:pPr>
            <w:r>
              <w:rPr>
                <w:sz w:val="16"/>
              </w:rPr>
              <w:t>B. an error where a program runs but gives the wrong result</w:t>
            </w:r>
          </w:p>
          <w:p w14:paraId="2788F0E5" w14:textId="77777777" w:rsidR="004C6ABD" w:rsidRDefault="00F35368">
            <w:pPr>
              <w:pStyle w:val="OptionLine"/>
            </w:pPr>
            <w:r>
              <w:rPr>
                <w:sz w:val="16"/>
              </w:rPr>
              <w:t>C. a programming language close to human language and relatively independent of hardware</w:t>
            </w:r>
          </w:p>
          <w:p w14:paraId="4B8E526A" w14:textId="77777777" w:rsidR="004C6ABD" w:rsidRDefault="00F35368">
            <w:pPr>
              <w:pStyle w:val="OptionLine"/>
            </w:pPr>
            <w:r>
              <w:rPr>
                <w:sz w:val="16"/>
              </w:rPr>
              <w:t>D. hiding low-level details so a programmer can focus on the problem</w:t>
            </w:r>
          </w:p>
          <w:p w14:paraId="2DFC827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CE1AF60" w14:textId="77777777">
        <w:trPr>
          <w:cantSplit/>
          <w:jc w:val="center"/>
        </w:trPr>
        <w:tc>
          <w:tcPr>
            <w:tcW w:w="5112" w:type="dxa"/>
          </w:tcPr>
          <w:p w14:paraId="73633B6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17. A student writes about Source code. Which statement would be correct?</w:t>
            </w:r>
          </w:p>
          <w:p w14:paraId="40EC18CB" w14:textId="77777777" w:rsidR="004C6ABD" w:rsidRDefault="00F35368">
            <w:pPr>
              <w:pStyle w:val="OptionLine"/>
            </w:pPr>
            <w:r>
              <w:rPr>
                <w:sz w:val="16"/>
              </w:rPr>
              <w:t>A. an IDE feature that shows how variable values change during execution</w:t>
            </w:r>
          </w:p>
          <w:p w14:paraId="3C800D2C" w14:textId="77777777" w:rsidR="004C6ABD" w:rsidRDefault="00F35368">
            <w:pPr>
              <w:pStyle w:val="OptionLine"/>
            </w:pPr>
            <w:r>
              <w:rPr>
                <w:sz w:val="16"/>
              </w:rPr>
              <w:t>B. code written for a particular processor or device</w:t>
            </w:r>
          </w:p>
          <w:p w14:paraId="17861A44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program code written by a programmer before translation</w:t>
            </w:r>
          </w:p>
          <w:p w14:paraId="0EAA6EE9" w14:textId="77777777" w:rsidR="004C6ABD" w:rsidRDefault="00F35368">
            <w:pPr>
              <w:pStyle w:val="OptionLine"/>
            </w:pPr>
            <w:r>
              <w:rPr>
                <w:sz w:val="16"/>
              </w:rPr>
              <w:t>D. a translator that translates and runs code one statement at a time</w:t>
            </w:r>
          </w:p>
          <w:p w14:paraId="3B6D89B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448ACE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Which description correctly matches Mnemonic?</w:t>
            </w:r>
          </w:p>
          <w:p w14:paraId="231E3D6A" w14:textId="77777777" w:rsidR="004C6ABD" w:rsidRDefault="00F35368">
            <w:pPr>
              <w:pStyle w:val="OptionLine"/>
            </w:pPr>
            <w:r>
              <w:rPr>
                <w:sz w:val="16"/>
              </w:rPr>
              <w:t>A. a point where execution pauses so the programmer can inspect the program</w:t>
            </w:r>
          </w:p>
          <w:p w14:paraId="5A26CC2B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program code written by a programmer before translation</w:t>
            </w:r>
          </w:p>
          <w:p w14:paraId="1D738476" w14:textId="77777777" w:rsidR="004C6ABD" w:rsidRDefault="00F35368">
            <w:pPr>
              <w:pStyle w:val="OptionLine"/>
            </w:pPr>
            <w:r>
              <w:rPr>
                <w:sz w:val="16"/>
              </w:rPr>
              <w:t>C. a short word in assembly language that represents an operation</w:t>
            </w:r>
          </w:p>
          <w:p w14:paraId="73AD597D" w14:textId="77777777" w:rsidR="004C6ABD" w:rsidRDefault="00F35368">
            <w:pPr>
              <w:pStyle w:val="OptionLine"/>
            </w:pPr>
            <w:r>
              <w:rPr>
                <w:sz w:val="16"/>
              </w:rPr>
              <w:t>D. how easily software can be moved to different systems</w:t>
            </w:r>
          </w:p>
          <w:p w14:paraId="5C4EFA3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9342560" w14:textId="77777777">
        <w:trPr>
          <w:cantSplit/>
          <w:jc w:val="center"/>
        </w:trPr>
        <w:tc>
          <w:tcPr>
            <w:tcW w:w="5112" w:type="dxa"/>
          </w:tcPr>
          <w:p w14:paraId="5911D3D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18. A student writes about Executable file. Which statement would be correct?</w:t>
            </w:r>
          </w:p>
          <w:p w14:paraId="1BF88A0B" w14:textId="77777777" w:rsidR="004C6ABD" w:rsidRDefault="00F35368">
            <w:pPr>
              <w:pStyle w:val="OptionLine"/>
            </w:pPr>
            <w:r>
              <w:rPr>
                <w:sz w:val="16"/>
              </w:rPr>
              <w:t>A. a translated program that can be run by the computer</w:t>
            </w:r>
          </w:p>
          <w:p w14:paraId="28D47E8C" w14:textId="77777777" w:rsidR="004C6ABD" w:rsidRDefault="00F35368">
            <w:pPr>
              <w:pStyle w:val="OptionLine"/>
            </w:pPr>
            <w:r>
              <w:rPr>
                <w:sz w:val="16"/>
              </w:rPr>
              <w:t>B. an IDE feature that shows how variable values change during execution</w:t>
            </w:r>
          </w:p>
          <w:p w14:paraId="7B077D53" w14:textId="77777777" w:rsidR="004C6ABD" w:rsidRDefault="00F35368">
            <w:pPr>
              <w:pStyle w:val="OptionLine"/>
            </w:pPr>
            <w:r>
              <w:rPr>
                <w:sz w:val="16"/>
              </w:rPr>
              <w:t>C. colouring code to make keywords, strings and errors easier to see</w:t>
            </w:r>
          </w:p>
          <w:p w14:paraId="695FC965" w14:textId="77777777" w:rsidR="004C6ABD" w:rsidRDefault="00F35368">
            <w:pPr>
              <w:pStyle w:val="OptionLine"/>
            </w:pPr>
            <w:r>
              <w:rPr>
                <w:sz w:val="16"/>
              </w:rPr>
              <w:t>D. pre-written code that programmers can use in their programs</w:t>
            </w:r>
          </w:p>
          <w:p w14:paraId="1ABE056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6E3095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A student writes about Machine code. Which statement would be correct?</w:t>
            </w:r>
          </w:p>
          <w:p w14:paraId="4EEAAAF8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tools combined to help programmers write, run and debug code</w:t>
            </w:r>
          </w:p>
          <w:p w14:paraId="1BADCDCE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that converts program code from one language into another</w:t>
            </w:r>
          </w:p>
          <w:p w14:paraId="75BD05EA" w14:textId="77777777" w:rsidR="004C6ABD" w:rsidRDefault="00F35368">
            <w:pPr>
              <w:pStyle w:val="OptionLine"/>
            </w:pPr>
            <w:r>
              <w:rPr>
                <w:sz w:val="16"/>
              </w:rPr>
              <w:t>C. binary instructions that a processor can execute directly</w:t>
            </w:r>
          </w:p>
          <w:p w14:paraId="6F98D70B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part of an IDE used to write and edit source code</w:t>
            </w:r>
          </w:p>
          <w:p w14:paraId="557EB6B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48A03D3" w14:textId="77777777">
        <w:trPr>
          <w:cantSplit/>
          <w:jc w:val="center"/>
        </w:trPr>
        <w:tc>
          <w:tcPr>
            <w:tcW w:w="5112" w:type="dxa"/>
          </w:tcPr>
          <w:p w14:paraId="608ADC1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19. Which description correctly matches Debugger?</w:t>
            </w:r>
          </w:p>
          <w:p w14:paraId="4A2A6740" w14:textId="77777777" w:rsidR="004C6ABD" w:rsidRDefault="00F35368">
            <w:pPr>
              <w:pStyle w:val="OptionLine"/>
            </w:pPr>
            <w:r>
              <w:rPr>
                <w:sz w:val="16"/>
              </w:rPr>
              <w:t>A. a tool used to find and fix errors while a program runs</w:t>
            </w:r>
          </w:p>
          <w:p w14:paraId="57C7D69E" w14:textId="77777777" w:rsidR="004C6ABD" w:rsidRDefault="00F35368">
            <w:pPr>
              <w:pStyle w:val="OptionLine"/>
            </w:pPr>
            <w:r>
              <w:rPr>
                <w:sz w:val="16"/>
              </w:rPr>
              <w:t>B. translated machine code produced by a compiler</w:t>
            </w:r>
          </w:p>
          <w:p w14:paraId="28815978" w14:textId="77777777" w:rsidR="004C6ABD" w:rsidRDefault="00F35368">
            <w:pPr>
              <w:pStyle w:val="OptionLine"/>
            </w:pPr>
            <w:r>
              <w:rPr>
                <w:sz w:val="16"/>
              </w:rPr>
              <w:t>C. an IDE feature that suggests or completes code as it is typed</w:t>
            </w:r>
          </w:p>
          <w:p w14:paraId="055223EB" w14:textId="77777777" w:rsidR="004C6ABD" w:rsidRDefault="00F35368">
            <w:pPr>
              <w:pStyle w:val="OptionLine"/>
            </w:pPr>
            <w:r>
              <w:rPr>
                <w:sz w:val="16"/>
              </w:rPr>
              <w:t>D. a translated program that can be run by the computer</w:t>
            </w:r>
          </w:p>
          <w:p w14:paraId="3B38A13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68ED48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Which option is most closely associated with a programming language close to human language and relatively independent of hardware</w:t>
            </w:r>
          </w:p>
          <w:p w14:paraId="307C8621" w14:textId="77777777" w:rsidR="004C6ABD" w:rsidRDefault="00F35368">
            <w:pPr>
              <w:pStyle w:val="OptionLine"/>
            </w:pPr>
            <w:r>
              <w:rPr>
                <w:sz w:val="16"/>
              </w:rPr>
              <w:t>A. Assembler</w:t>
            </w:r>
          </w:p>
          <w:p w14:paraId="34326B38" w14:textId="77777777" w:rsidR="004C6ABD" w:rsidRDefault="00F35368">
            <w:pPr>
              <w:pStyle w:val="OptionLine"/>
            </w:pPr>
            <w:r>
              <w:rPr>
                <w:sz w:val="16"/>
              </w:rPr>
              <w:t>B. Mnemonic</w:t>
            </w:r>
          </w:p>
          <w:p w14:paraId="0D4804E9" w14:textId="77777777" w:rsidR="004C6ABD" w:rsidRDefault="00F35368">
            <w:pPr>
              <w:pStyle w:val="OptionLine"/>
            </w:pPr>
            <w:r>
              <w:rPr>
                <w:sz w:val="16"/>
              </w:rPr>
              <w:t>C. High-level language</w:t>
            </w:r>
          </w:p>
          <w:p w14:paraId="1EF10FA6" w14:textId="77777777" w:rsidR="004C6ABD" w:rsidRDefault="00F35368">
            <w:pPr>
              <w:pStyle w:val="OptionLine"/>
            </w:pPr>
            <w:r>
              <w:rPr>
                <w:sz w:val="16"/>
              </w:rPr>
              <w:t>D. Code editor</w:t>
            </w:r>
          </w:p>
          <w:p w14:paraId="20F2253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A35E9CD" w14:textId="77777777">
        <w:trPr>
          <w:cantSplit/>
          <w:jc w:val="center"/>
        </w:trPr>
        <w:tc>
          <w:tcPr>
            <w:tcW w:w="5112" w:type="dxa"/>
          </w:tcPr>
          <w:p w14:paraId="3DC1778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20. A student writes about Library. Which statement would be correct?</w:t>
            </w:r>
          </w:p>
          <w:p w14:paraId="4212CFD4" w14:textId="77777777" w:rsidR="004C6ABD" w:rsidRDefault="00F35368">
            <w:pPr>
              <w:pStyle w:val="OptionLine"/>
            </w:pPr>
            <w:r>
              <w:rPr>
                <w:sz w:val="16"/>
              </w:rPr>
              <w:t>A. an IDE feature that suggests or completes code as it is typed</w:t>
            </w:r>
          </w:p>
          <w:p w14:paraId="66BBDFCA" w14:textId="77777777" w:rsidR="004C6ABD" w:rsidRDefault="00F35368">
            <w:pPr>
              <w:pStyle w:val="OptionLine"/>
            </w:pPr>
            <w:r>
              <w:rPr>
                <w:sz w:val="16"/>
              </w:rPr>
              <w:t>B. a programming language close to the hardware, such as assembly language or machine code</w:t>
            </w:r>
          </w:p>
          <w:p w14:paraId="5085382D" w14:textId="77777777" w:rsidR="004C6ABD" w:rsidRDefault="00F35368">
            <w:pPr>
              <w:pStyle w:val="OptionLine"/>
            </w:pPr>
            <w:r>
              <w:rPr>
                <w:sz w:val="16"/>
              </w:rPr>
              <w:t>C. pre-written code that programmers can use in their programs</w:t>
            </w:r>
          </w:p>
          <w:p w14:paraId="21C8F07D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facility that allows a program to be run and tested</w:t>
            </w:r>
          </w:p>
          <w:p w14:paraId="34BEB29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2D63A2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Which term best matches this description: binary instructions that a processor can execute directly</w:t>
            </w:r>
          </w:p>
          <w:p w14:paraId="3F80AD59" w14:textId="77777777" w:rsidR="004C6ABD" w:rsidRDefault="00F35368">
            <w:pPr>
              <w:pStyle w:val="OptionLine"/>
            </w:pPr>
            <w:r>
              <w:rPr>
                <w:sz w:val="16"/>
              </w:rPr>
              <w:t>A. Machine code</w:t>
            </w:r>
          </w:p>
          <w:p w14:paraId="4687135C" w14:textId="77777777" w:rsidR="004C6ABD" w:rsidRDefault="00F35368">
            <w:pPr>
              <w:pStyle w:val="OptionLine"/>
            </w:pPr>
            <w:r>
              <w:rPr>
                <w:sz w:val="16"/>
              </w:rPr>
              <w:t>B. Syntax error</w:t>
            </w:r>
          </w:p>
          <w:p w14:paraId="46FE9D11" w14:textId="77777777" w:rsidR="004C6ABD" w:rsidRDefault="00F35368">
            <w:pPr>
              <w:pStyle w:val="OptionLine"/>
            </w:pPr>
            <w:r>
              <w:rPr>
                <w:sz w:val="16"/>
              </w:rPr>
              <w:t>C. Readability</w:t>
            </w:r>
          </w:p>
          <w:p w14:paraId="30DC7D8D" w14:textId="77777777" w:rsidR="004C6ABD" w:rsidRDefault="00F35368">
            <w:pPr>
              <w:pStyle w:val="OptionLine"/>
            </w:pPr>
            <w:r>
              <w:rPr>
                <w:sz w:val="16"/>
              </w:rPr>
              <w:t>D. Operand</w:t>
            </w:r>
          </w:p>
          <w:p w14:paraId="15C9650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