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72AA" w14:textId="77777777" w:rsidR="00894534" w:rsidRPr="00177C07" w:rsidRDefault="00ED7E52" w:rsidP="009C39F6">
      <w:pPr>
        <w:pStyle w:val="Heading1"/>
        <w:spacing w:before="0"/>
        <w:rPr>
          <w:rFonts w:ascii="Aptos" w:hAnsi="Aptos"/>
        </w:rPr>
      </w:pPr>
      <w:r w:rsidRPr="00177C07">
        <w:rPr>
          <w:rFonts w:ascii="Aptos" w:hAnsi="Aptos"/>
        </w:rPr>
        <w:t>Worksheet 1.1A: Systems architecture</w:t>
      </w:r>
    </w:p>
    <w:p w14:paraId="5B92C615" w14:textId="4FD17C9F" w:rsidR="00B773C8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CPU components, fetch-execute cycle and embedded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55F23609" w14:textId="77777777" w:rsidTr="00B773C8">
        <w:tc>
          <w:tcPr>
            <w:tcW w:w="10584" w:type="dxa"/>
            <w:shd w:val="clear" w:color="auto" w:fill="DAEEF3" w:themeFill="accent5" w:themeFillTint="33"/>
          </w:tcPr>
          <w:p w14:paraId="13C6D250" w14:textId="77777777" w:rsidR="00B773C8" w:rsidRPr="00177C07" w:rsidRDefault="00B773C8" w:rsidP="00741D40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4D7F0016" w14:textId="77777777" w:rsidR="00B773C8" w:rsidRPr="00177C07" w:rsidRDefault="00B773C8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The CPU carries out the fetch-execute cycle.</w:t>
            </w:r>
          </w:p>
          <w:p w14:paraId="1C331F3D" w14:textId="77777777" w:rsidR="00B773C8" w:rsidRPr="00177C07" w:rsidRDefault="00B773C8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State the purpose of the CPU. (2)</w:t>
            </w:r>
          </w:p>
          <w:p w14:paraId="7042396E" w14:textId="77777777" w:rsidR="00B773C8" w:rsidRPr="00177C07" w:rsidRDefault="00B773C8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Describe what happens during the fetch stage. (3)</w:t>
            </w:r>
          </w:p>
          <w:p w14:paraId="14FD56A8" w14:textId="7066698D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(c) Describe what happens during the </w:t>
            </w:r>
            <w:proofErr w:type="gramStart"/>
            <w:r w:rsidRPr="00177C07">
              <w:rPr>
                <w:rFonts w:ascii="Aptos" w:hAnsi="Aptos"/>
              </w:rPr>
              <w:t>execute</w:t>
            </w:r>
            <w:proofErr w:type="gramEnd"/>
            <w:r w:rsidRPr="00177C07">
              <w:rPr>
                <w:rFonts w:ascii="Aptos" w:hAnsi="Aptos"/>
              </w:rPr>
              <w:t xml:space="preserve"> stage. (3)</w:t>
            </w:r>
          </w:p>
        </w:tc>
      </w:tr>
      <w:tr w:rsidR="00B773C8" w:rsidRPr="00177C07" w14:paraId="7A105D46" w14:textId="77777777" w:rsidTr="00D801ED">
        <w:tc>
          <w:tcPr>
            <w:tcW w:w="10584" w:type="dxa"/>
          </w:tcPr>
          <w:p w14:paraId="113D5C7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E501839" w14:textId="77777777" w:rsidTr="00B773C8">
        <w:tc>
          <w:tcPr>
            <w:tcW w:w="10584" w:type="dxa"/>
            <w:shd w:val="clear" w:color="auto" w:fill="DAEEF3" w:themeFill="accent5" w:themeFillTint="33"/>
          </w:tcPr>
          <w:p w14:paraId="049DBC05" w14:textId="77777777" w:rsidR="00B773C8" w:rsidRPr="00177C07" w:rsidRDefault="00B773C8" w:rsidP="00B773C8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3242AFC8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Complete the table by explaining the role of each CPU component or register.</w:t>
            </w:r>
          </w:p>
          <w:p w14:paraId="435E6CB0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ALU</w:t>
            </w:r>
          </w:p>
          <w:p w14:paraId="187C7E65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Control Unit</w:t>
            </w:r>
          </w:p>
          <w:p w14:paraId="7B09B617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Cache</w:t>
            </w:r>
          </w:p>
          <w:p w14:paraId="3E9B828C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MAR</w:t>
            </w:r>
          </w:p>
          <w:p w14:paraId="6EEC07CD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MDR</w:t>
            </w:r>
          </w:p>
          <w:p w14:paraId="6FF44698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Program Counter</w:t>
            </w:r>
          </w:p>
          <w:p w14:paraId="094530A1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Accumulator</w:t>
            </w:r>
          </w:p>
          <w:p w14:paraId="4200A894" w14:textId="23EC4B5F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General purpose registers</w:t>
            </w:r>
          </w:p>
        </w:tc>
      </w:tr>
      <w:tr w:rsidR="00B773C8" w:rsidRPr="00177C07" w14:paraId="1B6C2138" w14:textId="77777777" w:rsidTr="00FA0568">
        <w:tc>
          <w:tcPr>
            <w:tcW w:w="10584" w:type="dxa"/>
          </w:tcPr>
          <w:p w14:paraId="3BF75B08" w14:textId="77777777" w:rsidR="00B773C8" w:rsidRPr="00177C07" w:rsidRDefault="00B773C8" w:rsidP="00B773C8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E0CF237" w14:textId="77777777" w:rsidTr="00B773C8">
        <w:tc>
          <w:tcPr>
            <w:tcW w:w="10584" w:type="dxa"/>
            <w:shd w:val="clear" w:color="auto" w:fill="DAEEF3" w:themeFill="accent5" w:themeFillTint="33"/>
          </w:tcPr>
          <w:p w14:paraId="2579E4A0" w14:textId="77777777" w:rsidR="00B773C8" w:rsidRPr="00177C07" w:rsidRDefault="00B773C8" w:rsidP="00B773C8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72E437CF" w14:textId="79737F3D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student compares two laptops.</w:t>
            </w:r>
          </w:p>
          <w:p w14:paraId="3A5DC6B9" w14:textId="5EE54B1B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Laptop A: 2.2 GHz dual-core CPU with 4 MB cache.</w:t>
            </w:r>
          </w:p>
          <w:p w14:paraId="48D98A9B" w14:textId="1D7F4611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Laptop B: 1.8 GHz quad-core CPU with 8 MB cache.</w:t>
            </w:r>
          </w:p>
          <w:p w14:paraId="05349A37" w14:textId="3B144CCF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Explain four ways these CPU characteristics could affect performance. You should refer to </w:t>
            </w:r>
            <w:proofErr w:type="gramStart"/>
            <w:r w:rsidRPr="00177C07">
              <w:rPr>
                <w:rFonts w:ascii="Aptos" w:hAnsi="Aptos"/>
              </w:rPr>
              <w:t>the laptops</w:t>
            </w:r>
            <w:proofErr w:type="gramEnd"/>
            <w:r w:rsidRPr="00177C07">
              <w:rPr>
                <w:rFonts w:ascii="Aptos" w:hAnsi="Aptos"/>
              </w:rPr>
              <w:t xml:space="preserve"> in your answer.</w:t>
            </w:r>
          </w:p>
        </w:tc>
      </w:tr>
      <w:tr w:rsidR="00B773C8" w:rsidRPr="00177C07" w14:paraId="1826DD23" w14:textId="77777777" w:rsidTr="000C333B">
        <w:tc>
          <w:tcPr>
            <w:tcW w:w="10584" w:type="dxa"/>
          </w:tcPr>
          <w:p w14:paraId="0EC78ADC" w14:textId="77777777" w:rsidR="00B773C8" w:rsidRPr="00177C07" w:rsidRDefault="00B773C8" w:rsidP="00B773C8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A9F4A24" w14:textId="77777777" w:rsidTr="00B773C8">
        <w:tc>
          <w:tcPr>
            <w:tcW w:w="10584" w:type="dxa"/>
            <w:shd w:val="clear" w:color="auto" w:fill="DAEEF3" w:themeFill="accent5" w:themeFillTint="33"/>
          </w:tcPr>
          <w:p w14:paraId="340BCFA8" w14:textId="77777777" w:rsidR="00B773C8" w:rsidRPr="00177C07" w:rsidRDefault="00B773C8" w:rsidP="00B773C8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42A1F92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digital camera contains an embedded system.</w:t>
            </w:r>
          </w:p>
          <w:p w14:paraId="1F09FF14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Define an embedded system. (2)</w:t>
            </w:r>
          </w:p>
          <w:p w14:paraId="5D8B7057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Give two characteristics of an embedded system. (2)</w:t>
            </w:r>
          </w:p>
          <w:p w14:paraId="5B5302CD" w14:textId="14D37E1D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two reasons why an embedded system is suitable for a digital camera. (4)</w:t>
            </w:r>
          </w:p>
        </w:tc>
      </w:tr>
      <w:tr w:rsidR="00B773C8" w:rsidRPr="00177C07" w14:paraId="6712B92C" w14:textId="77777777" w:rsidTr="00C61841">
        <w:tc>
          <w:tcPr>
            <w:tcW w:w="10584" w:type="dxa"/>
          </w:tcPr>
          <w:p w14:paraId="24CCFD00" w14:textId="77777777" w:rsidR="00B773C8" w:rsidRPr="00177C07" w:rsidRDefault="00B773C8" w:rsidP="00B773C8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9521A27" w14:textId="77777777" w:rsidTr="00B773C8">
        <w:tc>
          <w:tcPr>
            <w:tcW w:w="10584" w:type="dxa"/>
            <w:shd w:val="clear" w:color="auto" w:fill="DAEEF3" w:themeFill="accent5" w:themeFillTint="33"/>
          </w:tcPr>
          <w:p w14:paraId="14313D06" w14:textId="77777777" w:rsidR="00B773C8" w:rsidRPr="00177C07" w:rsidRDefault="00B773C8" w:rsidP="00B773C8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3FFED550" w14:textId="77777777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school is replacing desktop computers used for video editing and programming.</w:t>
            </w:r>
          </w:p>
          <w:p w14:paraId="24C23403" w14:textId="1099DB01" w:rsidR="00B773C8" w:rsidRPr="00177C07" w:rsidRDefault="00B773C8" w:rsidP="00B773C8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Evaluate whether the school should </w:t>
            </w:r>
            <w:proofErr w:type="spellStart"/>
            <w:r w:rsidRPr="00177C07">
              <w:rPr>
                <w:rFonts w:ascii="Aptos" w:hAnsi="Aptos"/>
              </w:rPr>
              <w:t>prioritise</w:t>
            </w:r>
            <w:proofErr w:type="spellEnd"/>
            <w:r w:rsidRPr="00177C07">
              <w:rPr>
                <w:rFonts w:ascii="Aptos" w:hAnsi="Aptos"/>
              </w:rPr>
              <w:t xml:space="preserve"> clock speed, number of cores or cache size when choosing CPUs. Give a justified recommendation.</w:t>
            </w:r>
          </w:p>
        </w:tc>
      </w:tr>
      <w:tr w:rsidR="00B773C8" w:rsidRPr="00177C07" w14:paraId="038397A6" w14:textId="77777777" w:rsidTr="00E31B86">
        <w:tc>
          <w:tcPr>
            <w:tcW w:w="10584" w:type="dxa"/>
          </w:tcPr>
          <w:p w14:paraId="1D55E6CA" w14:textId="77777777" w:rsidR="00B773C8" w:rsidRPr="00177C07" w:rsidRDefault="00B773C8" w:rsidP="00B773C8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