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23C87" w14:textId="77777777" w:rsidR="00894534" w:rsidRPr="00177C07" w:rsidRDefault="00ED7E52">
      <w:pPr>
        <w:pStyle w:val="Heading1"/>
        <w:rPr>
          <w:rFonts w:ascii="Aptos" w:hAnsi="Aptos"/>
        </w:rPr>
      </w:pPr>
      <w:r w:rsidRPr="00177C07">
        <w:rPr>
          <w:rFonts w:ascii="Aptos" w:hAnsi="Aptos"/>
        </w:rPr>
        <w:t>Worksheet 1.2B: Memory and storage</w:t>
      </w:r>
    </w:p>
    <w:p w14:paraId="62D8B50C" w14:textId="77777777" w:rsidR="00894534" w:rsidRPr="00177C07" w:rsidRDefault="00ED7E52">
      <w:pPr>
        <w:rPr>
          <w:rFonts w:ascii="Aptos" w:hAnsi="Aptos"/>
        </w:rPr>
      </w:pPr>
      <w:r w:rsidRPr="00177C07">
        <w:rPr>
          <w:rFonts w:ascii="Aptos" w:hAnsi="Aptos"/>
          <w:b/>
        </w:rPr>
        <w:t xml:space="preserve">Focus: </w:t>
      </w:r>
      <w:r w:rsidRPr="00177C07">
        <w:rPr>
          <w:rFonts w:ascii="Aptos" w:hAnsi="Aptos"/>
        </w:rPr>
        <w:t>Virtual memory, data capacity and media choices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773C8" w:rsidRPr="00177C07" w14:paraId="142A22D3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2228E3D8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1 (8 marks)</w:t>
            </w:r>
          </w:p>
          <w:p w14:paraId="5DDD76F9" w14:textId="2CDA0CC9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Q1. Explain why a computer needs primary storage. Include RAM, ROM and virtual memory in your answer.</w:t>
            </w:r>
          </w:p>
        </w:tc>
      </w:tr>
      <w:tr w:rsidR="00B773C8" w:rsidRPr="00177C07" w14:paraId="5D0799D7" w14:textId="77777777" w:rsidTr="00741D40">
        <w:tc>
          <w:tcPr>
            <w:tcW w:w="10584" w:type="dxa"/>
          </w:tcPr>
          <w:p w14:paraId="2F86AF80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79E5795E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138DDD0C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2 (8 marks)</w:t>
            </w:r>
          </w:p>
          <w:p w14:paraId="4465D99E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Q2. A photographer is choosing between optical discs, magnetic hard disks and solid-state storage.</w:t>
            </w:r>
          </w:p>
          <w:p w14:paraId="07A5ACDE" w14:textId="5BB0E8A6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Compare these three types using speed, capacity, durability and cost.</w:t>
            </w:r>
          </w:p>
        </w:tc>
      </w:tr>
      <w:tr w:rsidR="00B773C8" w:rsidRPr="00177C07" w14:paraId="5CD94E58" w14:textId="77777777" w:rsidTr="00741D40">
        <w:tc>
          <w:tcPr>
            <w:tcW w:w="10584" w:type="dxa"/>
          </w:tcPr>
          <w:p w14:paraId="736DF83E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5A5EC086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7CF1B183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3 (8 marks)</w:t>
            </w:r>
          </w:p>
          <w:p w14:paraId="5F33DF81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Q3. Binary and hexadecimal.</w:t>
            </w:r>
          </w:p>
          <w:p w14:paraId="64124DE0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(a) Convert 11001010 to denary. (2)</w:t>
            </w:r>
          </w:p>
          <w:p w14:paraId="2D426770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(b) Convert 94 to 8-bit binary. (2)</w:t>
            </w:r>
          </w:p>
          <w:p w14:paraId="6786FE17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(c) Convert 11110000 to hexadecimal. (2)</w:t>
            </w:r>
          </w:p>
          <w:p w14:paraId="179F6E7F" w14:textId="75AF287B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(d) Convert B6 to denary. (2)</w:t>
            </w:r>
          </w:p>
        </w:tc>
      </w:tr>
      <w:tr w:rsidR="00B773C8" w:rsidRPr="00177C07" w14:paraId="012E3A64" w14:textId="77777777" w:rsidTr="00741D40">
        <w:tc>
          <w:tcPr>
            <w:tcW w:w="10584" w:type="dxa"/>
          </w:tcPr>
          <w:p w14:paraId="000CABFA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6240F2F5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0572B80B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4 (8 marks)</w:t>
            </w:r>
          </w:p>
          <w:p w14:paraId="1D0B4195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Q4. </w:t>
            </w:r>
            <w:proofErr w:type="gramStart"/>
            <w:r w:rsidRPr="00177C07">
              <w:rPr>
                <w:rFonts w:ascii="Aptos" w:hAnsi="Aptos"/>
              </w:rPr>
              <w:t>A bitmap</w:t>
            </w:r>
            <w:proofErr w:type="gramEnd"/>
            <w:r w:rsidRPr="00177C07">
              <w:rPr>
                <w:rFonts w:ascii="Aptos" w:hAnsi="Aptos"/>
              </w:rPr>
              <w:t xml:space="preserve"> image is 1024 pixels wide and 768 pixels high. It uses 24-bit </w:t>
            </w:r>
            <w:proofErr w:type="spellStart"/>
            <w:r w:rsidRPr="00177C07">
              <w:rPr>
                <w:rFonts w:ascii="Aptos" w:hAnsi="Aptos"/>
              </w:rPr>
              <w:t>colour</w:t>
            </w:r>
            <w:proofErr w:type="spellEnd"/>
            <w:r w:rsidRPr="00177C07">
              <w:rPr>
                <w:rFonts w:ascii="Aptos" w:hAnsi="Aptos"/>
              </w:rPr>
              <w:t>.</w:t>
            </w:r>
          </w:p>
          <w:p w14:paraId="53DFC4D3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(a) Calculate the file size in bits. (3)</w:t>
            </w:r>
          </w:p>
          <w:p w14:paraId="4A8EA85F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(b) Convert your answer to bytes. (2)</w:t>
            </w:r>
          </w:p>
          <w:p w14:paraId="6582B404" w14:textId="58F9794B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(c) Explain how reducing </w:t>
            </w:r>
            <w:proofErr w:type="spellStart"/>
            <w:r w:rsidRPr="00177C07">
              <w:rPr>
                <w:rFonts w:ascii="Aptos" w:hAnsi="Aptos"/>
              </w:rPr>
              <w:t>colour</w:t>
            </w:r>
            <w:proofErr w:type="spellEnd"/>
            <w:r w:rsidRPr="00177C07">
              <w:rPr>
                <w:rFonts w:ascii="Aptos" w:hAnsi="Aptos"/>
              </w:rPr>
              <w:t xml:space="preserve"> depth would affect file size and quality. (3)</w:t>
            </w:r>
          </w:p>
        </w:tc>
      </w:tr>
      <w:tr w:rsidR="00B773C8" w:rsidRPr="00177C07" w14:paraId="7EFCADB4" w14:textId="77777777" w:rsidTr="00741D40">
        <w:tc>
          <w:tcPr>
            <w:tcW w:w="10584" w:type="dxa"/>
          </w:tcPr>
          <w:p w14:paraId="70B586AE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3AD2E1EE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1E707C86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5 (8 marks)</w:t>
            </w:r>
          </w:p>
          <w:p w14:paraId="5C65D85A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Q5. A laptop becomes very slow when many applications are open. The user notices the storage drive is being used heavily.</w:t>
            </w:r>
          </w:p>
          <w:p w14:paraId="3EA0D331" w14:textId="52030591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Explain what is happening and suggest two ways to reduce the problem.</w:t>
            </w:r>
          </w:p>
        </w:tc>
      </w:tr>
      <w:tr w:rsidR="00B773C8" w:rsidRPr="00177C07" w14:paraId="6FC90414" w14:textId="77777777" w:rsidTr="00741D40">
        <w:tc>
          <w:tcPr>
            <w:tcW w:w="10584" w:type="dxa"/>
          </w:tcPr>
          <w:p w14:paraId="47324D37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</w:tbl>
    <w:sectPr w:rsidR="00894534" w:rsidRPr="00177C07" w:rsidSect="009C39F6">
      <w:headerReference w:type="default" r:id="rId8"/>
      <w:pgSz w:w="12240" w:h="15840"/>
      <w:pgMar w:top="1440" w:right="1440" w:bottom="144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5E123" w14:textId="77777777" w:rsidR="00ED7E52" w:rsidRDefault="00ED7E52">
      <w:pPr>
        <w:spacing w:after="0" w:line="240" w:lineRule="auto"/>
      </w:pPr>
      <w:r>
        <w:separator/>
      </w:r>
    </w:p>
  </w:endnote>
  <w:endnote w:type="continuationSeparator" w:id="0">
    <w:p w14:paraId="19240F95" w14:textId="77777777" w:rsidR="00ED7E52" w:rsidRDefault="00ED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32AE" w14:textId="77777777" w:rsidR="00ED7E52" w:rsidRDefault="00ED7E52">
      <w:pPr>
        <w:spacing w:after="0" w:line="240" w:lineRule="auto"/>
      </w:pPr>
      <w:r>
        <w:separator/>
      </w:r>
    </w:p>
  </w:footnote>
  <w:footnote w:type="continuationSeparator" w:id="0">
    <w:p w14:paraId="62D798AB" w14:textId="77777777" w:rsidR="00ED7E52" w:rsidRDefault="00ED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4B70" w14:textId="1B51FA5C" w:rsidR="00894534" w:rsidRDefault="00ED7E52">
    <w:pPr>
      <w:jc w:val="center"/>
    </w:pPr>
    <w:r>
      <w:rPr>
        <w:color w:val="505050"/>
        <w:sz w:val="16"/>
      </w:rPr>
      <w:t>OCR J277 GCSE Computer Science - 40 mark worksheet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6339531">
    <w:abstractNumId w:val="8"/>
  </w:num>
  <w:num w:numId="2" w16cid:durableId="1483691146">
    <w:abstractNumId w:val="6"/>
  </w:num>
  <w:num w:numId="3" w16cid:durableId="1380668747">
    <w:abstractNumId w:val="5"/>
  </w:num>
  <w:num w:numId="4" w16cid:durableId="386690058">
    <w:abstractNumId w:val="4"/>
  </w:num>
  <w:num w:numId="5" w16cid:durableId="1481967366">
    <w:abstractNumId w:val="7"/>
  </w:num>
  <w:num w:numId="6" w16cid:durableId="476075851">
    <w:abstractNumId w:val="3"/>
  </w:num>
  <w:num w:numId="7" w16cid:durableId="669719277">
    <w:abstractNumId w:val="2"/>
  </w:num>
  <w:num w:numId="8" w16cid:durableId="143812392">
    <w:abstractNumId w:val="1"/>
  </w:num>
  <w:num w:numId="9" w16cid:durableId="96253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019"/>
    <w:rsid w:val="0015074B"/>
    <w:rsid w:val="00177C07"/>
    <w:rsid w:val="0029639D"/>
    <w:rsid w:val="00326F90"/>
    <w:rsid w:val="00630CBF"/>
    <w:rsid w:val="00894534"/>
    <w:rsid w:val="009C39F6"/>
    <w:rsid w:val="00AA1D8D"/>
    <w:rsid w:val="00B47730"/>
    <w:rsid w:val="00B773C8"/>
    <w:rsid w:val="00CB0664"/>
    <w:rsid w:val="00ED7E52"/>
    <w:rsid w:val="00FC693F"/>
    <w:rsid w:val="00FD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2E79D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Block"/>
    <w:rPr>
      <w:rFonts w:ascii="Courier New" w:hAnsi="Courier Ne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33</Pages>
  <Words>4992</Words>
  <Characters>28455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4</cp:revision>
  <dcterms:created xsi:type="dcterms:W3CDTF">2026-06-09T09:21:00Z</dcterms:created>
  <dcterms:modified xsi:type="dcterms:W3CDTF">2026-06-09T09:22:00Z</dcterms:modified>
  <cp:category/>
</cp:coreProperties>
</file>