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CFFB4" w14:textId="40A8D228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1.2C: Memory and storage</w:t>
      </w:r>
    </w:p>
    <w:p w14:paraId="6D6A5FE6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Characters, sound, images, binary arithmetic and compression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78097A5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9824E9F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270F153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how characters are represented in a computer system.</w:t>
            </w:r>
          </w:p>
          <w:p w14:paraId="0DAE6FF3" w14:textId="15ED7736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Your answer should include character sets, ASCII, Unicode and the relationship between bits per character and number of characters represented.</w:t>
            </w:r>
          </w:p>
        </w:tc>
      </w:tr>
      <w:tr w:rsidR="00B773C8" w:rsidRPr="00177C07" w14:paraId="15B08391" w14:textId="77777777" w:rsidTr="00741D40">
        <w:tc>
          <w:tcPr>
            <w:tcW w:w="10584" w:type="dxa"/>
          </w:tcPr>
          <w:p w14:paraId="1EA75D3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29FF8647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3B2A812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17E68C97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Sound sampling.</w:t>
            </w:r>
          </w:p>
          <w:p w14:paraId="02AC2C5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Define sample rate. (2)</w:t>
            </w:r>
          </w:p>
          <w:p w14:paraId="222EA568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Define bit depth. (2)</w:t>
            </w:r>
          </w:p>
          <w:p w14:paraId="2FB41111" w14:textId="4D24C02E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Explain how increasing sample rate and bit depth affects playback quality and file size. (4)</w:t>
            </w:r>
          </w:p>
        </w:tc>
      </w:tr>
      <w:tr w:rsidR="00B773C8" w:rsidRPr="00177C07" w14:paraId="08429D9B" w14:textId="77777777" w:rsidTr="00741D40">
        <w:tc>
          <w:tcPr>
            <w:tcW w:w="10584" w:type="dxa"/>
          </w:tcPr>
          <w:p w14:paraId="4ACF281C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19D2EC3D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3FFC778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16941605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Binary arithmetic and shifts.</w:t>
            </w:r>
          </w:p>
          <w:p w14:paraId="4A1D85F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Add 01011001 and 00100111. (3)</w:t>
            </w:r>
          </w:p>
          <w:p w14:paraId="69A97839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Explain whether overflow occurs. (2)</w:t>
            </w:r>
          </w:p>
          <w:p w14:paraId="25760996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State the denary effect of shifting 00010110 left by one place. (1)</w:t>
            </w:r>
          </w:p>
          <w:p w14:paraId="7EA4F834" w14:textId="3CFCE688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Give the binary result of shifting 00010110 left by one place. (2)</w:t>
            </w:r>
          </w:p>
        </w:tc>
      </w:tr>
      <w:tr w:rsidR="00B773C8" w:rsidRPr="00177C07" w14:paraId="428AE940" w14:textId="77777777" w:rsidTr="00741D40">
        <w:tc>
          <w:tcPr>
            <w:tcW w:w="10584" w:type="dxa"/>
          </w:tcPr>
          <w:p w14:paraId="4BBD91B0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69D1508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751F6EA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E7A698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website stores images of products.</w:t>
            </w:r>
          </w:p>
          <w:p w14:paraId="66230DB2" w14:textId="1A4AA732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 xml:space="preserve">Explain how resolution, </w:t>
            </w:r>
            <w:proofErr w:type="spellStart"/>
            <w:r w:rsidRPr="00177C07">
              <w:rPr>
                <w:rFonts w:ascii="Aptos" w:hAnsi="Aptos"/>
              </w:rPr>
              <w:t>colour</w:t>
            </w:r>
            <w:proofErr w:type="spellEnd"/>
            <w:r w:rsidRPr="00177C07">
              <w:rPr>
                <w:rFonts w:ascii="Aptos" w:hAnsi="Aptos"/>
              </w:rPr>
              <w:t xml:space="preserve"> depth and metadata affect image files.</w:t>
            </w:r>
          </w:p>
        </w:tc>
      </w:tr>
      <w:tr w:rsidR="00B773C8" w:rsidRPr="00177C07" w14:paraId="15B08B58" w14:textId="77777777" w:rsidTr="00741D40">
        <w:tc>
          <w:tcPr>
            <w:tcW w:w="10584" w:type="dxa"/>
          </w:tcPr>
          <w:p w14:paraId="1E0A8C2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5DF506C6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E273DCE" w14:textId="77777777" w:rsidR="00FD051A" w:rsidRPr="00177C07" w:rsidRDefault="00FD051A" w:rsidP="00FD051A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427B0604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Recommend suitable compression for each file type and justify your choices:</w:t>
            </w:r>
          </w:p>
          <w:p w14:paraId="04A29CC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a text document containing exam answers (2)</w:t>
            </w:r>
          </w:p>
          <w:p w14:paraId="6D6613AD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a photograph for a webpage (2)</w:t>
            </w:r>
          </w:p>
          <w:p w14:paraId="000DBE53" w14:textId="77777777" w:rsidR="00FD051A" w:rsidRPr="00177C07" w:rsidRDefault="00FD051A" w:rsidP="00FD051A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a music file for streaming (2)</w:t>
            </w:r>
          </w:p>
          <w:p w14:paraId="30DE5F26" w14:textId="65020A1B" w:rsidR="00B773C8" w:rsidRPr="00177C07" w:rsidRDefault="00FD051A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a program installation file (2)</w:t>
            </w:r>
          </w:p>
        </w:tc>
      </w:tr>
      <w:tr w:rsidR="00B773C8" w:rsidRPr="00177C07" w14:paraId="72466EE7" w14:textId="77777777" w:rsidTr="00741D40">
        <w:tc>
          <w:tcPr>
            <w:tcW w:w="10584" w:type="dxa"/>
          </w:tcPr>
          <w:p w14:paraId="1C11CF32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