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0FFF8" w14:textId="77777777" w:rsidR="00894534" w:rsidRPr="00177C07" w:rsidRDefault="00ED7E52">
      <w:pPr>
        <w:pStyle w:val="Heading1"/>
        <w:rPr>
          <w:rFonts w:ascii="Aptos" w:hAnsi="Aptos"/>
        </w:rPr>
      </w:pPr>
      <w:r w:rsidRPr="00177C07">
        <w:rPr>
          <w:rFonts w:ascii="Aptos" w:hAnsi="Aptos"/>
        </w:rPr>
        <w:t>Worksheet 1.3B: Computer networks, connections and protocols</w:t>
      </w:r>
    </w:p>
    <w:p w14:paraId="1958A836" w14:textId="77777777" w:rsidR="00894534" w:rsidRPr="00177C07" w:rsidRDefault="00ED7E52">
      <w:pPr>
        <w:rPr>
          <w:rFonts w:ascii="Aptos" w:hAnsi="Aptos"/>
        </w:rPr>
      </w:pPr>
      <w:r w:rsidRPr="00177C07">
        <w:rPr>
          <w:rFonts w:ascii="Aptos" w:hAnsi="Aptos"/>
          <w:b/>
        </w:rPr>
        <w:t xml:space="preserve">Focus: </w:t>
      </w:r>
      <w:r w:rsidRPr="00177C07">
        <w:rPr>
          <w:rFonts w:ascii="Aptos" w:hAnsi="Aptos"/>
        </w:rPr>
        <w:t>Network performance, addressing, standards and layers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73C8" w:rsidRPr="00177C07" w14:paraId="6D914BD3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2DE48D75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1 (8 marks)</w:t>
            </w:r>
          </w:p>
          <w:p w14:paraId="2FBC8043" w14:textId="45981DDA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Q1. Identify and explain four factors that can affect network performance.</w:t>
            </w:r>
          </w:p>
        </w:tc>
      </w:tr>
      <w:tr w:rsidR="00B773C8" w:rsidRPr="00177C07" w14:paraId="58DFBC99" w14:textId="77777777" w:rsidTr="00741D40">
        <w:tc>
          <w:tcPr>
            <w:tcW w:w="10584" w:type="dxa"/>
          </w:tcPr>
          <w:p w14:paraId="7A16D469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042D7918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4AF88539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2 (8 marks)</w:t>
            </w:r>
          </w:p>
          <w:p w14:paraId="1A532E8C" w14:textId="77BE1FDD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Q2. Compare Ethernet, Wi-Fi and Bluetooth as connection methods. Give one suitable use for each.</w:t>
            </w:r>
          </w:p>
        </w:tc>
      </w:tr>
      <w:tr w:rsidR="00B773C8" w:rsidRPr="00177C07" w14:paraId="7CE6661C" w14:textId="77777777" w:rsidTr="00741D40">
        <w:tc>
          <w:tcPr>
            <w:tcW w:w="10584" w:type="dxa"/>
          </w:tcPr>
          <w:p w14:paraId="5F8B4517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3E8ADC32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75C69334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3 (8 marks)</w:t>
            </w:r>
          </w:p>
          <w:p w14:paraId="2DE82973" w14:textId="53D96229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Q3. Explain how a web browser uses DNS, hosting, web servers and clients when a user </w:t>
            </w:r>
            <w:proofErr w:type="gramStart"/>
            <w:r w:rsidRPr="00177C07">
              <w:rPr>
                <w:rFonts w:ascii="Aptos" w:hAnsi="Aptos"/>
              </w:rPr>
              <w:t>visits</w:t>
            </w:r>
            <w:proofErr w:type="gramEnd"/>
            <w:r w:rsidRPr="00177C07">
              <w:rPr>
                <w:rFonts w:ascii="Aptos" w:hAnsi="Aptos"/>
              </w:rPr>
              <w:t xml:space="preserve"> www.example.com.</w:t>
            </w:r>
          </w:p>
        </w:tc>
      </w:tr>
      <w:tr w:rsidR="00B773C8" w:rsidRPr="00177C07" w14:paraId="3A300952" w14:textId="77777777" w:rsidTr="00741D40">
        <w:tc>
          <w:tcPr>
            <w:tcW w:w="10584" w:type="dxa"/>
          </w:tcPr>
          <w:p w14:paraId="702E4593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0A4DCBC1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6FC06DC9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4 (8 marks)</w:t>
            </w:r>
          </w:p>
          <w:p w14:paraId="5FE25E70" w14:textId="5597A8EB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Q4. Explain the difference between IP addresses and MAC addresses. Include their purpose and format.</w:t>
            </w:r>
          </w:p>
        </w:tc>
      </w:tr>
      <w:tr w:rsidR="00B773C8" w:rsidRPr="00177C07" w14:paraId="1F7F732C" w14:textId="77777777" w:rsidTr="00741D40">
        <w:tc>
          <w:tcPr>
            <w:tcW w:w="10584" w:type="dxa"/>
          </w:tcPr>
          <w:p w14:paraId="658E4F27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6EE782C7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1D4E28AD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5 (8 marks)</w:t>
            </w:r>
          </w:p>
          <w:p w14:paraId="777216F4" w14:textId="36381A09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Q5. Explain what standards and layers are in networking and why they are useful.</w:t>
            </w:r>
          </w:p>
        </w:tc>
      </w:tr>
      <w:tr w:rsidR="00B773C8" w:rsidRPr="00177C07" w14:paraId="4EFE53E3" w14:textId="77777777" w:rsidTr="00741D40">
        <w:tc>
          <w:tcPr>
            <w:tcW w:w="10584" w:type="dxa"/>
          </w:tcPr>
          <w:p w14:paraId="4290FB1D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</w:tbl>
    <w:sectPr w:rsidR="00894534" w:rsidRPr="00177C07" w:rsidSect="009C39F6">
      <w:headerReference w:type="default" r:id="rId8"/>
      <w:pgSz w:w="12240" w:h="15840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E123" w14:textId="77777777" w:rsidR="00ED7E52" w:rsidRDefault="00ED7E52">
      <w:pPr>
        <w:spacing w:after="0" w:line="240" w:lineRule="auto"/>
      </w:pPr>
      <w:r>
        <w:separator/>
      </w:r>
    </w:p>
  </w:endnote>
  <w:endnote w:type="continuationSeparator" w:id="0">
    <w:p w14:paraId="19240F95" w14:textId="77777777" w:rsidR="00ED7E52" w:rsidRDefault="00ED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2AE" w14:textId="77777777" w:rsidR="00ED7E52" w:rsidRDefault="00ED7E52">
      <w:pPr>
        <w:spacing w:after="0" w:line="240" w:lineRule="auto"/>
      </w:pPr>
      <w:r>
        <w:separator/>
      </w:r>
    </w:p>
  </w:footnote>
  <w:footnote w:type="continuationSeparator" w:id="0">
    <w:p w14:paraId="62D798AB" w14:textId="77777777" w:rsidR="00ED7E52" w:rsidRDefault="00ED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B70" w14:textId="1B51FA5C" w:rsidR="00894534" w:rsidRDefault="00ED7E52">
    <w:pPr>
      <w:jc w:val="center"/>
    </w:pPr>
    <w:r>
      <w:rPr>
        <w:color w:val="505050"/>
        <w:sz w:val="16"/>
      </w:rPr>
      <w:t>OCR J277 GCSE Computer Science - 40 mark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339531">
    <w:abstractNumId w:val="8"/>
  </w:num>
  <w:num w:numId="2" w16cid:durableId="1483691146">
    <w:abstractNumId w:val="6"/>
  </w:num>
  <w:num w:numId="3" w16cid:durableId="1380668747">
    <w:abstractNumId w:val="5"/>
  </w:num>
  <w:num w:numId="4" w16cid:durableId="386690058">
    <w:abstractNumId w:val="4"/>
  </w:num>
  <w:num w:numId="5" w16cid:durableId="1481967366">
    <w:abstractNumId w:val="7"/>
  </w:num>
  <w:num w:numId="6" w16cid:durableId="476075851">
    <w:abstractNumId w:val="3"/>
  </w:num>
  <w:num w:numId="7" w16cid:durableId="669719277">
    <w:abstractNumId w:val="2"/>
  </w:num>
  <w:num w:numId="8" w16cid:durableId="143812392">
    <w:abstractNumId w:val="1"/>
  </w:num>
  <w:num w:numId="9" w16cid:durableId="9625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019"/>
    <w:rsid w:val="0015074B"/>
    <w:rsid w:val="00177C07"/>
    <w:rsid w:val="0029639D"/>
    <w:rsid w:val="00326F90"/>
    <w:rsid w:val="00630CBF"/>
    <w:rsid w:val="00894534"/>
    <w:rsid w:val="009C39F6"/>
    <w:rsid w:val="00AA1D8D"/>
    <w:rsid w:val="00B47730"/>
    <w:rsid w:val="00B773C8"/>
    <w:rsid w:val="00CB0664"/>
    <w:rsid w:val="00ED7E52"/>
    <w:rsid w:val="00FC693F"/>
    <w:rsid w:val="00F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E79D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4</cp:revision>
  <dcterms:created xsi:type="dcterms:W3CDTF">2026-06-09T09:21:00Z</dcterms:created>
  <dcterms:modified xsi:type="dcterms:W3CDTF">2026-06-09T09:22:00Z</dcterms:modified>
  <cp:category/>
</cp:coreProperties>
</file>