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88D3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1.4A: Network security</w:t>
      </w:r>
    </w:p>
    <w:p w14:paraId="4777EBCE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Forms of attack and prevention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36262DB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634FA7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97A323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Define the following forms of attack and state the purpose of each:</w:t>
            </w:r>
          </w:p>
          <w:p w14:paraId="03462C82" w14:textId="432D038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malware, phishing, brute-force attack, denial of service attack.</w:t>
            </w:r>
          </w:p>
        </w:tc>
      </w:tr>
      <w:tr w:rsidR="00B773C8" w:rsidRPr="00177C07" w14:paraId="229F9AD5" w14:textId="77777777" w:rsidTr="00741D40">
        <w:tc>
          <w:tcPr>
            <w:tcW w:w="10584" w:type="dxa"/>
          </w:tcPr>
          <w:p w14:paraId="71B407E4" w14:textId="77777777" w:rsidR="00B773C8" w:rsidRPr="00177C07" w:rsidRDefault="00B773C8" w:rsidP="00FD051A">
            <w:pPr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8BE3AD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80318A9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49D5D17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member of staff receives an email asking them to 'verify' their password using a link.</w:t>
            </w:r>
          </w:p>
          <w:p w14:paraId="2AD1229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Identify the attack. (1)</w:t>
            </w:r>
          </w:p>
          <w:p w14:paraId="3429A1D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Explain how the attack works. (3)</w:t>
            </w:r>
          </w:p>
          <w:p w14:paraId="6003B186" w14:textId="06D17F4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two ways the school could reduce the risk. (4)</w:t>
            </w:r>
          </w:p>
        </w:tc>
      </w:tr>
      <w:tr w:rsidR="00B773C8" w:rsidRPr="00177C07" w14:paraId="45E3C049" w14:textId="77777777" w:rsidTr="00741D40">
        <w:tc>
          <w:tcPr>
            <w:tcW w:w="10584" w:type="dxa"/>
          </w:tcPr>
          <w:p w14:paraId="04E4502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D0DD6F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46359F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4D547B5F" w14:textId="4733513A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SQL injection. Include how the attack is entered, what it tries to do and one way it can be prevented.</w:t>
            </w:r>
          </w:p>
        </w:tc>
      </w:tr>
      <w:tr w:rsidR="00B773C8" w:rsidRPr="00177C07" w14:paraId="2B2126D8" w14:textId="77777777" w:rsidTr="00741D40">
        <w:tc>
          <w:tcPr>
            <w:tcW w:w="10584" w:type="dxa"/>
          </w:tcPr>
          <w:p w14:paraId="56FC60F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0DF56E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864ED1B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22E8C7C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how each prevention method can limit threats:</w:t>
            </w:r>
          </w:p>
          <w:p w14:paraId="5745D6A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anti-malware software (2)</w:t>
            </w:r>
          </w:p>
          <w:p w14:paraId="2D48433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firewall (2)</w:t>
            </w:r>
          </w:p>
          <w:p w14:paraId="4848906B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user access levels (2)</w:t>
            </w:r>
          </w:p>
          <w:p w14:paraId="31DC0602" w14:textId="007E4D2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physical security (2)</w:t>
            </w:r>
          </w:p>
        </w:tc>
      </w:tr>
      <w:tr w:rsidR="00B773C8" w:rsidRPr="00177C07" w14:paraId="0E52D256" w14:textId="77777777" w:rsidTr="00741D40">
        <w:tc>
          <w:tcPr>
            <w:tcW w:w="10584" w:type="dxa"/>
          </w:tcPr>
          <w:p w14:paraId="73152C5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1C8C48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E390007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1A5BE0B8" w14:textId="6F5AABC7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school stores pupil data on a network. Recommend a layered security approach to protect the network. Justify your recommendations.</w:t>
            </w:r>
          </w:p>
        </w:tc>
      </w:tr>
      <w:tr w:rsidR="00B773C8" w:rsidRPr="00177C07" w14:paraId="79305F31" w14:textId="77777777" w:rsidTr="00741D40">
        <w:tc>
          <w:tcPr>
            <w:tcW w:w="10584" w:type="dxa"/>
          </w:tcPr>
          <w:p w14:paraId="1E27D55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