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BC8D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1.4C: Network security</w:t>
      </w:r>
    </w:p>
    <w:p w14:paraId="4D031921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Identifying attacks and recommending controls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449775C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C956B69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7B465B8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Identify the most likely attack in each case and explain your choice.</w:t>
            </w:r>
          </w:p>
          <w:p w14:paraId="55316530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A server is overwhelmed by millions of requests. (2)</w:t>
            </w:r>
          </w:p>
          <w:p w14:paraId="6303D00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A login page is attacked using thousands of password guesses. (2)</w:t>
            </w:r>
          </w:p>
          <w:p w14:paraId="24519F5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A database query is changed through text typed into a search box. (2)</w:t>
            </w:r>
          </w:p>
          <w:p w14:paraId="7BC16047" w14:textId="198F168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A user installs a fake game that encrypts their files. (2)</w:t>
            </w:r>
          </w:p>
        </w:tc>
      </w:tr>
      <w:tr w:rsidR="00B773C8" w:rsidRPr="00177C07" w14:paraId="2B3FBBBC" w14:textId="77777777" w:rsidTr="00741D40">
        <w:tc>
          <w:tcPr>
            <w:tcW w:w="10584" w:type="dxa"/>
          </w:tcPr>
          <w:p w14:paraId="018D77F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56F2E7B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A2E4C96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4711EAF2" w14:textId="0A1B4DBE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the term vulnerability. Then describe three ways vulnerabilities can be reduced.</w:t>
            </w:r>
          </w:p>
        </w:tc>
      </w:tr>
      <w:tr w:rsidR="00B773C8" w:rsidRPr="00177C07" w14:paraId="4F8FCFFD" w14:textId="77777777" w:rsidTr="00741D40">
        <w:tc>
          <w:tcPr>
            <w:tcW w:w="10584" w:type="dxa"/>
          </w:tcPr>
          <w:p w14:paraId="6556D75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B430A2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A90E3F7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5B2AFD44" w14:textId="4675138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how anti-malware software and physical security protect against different types of threat.</w:t>
            </w:r>
          </w:p>
        </w:tc>
      </w:tr>
      <w:tr w:rsidR="00B773C8" w:rsidRPr="00177C07" w14:paraId="2DF94EFE" w14:textId="77777777" w:rsidTr="00741D40">
        <w:tc>
          <w:tcPr>
            <w:tcW w:w="10584" w:type="dxa"/>
          </w:tcPr>
          <w:p w14:paraId="75EA061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29B017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2E2CB9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505832A0" w14:textId="3BD92A8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programmer builds a login form. Explain four design choices that reduce the risk of SQL injection and brute-force attacks.</w:t>
            </w:r>
          </w:p>
        </w:tc>
      </w:tr>
      <w:tr w:rsidR="00B773C8" w:rsidRPr="00177C07" w14:paraId="3C3BBFAB" w14:textId="77777777" w:rsidTr="00741D40">
        <w:tc>
          <w:tcPr>
            <w:tcW w:w="10584" w:type="dxa"/>
          </w:tcPr>
          <w:p w14:paraId="6F94D85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6F390B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4A40AB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343B44A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After a security incident, a company wants to prevent similar attacks.</w:t>
            </w:r>
          </w:p>
          <w:p w14:paraId="5B34E2F4" w14:textId="39D91E0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Recommend improvements covering people, software, network controls and physical controls.</w:t>
            </w:r>
          </w:p>
        </w:tc>
      </w:tr>
      <w:tr w:rsidR="00B773C8" w:rsidRPr="00177C07" w14:paraId="1970CCA1" w14:textId="77777777" w:rsidTr="00741D40">
        <w:tc>
          <w:tcPr>
            <w:tcW w:w="10584" w:type="dxa"/>
          </w:tcPr>
          <w:p w14:paraId="1902BF4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