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7B253" w14:textId="48BF7540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1.5A: Systems software</w:t>
      </w:r>
    </w:p>
    <w:p w14:paraId="62310D04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Operating systems and utility software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64BA154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1C4F4E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1766FB0E" w14:textId="79A4FF81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State four functions of an operating system and explain why each is needed.</w:t>
            </w:r>
          </w:p>
        </w:tc>
      </w:tr>
      <w:tr w:rsidR="00B773C8" w:rsidRPr="00177C07" w14:paraId="7B5C416E" w14:textId="77777777" w:rsidTr="00741D40">
        <w:tc>
          <w:tcPr>
            <w:tcW w:w="10584" w:type="dxa"/>
          </w:tcPr>
          <w:p w14:paraId="51CE88A0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BE22EE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63342E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1D471AF7" w14:textId="49EAE74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Explain the difference between a graphical user interface and a command-line interface. Give one advantage of each.</w:t>
            </w:r>
          </w:p>
        </w:tc>
      </w:tr>
      <w:tr w:rsidR="00B773C8" w:rsidRPr="00177C07" w14:paraId="6745782D" w14:textId="77777777" w:rsidTr="00741D40">
        <w:tc>
          <w:tcPr>
            <w:tcW w:w="10584" w:type="dxa"/>
          </w:tcPr>
          <w:p w14:paraId="3F2E1E1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36C3603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3A35E15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6F20410B" w14:textId="53B792E4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how an operating system manages memory, multitasking and peripheral devices.</w:t>
            </w:r>
          </w:p>
        </w:tc>
      </w:tr>
      <w:tr w:rsidR="00B773C8" w:rsidRPr="00177C07" w14:paraId="05190A09" w14:textId="77777777" w:rsidTr="00741D40">
        <w:tc>
          <w:tcPr>
            <w:tcW w:w="10584" w:type="dxa"/>
          </w:tcPr>
          <w:p w14:paraId="2960E40A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758EF9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6A0AF80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1D79A66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Explain the purpose of these utility programs:</w:t>
            </w:r>
          </w:p>
          <w:p w14:paraId="5EF2972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encryption software (2)</w:t>
            </w:r>
          </w:p>
          <w:p w14:paraId="1B9CF701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defragmentation software (2)</w:t>
            </w:r>
          </w:p>
          <w:p w14:paraId="6FBC9A4E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data compression software (2)</w:t>
            </w:r>
          </w:p>
          <w:p w14:paraId="2CA2A9CD" w14:textId="448B1795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backup or housekeeping utility (2)</w:t>
            </w:r>
          </w:p>
        </w:tc>
      </w:tr>
      <w:tr w:rsidR="00B773C8" w:rsidRPr="00177C07" w14:paraId="6FA03005" w14:textId="77777777" w:rsidTr="00741D40">
        <w:tc>
          <w:tcPr>
            <w:tcW w:w="10584" w:type="dxa"/>
          </w:tcPr>
          <w:p w14:paraId="29EC770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1072A0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E6ED83C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6F5F2B25" w14:textId="2714986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school installs new laptops for pupils. Discuss the operating system and utility software features that will help pupils and technicians use and maintain the laptops.</w:t>
            </w:r>
          </w:p>
        </w:tc>
      </w:tr>
      <w:tr w:rsidR="00B773C8" w:rsidRPr="00177C07" w14:paraId="36DB6A2C" w14:textId="77777777" w:rsidTr="00741D40">
        <w:tc>
          <w:tcPr>
            <w:tcW w:w="10584" w:type="dxa"/>
          </w:tcPr>
          <w:p w14:paraId="7AE4CEB8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