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3B7F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1.5B: Systems software</w:t>
      </w:r>
    </w:p>
    <w:p w14:paraId="3FAF4F8D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Operating system functions in context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76C1D76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EC4631A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7F1AD0A8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A computer runs a web browser, music player and word processor at the same time.</w:t>
            </w:r>
          </w:p>
          <w:p w14:paraId="1A84E13E" w14:textId="2C6578C9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how the operating system supports this.</w:t>
            </w:r>
          </w:p>
        </w:tc>
      </w:tr>
      <w:tr w:rsidR="00B773C8" w:rsidRPr="00177C07" w14:paraId="623E2482" w14:textId="77777777" w:rsidTr="00741D40">
        <w:tc>
          <w:tcPr>
            <w:tcW w:w="10584" w:type="dxa"/>
          </w:tcPr>
          <w:p w14:paraId="05712FA9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5203C7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4859873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050B7F53" w14:textId="34729FB3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Explain user management in an operating system. Include accounts, access rights and security.</w:t>
            </w:r>
          </w:p>
        </w:tc>
      </w:tr>
      <w:tr w:rsidR="00B773C8" w:rsidRPr="00177C07" w14:paraId="12079D28" w14:textId="77777777" w:rsidTr="00741D40">
        <w:tc>
          <w:tcPr>
            <w:tcW w:w="10584" w:type="dxa"/>
          </w:tcPr>
          <w:p w14:paraId="60BB71B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34654F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C102AB1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4924C92B" w14:textId="35EBDC63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why device drivers are needed. Use a printer or graphics card as an example.</w:t>
            </w:r>
          </w:p>
        </w:tc>
      </w:tr>
      <w:tr w:rsidR="00B773C8" w:rsidRPr="00177C07" w14:paraId="1FFBA8F7" w14:textId="77777777" w:rsidTr="00741D40">
        <w:tc>
          <w:tcPr>
            <w:tcW w:w="10584" w:type="dxa"/>
          </w:tcPr>
          <w:p w14:paraId="5C3608C7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E8DF32D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8753250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148DCA13" w14:textId="7B0CD247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Compare encryption, defragmentation and compression utilities. Your answer should include when each is useful.</w:t>
            </w:r>
          </w:p>
        </w:tc>
      </w:tr>
      <w:tr w:rsidR="00B773C8" w:rsidRPr="00177C07" w14:paraId="6D3BCD09" w14:textId="77777777" w:rsidTr="00741D40">
        <w:tc>
          <w:tcPr>
            <w:tcW w:w="10584" w:type="dxa"/>
          </w:tcPr>
          <w:p w14:paraId="46B6C8A2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9F2CA8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1DED7C5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2A35B879" w14:textId="091EBB87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Explain why utility software is classed as systems software rather than application software.</w:t>
            </w:r>
          </w:p>
        </w:tc>
      </w:tr>
      <w:tr w:rsidR="00B773C8" w:rsidRPr="00177C07" w14:paraId="62F3299A" w14:textId="77777777" w:rsidTr="00741D40">
        <w:tc>
          <w:tcPr>
            <w:tcW w:w="10584" w:type="dxa"/>
          </w:tcPr>
          <w:p w14:paraId="224F9AD2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