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08C0F" w14:textId="77777777" w:rsidR="00894534" w:rsidRPr="00177C07" w:rsidRDefault="00ED7E52">
      <w:pPr>
        <w:pStyle w:val="Heading1"/>
        <w:rPr>
          <w:rFonts w:ascii="Aptos" w:hAnsi="Aptos"/>
        </w:rPr>
      </w:pPr>
      <w:r w:rsidRPr="00177C07">
        <w:rPr>
          <w:rFonts w:ascii="Aptos" w:hAnsi="Aptos"/>
        </w:rPr>
        <w:t>Worksheet 1.5C: Systems software</w:t>
      </w:r>
    </w:p>
    <w:p w14:paraId="0D79DE24" w14:textId="77777777" w:rsidR="00894534" w:rsidRPr="00177C07" w:rsidRDefault="00ED7E52">
      <w:pPr>
        <w:rPr>
          <w:rFonts w:ascii="Aptos" w:hAnsi="Aptos"/>
        </w:rPr>
      </w:pPr>
      <w:r w:rsidRPr="00177C07">
        <w:rPr>
          <w:rFonts w:ascii="Aptos" w:hAnsi="Aptos"/>
          <w:b/>
        </w:rPr>
        <w:t xml:space="preserve">Focus: </w:t>
      </w:r>
      <w:r w:rsidRPr="00177C07">
        <w:rPr>
          <w:rFonts w:ascii="Aptos" w:hAnsi="Aptos"/>
        </w:rPr>
        <w:t>Mixed systems software exam practice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773C8" w:rsidRPr="00177C07" w14:paraId="1C61FA7E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4B9CB9FA" w14:textId="77777777" w:rsidR="00FD051A" w:rsidRPr="00177C07" w:rsidRDefault="00FD051A" w:rsidP="00FD051A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1 (8 marks)</w:t>
            </w:r>
          </w:p>
          <w:p w14:paraId="56978941" w14:textId="77777777" w:rsidR="00FD051A" w:rsidRPr="00177C07" w:rsidRDefault="00FD051A" w:rsidP="00FD051A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Q1. Match each operating system function to a description:</w:t>
            </w:r>
          </w:p>
          <w:p w14:paraId="0E796FDD" w14:textId="77777777" w:rsidR="00FD051A" w:rsidRPr="00177C07" w:rsidRDefault="00FD051A" w:rsidP="00FD051A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- file management</w:t>
            </w:r>
          </w:p>
          <w:p w14:paraId="63C51E51" w14:textId="77777777" w:rsidR="00FD051A" w:rsidRPr="00177C07" w:rsidRDefault="00FD051A" w:rsidP="00FD051A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- memory management</w:t>
            </w:r>
          </w:p>
          <w:p w14:paraId="1C28E9A3" w14:textId="77777777" w:rsidR="00FD051A" w:rsidRPr="00177C07" w:rsidRDefault="00FD051A" w:rsidP="00FD051A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- peripheral management</w:t>
            </w:r>
          </w:p>
          <w:p w14:paraId="6897CE61" w14:textId="77777777" w:rsidR="00FD051A" w:rsidRPr="00177C07" w:rsidRDefault="00FD051A" w:rsidP="00FD051A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- user management</w:t>
            </w:r>
          </w:p>
          <w:p w14:paraId="22D559F9" w14:textId="77777777" w:rsidR="00FD051A" w:rsidRPr="00177C07" w:rsidRDefault="00FD051A" w:rsidP="00FD051A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- user interface</w:t>
            </w:r>
          </w:p>
          <w:p w14:paraId="258FE572" w14:textId="2F0DB794" w:rsidR="00B773C8" w:rsidRPr="00177C07" w:rsidRDefault="00FD051A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Give an example of each.</w:t>
            </w:r>
          </w:p>
        </w:tc>
      </w:tr>
      <w:tr w:rsidR="00B773C8" w:rsidRPr="00177C07" w14:paraId="4B8E6404" w14:textId="77777777" w:rsidTr="00741D40">
        <w:tc>
          <w:tcPr>
            <w:tcW w:w="10584" w:type="dxa"/>
          </w:tcPr>
          <w:p w14:paraId="75D37076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  <w:tr w:rsidR="00B773C8" w:rsidRPr="00177C07" w14:paraId="7B65A8A8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011B42A0" w14:textId="77777777" w:rsidR="00FD051A" w:rsidRPr="00177C07" w:rsidRDefault="00FD051A" w:rsidP="00FD051A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2 (8 marks)</w:t>
            </w:r>
          </w:p>
          <w:p w14:paraId="0DD7A13C" w14:textId="77777777" w:rsidR="00FD051A" w:rsidRPr="00177C07" w:rsidRDefault="00FD051A" w:rsidP="00FD051A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Q2. A shared classroom computer allows pupils to delete system files.</w:t>
            </w:r>
          </w:p>
          <w:p w14:paraId="309FBEC0" w14:textId="5B68B995" w:rsidR="00B773C8" w:rsidRPr="00177C07" w:rsidRDefault="00FD051A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Explain which OS function is not configured correctly and how it should be improved.</w:t>
            </w:r>
          </w:p>
        </w:tc>
      </w:tr>
      <w:tr w:rsidR="00B773C8" w:rsidRPr="00177C07" w14:paraId="6BD40106" w14:textId="77777777" w:rsidTr="00741D40">
        <w:tc>
          <w:tcPr>
            <w:tcW w:w="10584" w:type="dxa"/>
          </w:tcPr>
          <w:p w14:paraId="06043E3B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  <w:tr w:rsidR="00B773C8" w:rsidRPr="00177C07" w14:paraId="68592824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599A5E12" w14:textId="77777777" w:rsidR="00FD051A" w:rsidRPr="00177C07" w:rsidRDefault="00FD051A" w:rsidP="00FD051A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3 (8 marks)</w:t>
            </w:r>
          </w:p>
          <w:p w14:paraId="3F3827BC" w14:textId="351CC2A4" w:rsidR="00B773C8" w:rsidRPr="00177C07" w:rsidRDefault="00FD051A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 xml:space="preserve">Q3. Explain how file management helps users </w:t>
            </w:r>
            <w:proofErr w:type="spellStart"/>
            <w:r w:rsidRPr="00177C07">
              <w:rPr>
                <w:rFonts w:ascii="Aptos" w:hAnsi="Aptos"/>
              </w:rPr>
              <w:t>organise</w:t>
            </w:r>
            <w:proofErr w:type="spellEnd"/>
            <w:r w:rsidRPr="00177C07">
              <w:rPr>
                <w:rFonts w:ascii="Aptos" w:hAnsi="Aptos"/>
              </w:rPr>
              <w:t xml:space="preserve"> and find data.</w:t>
            </w:r>
          </w:p>
        </w:tc>
      </w:tr>
      <w:tr w:rsidR="00B773C8" w:rsidRPr="00177C07" w14:paraId="443E557A" w14:textId="77777777" w:rsidTr="00741D40">
        <w:tc>
          <w:tcPr>
            <w:tcW w:w="10584" w:type="dxa"/>
          </w:tcPr>
          <w:p w14:paraId="3F65ECE8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  <w:tr w:rsidR="00B773C8" w:rsidRPr="00177C07" w14:paraId="16658CFF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6B4DAB50" w14:textId="77777777" w:rsidR="00FD051A" w:rsidRPr="00177C07" w:rsidRDefault="00FD051A" w:rsidP="00FD051A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4 (8 marks)</w:t>
            </w:r>
          </w:p>
          <w:p w14:paraId="2661F0F4" w14:textId="55188CB1" w:rsidR="00B773C8" w:rsidRPr="00177C07" w:rsidRDefault="00FD051A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Q4. A magnetic hard disk becomes slower over time. Explain how defragmentation may help and why it would not be recommended in the same way for an SSD.</w:t>
            </w:r>
          </w:p>
        </w:tc>
      </w:tr>
      <w:tr w:rsidR="00B773C8" w:rsidRPr="00177C07" w14:paraId="0DEA3222" w14:textId="77777777" w:rsidTr="00741D40">
        <w:tc>
          <w:tcPr>
            <w:tcW w:w="10584" w:type="dxa"/>
          </w:tcPr>
          <w:p w14:paraId="50DEC9A2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  <w:tr w:rsidR="00B773C8" w:rsidRPr="00177C07" w14:paraId="36377BB3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43C16F0D" w14:textId="77777777" w:rsidR="00FD051A" w:rsidRPr="00177C07" w:rsidRDefault="00FD051A" w:rsidP="00FD051A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5 (8 marks)</w:t>
            </w:r>
          </w:p>
          <w:p w14:paraId="6ECE2FAB" w14:textId="77777777" w:rsidR="00FD051A" w:rsidRPr="00177C07" w:rsidRDefault="00FD051A" w:rsidP="00FD051A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Q5. A new operating system update changes the user interface and improves memory management.</w:t>
            </w:r>
          </w:p>
          <w:p w14:paraId="6C91F381" w14:textId="7E435FCA" w:rsidR="00B773C8" w:rsidRPr="00177C07" w:rsidRDefault="00FD051A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Evaluate how these changes could affect users and system performance.</w:t>
            </w:r>
          </w:p>
        </w:tc>
      </w:tr>
      <w:tr w:rsidR="00B773C8" w:rsidRPr="00177C07" w14:paraId="2495D254" w14:textId="77777777" w:rsidTr="00741D40">
        <w:tc>
          <w:tcPr>
            <w:tcW w:w="10584" w:type="dxa"/>
          </w:tcPr>
          <w:p w14:paraId="099141CC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</w:tbl>
    <w:sectPr w:rsidR="00894534" w:rsidRPr="00177C07" w:rsidSect="009C39F6">
      <w:headerReference w:type="default" r:id="rId8"/>
      <w:pgSz w:w="12240" w:h="15840"/>
      <w:pgMar w:top="1440" w:right="1440" w:bottom="1440" w:left="144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5E123" w14:textId="77777777" w:rsidR="00ED7E52" w:rsidRDefault="00ED7E52">
      <w:pPr>
        <w:spacing w:after="0" w:line="240" w:lineRule="auto"/>
      </w:pPr>
      <w:r>
        <w:separator/>
      </w:r>
    </w:p>
  </w:endnote>
  <w:endnote w:type="continuationSeparator" w:id="0">
    <w:p w14:paraId="19240F95" w14:textId="77777777" w:rsidR="00ED7E52" w:rsidRDefault="00ED7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032AE" w14:textId="77777777" w:rsidR="00ED7E52" w:rsidRDefault="00ED7E52">
      <w:pPr>
        <w:spacing w:after="0" w:line="240" w:lineRule="auto"/>
      </w:pPr>
      <w:r>
        <w:separator/>
      </w:r>
    </w:p>
  </w:footnote>
  <w:footnote w:type="continuationSeparator" w:id="0">
    <w:p w14:paraId="62D798AB" w14:textId="77777777" w:rsidR="00ED7E52" w:rsidRDefault="00ED7E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64B70" w14:textId="1B51FA5C" w:rsidR="00894534" w:rsidRDefault="00ED7E52">
    <w:pPr>
      <w:jc w:val="center"/>
    </w:pPr>
    <w:r>
      <w:rPr>
        <w:color w:val="505050"/>
        <w:sz w:val="16"/>
      </w:rPr>
      <w:t>OCR J277 GCSE Computer Science - 40 mark worksheet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86339531">
    <w:abstractNumId w:val="8"/>
  </w:num>
  <w:num w:numId="2" w16cid:durableId="1483691146">
    <w:abstractNumId w:val="6"/>
  </w:num>
  <w:num w:numId="3" w16cid:durableId="1380668747">
    <w:abstractNumId w:val="5"/>
  </w:num>
  <w:num w:numId="4" w16cid:durableId="386690058">
    <w:abstractNumId w:val="4"/>
  </w:num>
  <w:num w:numId="5" w16cid:durableId="1481967366">
    <w:abstractNumId w:val="7"/>
  </w:num>
  <w:num w:numId="6" w16cid:durableId="476075851">
    <w:abstractNumId w:val="3"/>
  </w:num>
  <w:num w:numId="7" w16cid:durableId="669719277">
    <w:abstractNumId w:val="2"/>
  </w:num>
  <w:num w:numId="8" w16cid:durableId="143812392">
    <w:abstractNumId w:val="1"/>
  </w:num>
  <w:num w:numId="9" w16cid:durableId="962539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C6019"/>
    <w:rsid w:val="0015074B"/>
    <w:rsid w:val="00177C07"/>
    <w:rsid w:val="0029639D"/>
    <w:rsid w:val="00326F90"/>
    <w:rsid w:val="00630CBF"/>
    <w:rsid w:val="00894534"/>
    <w:rsid w:val="009C39F6"/>
    <w:rsid w:val="00AA1D8D"/>
    <w:rsid w:val="00B47730"/>
    <w:rsid w:val="00B773C8"/>
    <w:rsid w:val="00CB0664"/>
    <w:rsid w:val="00ED7E52"/>
    <w:rsid w:val="00FC693F"/>
    <w:rsid w:val="00FD0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F2E79D4"/>
  <w14:defaultImageDpi w14:val="300"/>
  <w15:docId w15:val="{F287C896-E8EC-4786-BFE6-0009F71DD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deBlock">
    <w:name w:val="CodeBlock"/>
    <w:rPr>
      <w:rFonts w:ascii="Courier New" w:hAnsi="Courier New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33</Pages>
  <Words>4992</Words>
  <Characters>28455</Characters>
  <Application>Microsoft Office Word</Application>
  <DocSecurity>0</DocSecurity>
  <Lines>237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33381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Edmund Ryan</cp:lastModifiedBy>
  <cp:revision>4</cp:revision>
  <dcterms:created xsi:type="dcterms:W3CDTF">2026-06-09T09:21:00Z</dcterms:created>
  <dcterms:modified xsi:type="dcterms:W3CDTF">2026-06-09T09:22:00Z</dcterms:modified>
  <cp:category/>
</cp:coreProperties>
</file>