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C3EB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2.1A: Algorithms</w:t>
      </w:r>
    </w:p>
    <w:p w14:paraId="4CB6F339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Computational thinking, trace tables, search and sort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2C437396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B402615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41B7339A" w14:textId="272D090A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Explain abstraction, decomposition and algorithmic thinking. For each one, describe how it helps solve a problem.</w:t>
            </w:r>
          </w:p>
        </w:tc>
      </w:tr>
      <w:tr w:rsidR="00B773C8" w:rsidRPr="00177C07" w14:paraId="0E940571" w14:textId="77777777" w:rsidTr="00741D40">
        <w:tc>
          <w:tcPr>
            <w:tcW w:w="10584" w:type="dxa"/>
          </w:tcPr>
          <w:p w14:paraId="32B616C3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2F60FE4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B09FD1A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793FAF06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A program is needed to calculate the total cost of a cinema booking.</w:t>
            </w:r>
          </w:p>
          <w:p w14:paraId="5FA18848" w14:textId="4848AD4C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Identify two inputs, two processes and two outputs. Then describe how decomposition could split the problem into sections.</w:t>
            </w:r>
          </w:p>
        </w:tc>
      </w:tr>
      <w:tr w:rsidR="00B773C8" w:rsidRPr="00177C07" w14:paraId="746DBD66" w14:textId="77777777" w:rsidTr="00741D40">
        <w:tc>
          <w:tcPr>
            <w:tcW w:w="10584" w:type="dxa"/>
          </w:tcPr>
          <w:p w14:paraId="44CC8095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A13721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47EC27F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3DF868B7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Complete a trace for this algorithm when n = 5.</w:t>
            </w:r>
          </w:p>
          <w:p w14:paraId="7DD60194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total = 0</w:t>
            </w:r>
          </w:p>
          <w:p w14:paraId="16078773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FOR </w:t>
            </w:r>
            <w:proofErr w:type="spellStart"/>
            <w:r w:rsidRPr="00177C07">
              <w:rPr>
                <w:rFonts w:ascii="Aptos" w:hAnsi="Aptos"/>
              </w:rPr>
              <w:t>i</w:t>
            </w:r>
            <w:proofErr w:type="spellEnd"/>
            <w:r w:rsidRPr="00177C07">
              <w:rPr>
                <w:rFonts w:ascii="Aptos" w:hAnsi="Aptos"/>
              </w:rPr>
              <w:t xml:space="preserve"> = 1 TO n</w:t>
            </w:r>
          </w:p>
          <w:p w14:paraId="39E403D8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</w:t>
            </w:r>
            <w:proofErr w:type="gramStart"/>
            <w:r w:rsidRPr="00177C07">
              <w:rPr>
                <w:rFonts w:ascii="Aptos" w:hAnsi="Aptos"/>
              </w:rPr>
              <w:t xml:space="preserve">IF </w:t>
            </w:r>
            <w:proofErr w:type="spellStart"/>
            <w:r w:rsidRPr="00177C07">
              <w:rPr>
                <w:rFonts w:ascii="Aptos" w:hAnsi="Aptos"/>
              </w:rPr>
              <w:t>i</w:t>
            </w:r>
            <w:proofErr w:type="spellEnd"/>
            <w:proofErr w:type="gramEnd"/>
            <w:r w:rsidRPr="00177C07">
              <w:rPr>
                <w:rFonts w:ascii="Aptos" w:hAnsi="Aptos"/>
              </w:rPr>
              <w:t xml:space="preserve"> MOD 2 == 1 THEN</w:t>
            </w:r>
          </w:p>
          <w:p w14:paraId="7B7450BA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    total = total + </w:t>
            </w:r>
            <w:proofErr w:type="spellStart"/>
            <w:r w:rsidRPr="00177C07">
              <w:rPr>
                <w:rFonts w:ascii="Aptos" w:hAnsi="Aptos"/>
              </w:rPr>
              <w:t>i</w:t>
            </w:r>
            <w:proofErr w:type="spellEnd"/>
          </w:p>
          <w:p w14:paraId="3849F8EA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ENDIF</w:t>
            </w:r>
          </w:p>
          <w:p w14:paraId="08DF00E7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NEXT </w:t>
            </w:r>
            <w:proofErr w:type="spellStart"/>
            <w:r w:rsidRPr="00177C07">
              <w:rPr>
                <w:rFonts w:ascii="Aptos" w:hAnsi="Aptos"/>
              </w:rPr>
              <w:t>i</w:t>
            </w:r>
            <w:proofErr w:type="spellEnd"/>
          </w:p>
          <w:p w14:paraId="6E3253DD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OUTPUT total</w:t>
            </w:r>
          </w:p>
          <w:p w14:paraId="3107FA20" w14:textId="2167E5FD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State the values of </w:t>
            </w:r>
            <w:proofErr w:type="spellStart"/>
            <w:r w:rsidRPr="00177C07">
              <w:rPr>
                <w:rFonts w:ascii="Aptos" w:hAnsi="Aptos"/>
              </w:rPr>
              <w:t>i</w:t>
            </w:r>
            <w:proofErr w:type="spellEnd"/>
            <w:r w:rsidRPr="00177C07">
              <w:rPr>
                <w:rFonts w:ascii="Aptos" w:hAnsi="Aptos"/>
              </w:rPr>
              <w:t xml:space="preserve"> that are added and the final output.</w:t>
            </w:r>
          </w:p>
        </w:tc>
      </w:tr>
      <w:tr w:rsidR="00B773C8" w:rsidRPr="00177C07" w14:paraId="1F4B6C2F" w14:textId="77777777" w:rsidTr="00741D40">
        <w:tc>
          <w:tcPr>
            <w:tcW w:w="10584" w:type="dxa"/>
          </w:tcPr>
          <w:p w14:paraId="770BEB36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4700527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0CA16E2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2B81FA67" w14:textId="29EEE910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Compare linear search and binary search. Include how each works and when binary search can be used.</w:t>
            </w:r>
          </w:p>
        </w:tc>
      </w:tr>
      <w:tr w:rsidR="00B773C8" w:rsidRPr="00177C07" w14:paraId="5313A7F3" w14:textId="77777777" w:rsidTr="00741D40">
        <w:tc>
          <w:tcPr>
            <w:tcW w:w="10584" w:type="dxa"/>
          </w:tcPr>
          <w:p w14:paraId="48828ACD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20B9EFBB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0E64EC9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7E695B4B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The list [7, 3, 9, 1, 5] is sorted using bubble sort in ascending order.</w:t>
            </w:r>
          </w:p>
          <w:p w14:paraId="341EE813" w14:textId="4D6FCF99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Show the list after each full pass until it is sorted. Explain how bubble sort works.</w:t>
            </w:r>
          </w:p>
        </w:tc>
      </w:tr>
      <w:tr w:rsidR="00B773C8" w:rsidRPr="00177C07" w14:paraId="4D4BE420" w14:textId="77777777" w:rsidTr="00741D40">
        <w:tc>
          <w:tcPr>
            <w:tcW w:w="10584" w:type="dxa"/>
          </w:tcPr>
          <w:p w14:paraId="182E8FB5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