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A8BC5" w14:textId="2668647C" w:rsidR="00894534" w:rsidRPr="00177C07" w:rsidRDefault="009C39F6">
      <w:pPr>
        <w:pStyle w:val="Heading1"/>
        <w:rPr>
          <w:rFonts w:ascii="Aptos" w:hAnsi="Aptos"/>
        </w:rPr>
      </w:pPr>
      <w:r w:rsidRPr="00177C07">
        <w:rPr>
          <w:rFonts w:ascii="Aptos" w:hAnsi="Aptos"/>
        </w:rPr>
        <w:t>W</w:t>
      </w:r>
      <w:r w:rsidR="00ED7E52" w:rsidRPr="00177C07">
        <w:rPr>
          <w:rFonts w:ascii="Aptos" w:hAnsi="Aptos"/>
        </w:rPr>
        <w:t>orksheet 2.1B: Algorithms</w:t>
      </w:r>
    </w:p>
    <w:p w14:paraId="3280B51F" w14:textId="77777777" w:rsidR="00894534" w:rsidRPr="00177C07" w:rsidRDefault="00ED7E52">
      <w:pPr>
        <w:rPr>
          <w:rFonts w:ascii="Aptos" w:hAnsi="Aptos"/>
        </w:rPr>
      </w:pPr>
      <w:r w:rsidRPr="00177C07">
        <w:rPr>
          <w:rFonts w:ascii="Aptos" w:hAnsi="Aptos"/>
          <w:b/>
        </w:rPr>
        <w:t xml:space="preserve">Focus: </w:t>
      </w:r>
      <w:r w:rsidRPr="00177C07">
        <w:rPr>
          <w:rFonts w:ascii="Aptos" w:hAnsi="Aptos"/>
        </w:rPr>
        <w:t>Creating, correcting and refining algorithms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773C8" w:rsidRPr="00177C07" w14:paraId="6470CA92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6B867714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1 (8 marks)</w:t>
            </w:r>
          </w:p>
          <w:p w14:paraId="737B8380" w14:textId="557BF0AE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Q1. Explain why algorithms can be represented using pseudocode, flowcharts or a high-level programming language. Give one advantage of each representation.</w:t>
            </w:r>
          </w:p>
        </w:tc>
      </w:tr>
      <w:tr w:rsidR="00B773C8" w:rsidRPr="00177C07" w14:paraId="79828E18" w14:textId="77777777" w:rsidTr="00741D40">
        <w:tc>
          <w:tcPr>
            <w:tcW w:w="10584" w:type="dxa"/>
          </w:tcPr>
          <w:p w14:paraId="561833A8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1F47D1B7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3C949455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2 (8 marks)</w:t>
            </w:r>
          </w:p>
          <w:p w14:paraId="2B0B6642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Q2. The algorithm should output 'pass' for marks 40 or above and 'fail' for marks below 40. It contains a logic error.</w:t>
            </w:r>
          </w:p>
          <w:p w14:paraId="6F5EC299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INPUT mark</w:t>
            </w:r>
          </w:p>
          <w:p w14:paraId="215C5282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IF mark &gt; 40 THEN</w:t>
            </w:r>
          </w:p>
          <w:p w14:paraId="6DD6007E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    OUTPUT 'pass'</w:t>
            </w:r>
          </w:p>
          <w:p w14:paraId="45DDD59D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ELSE</w:t>
            </w:r>
          </w:p>
          <w:p w14:paraId="6A58BAFB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    OUTPUT 'fail'</w:t>
            </w:r>
          </w:p>
          <w:p w14:paraId="690A0BF1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ENDIF</w:t>
            </w:r>
          </w:p>
          <w:p w14:paraId="417917CF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(a) Identify the error. (3)</w:t>
            </w:r>
          </w:p>
          <w:p w14:paraId="5D933252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(b) Correct the algorithm. (3)</w:t>
            </w:r>
          </w:p>
          <w:p w14:paraId="2092154C" w14:textId="0ECD23B9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(c) Give one suitable boundary test. (2)</w:t>
            </w:r>
          </w:p>
        </w:tc>
      </w:tr>
      <w:tr w:rsidR="00B773C8" w:rsidRPr="00177C07" w14:paraId="7087CAC0" w14:textId="77777777" w:rsidTr="00741D40">
        <w:tc>
          <w:tcPr>
            <w:tcW w:w="10584" w:type="dxa"/>
          </w:tcPr>
          <w:p w14:paraId="21450970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7D922B00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28742E1A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3 (8 marks)</w:t>
            </w:r>
          </w:p>
          <w:p w14:paraId="0C1959F0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Q3. Trace the algorithm for scores: 4, 7, 2, 9.</w:t>
            </w:r>
          </w:p>
          <w:p w14:paraId="439C1265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highest = 0</w:t>
            </w:r>
          </w:p>
          <w:p w14:paraId="557A8E19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FOR count = 1 TO 4</w:t>
            </w:r>
          </w:p>
          <w:p w14:paraId="59AA3404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    INPUT score</w:t>
            </w:r>
          </w:p>
          <w:p w14:paraId="719A5C9C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    IF score &gt; highest THEN</w:t>
            </w:r>
          </w:p>
          <w:p w14:paraId="49DFC0BC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        highest = score</w:t>
            </w:r>
          </w:p>
          <w:p w14:paraId="27F1D413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    ENDIF</w:t>
            </w:r>
          </w:p>
          <w:p w14:paraId="0361A656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NEXT count</w:t>
            </w:r>
          </w:p>
          <w:p w14:paraId="5436E504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OUTPUT highest</w:t>
            </w:r>
          </w:p>
          <w:p w14:paraId="247A2961" w14:textId="722BA0E7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Give the value of highest after each input and the final output.</w:t>
            </w:r>
          </w:p>
        </w:tc>
      </w:tr>
      <w:tr w:rsidR="00B773C8" w:rsidRPr="00177C07" w14:paraId="75196B26" w14:textId="77777777" w:rsidTr="00741D40">
        <w:tc>
          <w:tcPr>
            <w:tcW w:w="10584" w:type="dxa"/>
          </w:tcPr>
          <w:p w14:paraId="6B88AB1D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3D0A7B95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3A006657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4 (8 marks)</w:t>
            </w:r>
          </w:p>
          <w:p w14:paraId="3C62E814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Q4. Describe the main steps of binary search on this sorted list to find 18:</w:t>
            </w:r>
          </w:p>
          <w:p w14:paraId="6B307522" w14:textId="5171950C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[3, 6, 9, 12, 15, 18, 21, 24, 27]</w:t>
            </w:r>
          </w:p>
        </w:tc>
      </w:tr>
      <w:tr w:rsidR="00B773C8" w:rsidRPr="00177C07" w14:paraId="1F745EF9" w14:textId="77777777" w:rsidTr="00741D40">
        <w:tc>
          <w:tcPr>
            <w:tcW w:w="10584" w:type="dxa"/>
          </w:tcPr>
          <w:p w14:paraId="5633E210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2A7F9A3C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31E7D4C0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5 (8 marks)</w:t>
            </w:r>
          </w:p>
          <w:p w14:paraId="4E6C4428" w14:textId="276040CF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Q5. Write an algorithm that inputs 10 temperatures, counts how many are below 0, and outputs the count. Use clear pseudocode or OCR-style reference language.</w:t>
            </w:r>
          </w:p>
        </w:tc>
      </w:tr>
      <w:tr w:rsidR="00B773C8" w:rsidRPr="00177C07" w14:paraId="255F6C3D" w14:textId="77777777" w:rsidTr="00741D40">
        <w:tc>
          <w:tcPr>
            <w:tcW w:w="10584" w:type="dxa"/>
          </w:tcPr>
          <w:p w14:paraId="7C4CB241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</w:tbl>
    <w:sectPr w:rsidR="00894534" w:rsidRPr="00177C07" w:rsidSect="009C39F6">
      <w:headerReference w:type="default" r:id="rId8"/>
      <w:pgSz w:w="12240" w:h="15840"/>
      <w:pgMar w:top="1440" w:right="1440" w:bottom="144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5E123" w14:textId="77777777" w:rsidR="00ED7E52" w:rsidRDefault="00ED7E52">
      <w:pPr>
        <w:spacing w:after="0" w:line="240" w:lineRule="auto"/>
      </w:pPr>
      <w:r>
        <w:separator/>
      </w:r>
    </w:p>
  </w:endnote>
  <w:endnote w:type="continuationSeparator" w:id="0">
    <w:p w14:paraId="19240F95" w14:textId="77777777" w:rsidR="00ED7E52" w:rsidRDefault="00ED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32AE" w14:textId="77777777" w:rsidR="00ED7E52" w:rsidRDefault="00ED7E52">
      <w:pPr>
        <w:spacing w:after="0" w:line="240" w:lineRule="auto"/>
      </w:pPr>
      <w:r>
        <w:separator/>
      </w:r>
    </w:p>
  </w:footnote>
  <w:footnote w:type="continuationSeparator" w:id="0">
    <w:p w14:paraId="62D798AB" w14:textId="77777777" w:rsidR="00ED7E52" w:rsidRDefault="00ED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4B70" w14:textId="1B51FA5C" w:rsidR="00894534" w:rsidRDefault="00ED7E52">
    <w:pPr>
      <w:jc w:val="center"/>
    </w:pPr>
    <w:r>
      <w:rPr>
        <w:color w:val="505050"/>
        <w:sz w:val="16"/>
      </w:rPr>
      <w:t>OCR J277 GCSE Computer Science - 40 mark worksheet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6339531">
    <w:abstractNumId w:val="8"/>
  </w:num>
  <w:num w:numId="2" w16cid:durableId="1483691146">
    <w:abstractNumId w:val="6"/>
  </w:num>
  <w:num w:numId="3" w16cid:durableId="1380668747">
    <w:abstractNumId w:val="5"/>
  </w:num>
  <w:num w:numId="4" w16cid:durableId="386690058">
    <w:abstractNumId w:val="4"/>
  </w:num>
  <w:num w:numId="5" w16cid:durableId="1481967366">
    <w:abstractNumId w:val="7"/>
  </w:num>
  <w:num w:numId="6" w16cid:durableId="476075851">
    <w:abstractNumId w:val="3"/>
  </w:num>
  <w:num w:numId="7" w16cid:durableId="669719277">
    <w:abstractNumId w:val="2"/>
  </w:num>
  <w:num w:numId="8" w16cid:durableId="143812392">
    <w:abstractNumId w:val="1"/>
  </w:num>
  <w:num w:numId="9" w16cid:durableId="96253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019"/>
    <w:rsid w:val="0015074B"/>
    <w:rsid w:val="00177C07"/>
    <w:rsid w:val="0029639D"/>
    <w:rsid w:val="00326F90"/>
    <w:rsid w:val="00630CBF"/>
    <w:rsid w:val="00894534"/>
    <w:rsid w:val="009C39F6"/>
    <w:rsid w:val="00AA1D8D"/>
    <w:rsid w:val="00B47730"/>
    <w:rsid w:val="00B773C8"/>
    <w:rsid w:val="00CB0664"/>
    <w:rsid w:val="00ED7E52"/>
    <w:rsid w:val="00FC693F"/>
    <w:rsid w:val="00FD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2E79D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Block"/>
    <w:rPr>
      <w:rFonts w:ascii="Courier New" w:hAnsi="Courier Ne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33</Pages>
  <Words>4992</Words>
  <Characters>28455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4</cp:revision>
  <dcterms:created xsi:type="dcterms:W3CDTF">2026-06-09T09:21:00Z</dcterms:created>
  <dcterms:modified xsi:type="dcterms:W3CDTF">2026-06-09T09:22:00Z</dcterms:modified>
  <cp:category/>
</cp:coreProperties>
</file>