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7B3B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2.1C: Algorithms</w:t>
      </w:r>
    </w:p>
    <w:p w14:paraId="2B794A65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Mixed algorithm design and sorting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1191844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18CDCC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13FE415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library system needs to find whether a book title is available.</w:t>
            </w:r>
          </w:p>
          <w:p w14:paraId="58C8271E" w14:textId="067D20A8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how abstraction and decomposition would help design the search feature.</w:t>
            </w:r>
          </w:p>
        </w:tc>
      </w:tr>
      <w:tr w:rsidR="00B773C8" w:rsidRPr="00177C07" w14:paraId="0E476A82" w14:textId="77777777" w:rsidTr="00741D40">
        <w:tc>
          <w:tcPr>
            <w:tcW w:w="10584" w:type="dxa"/>
          </w:tcPr>
          <w:p w14:paraId="168BDA6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0A7CA9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9014EDE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23B82B9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Identify the flowchart symbol normally used for each purpose:</w:t>
            </w:r>
          </w:p>
          <w:p w14:paraId="0012D89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start/end (2)</w:t>
            </w:r>
          </w:p>
          <w:p w14:paraId="6E0BC31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input/output (2)</w:t>
            </w:r>
          </w:p>
          <w:p w14:paraId="54491A7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process/calculation (2)</w:t>
            </w:r>
          </w:p>
          <w:p w14:paraId="64CDA7B6" w14:textId="095A8AB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decision/selection (2)</w:t>
            </w:r>
          </w:p>
        </w:tc>
      </w:tr>
      <w:tr w:rsidR="00B773C8" w:rsidRPr="00177C07" w14:paraId="08D4B6CA" w14:textId="77777777" w:rsidTr="00741D40">
        <w:tc>
          <w:tcPr>
            <w:tcW w:w="10584" w:type="dxa"/>
          </w:tcPr>
          <w:p w14:paraId="00138B5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BF56C8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99B56C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675C6F53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Complete the trace mentally for x = 3 and y = 4.</w:t>
            </w:r>
          </w:p>
          <w:p w14:paraId="60279FF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total = 0</w:t>
            </w:r>
          </w:p>
          <w:p w14:paraId="6B3188C5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FOR a = 1 TO x</w:t>
            </w:r>
          </w:p>
          <w:p w14:paraId="6658E1EE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FOR b = 1 TO y</w:t>
            </w:r>
          </w:p>
          <w:p w14:paraId="7AE044BE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    total = total + 1</w:t>
            </w:r>
          </w:p>
          <w:p w14:paraId="08BA32B3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NEXT b</w:t>
            </w:r>
          </w:p>
          <w:p w14:paraId="6A37B24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NEXT a</w:t>
            </w:r>
          </w:p>
          <w:p w14:paraId="75C0136E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OUTPUT total</w:t>
            </w:r>
          </w:p>
          <w:p w14:paraId="6375095F" w14:textId="40A2FB1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why this output is produced.</w:t>
            </w:r>
          </w:p>
        </w:tc>
      </w:tr>
      <w:tr w:rsidR="00B773C8" w:rsidRPr="00177C07" w14:paraId="189E5402" w14:textId="77777777" w:rsidTr="00741D40">
        <w:tc>
          <w:tcPr>
            <w:tcW w:w="10584" w:type="dxa"/>
          </w:tcPr>
          <w:p w14:paraId="315157B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25AE27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1639EB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0D098C5F" w14:textId="4F58F347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Show the first two passes of insertion sort on [8, 4, 6, 2]. Explain the idea of insertion sort.</w:t>
            </w:r>
          </w:p>
        </w:tc>
      </w:tr>
      <w:tr w:rsidR="00B773C8" w:rsidRPr="00177C07" w14:paraId="54FF96B7" w14:textId="77777777" w:rsidTr="00741D40">
        <w:tc>
          <w:tcPr>
            <w:tcW w:w="10584" w:type="dxa"/>
          </w:tcPr>
          <w:p w14:paraId="33AED3C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F2405F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E75D3F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19510618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An algorithm is intended to output the average of five numbers, but it outputs the wrong result.</w:t>
            </w:r>
          </w:p>
          <w:p w14:paraId="54638103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total = 0</w:t>
            </w:r>
          </w:p>
          <w:p w14:paraId="08593612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FOR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  <w:r w:rsidRPr="00177C07">
              <w:rPr>
                <w:rFonts w:ascii="Aptos" w:hAnsi="Aptos"/>
              </w:rPr>
              <w:t xml:space="preserve"> = 1 TO 5</w:t>
            </w:r>
          </w:p>
          <w:p w14:paraId="617C0C2E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INPUT number</w:t>
            </w:r>
          </w:p>
          <w:p w14:paraId="6EEC3107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total = number</w:t>
            </w:r>
          </w:p>
          <w:p w14:paraId="7621BE18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NEXT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</w:p>
          <w:p w14:paraId="078695EF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average = total / 5</w:t>
            </w:r>
          </w:p>
          <w:p w14:paraId="5132A500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OUTPUT average</w:t>
            </w:r>
          </w:p>
          <w:p w14:paraId="1EF0CD2A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Identify the logic error. (3)</w:t>
            </w:r>
          </w:p>
          <w:p w14:paraId="16FB87C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Correct the algorithm. (3)</w:t>
            </w:r>
          </w:p>
          <w:p w14:paraId="6C45DC5E" w14:textId="38CBE016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why a trace table would help find the error. (2)</w:t>
            </w:r>
          </w:p>
        </w:tc>
      </w:tr>
      <w:tr w:rsidR="00B773C8" w:rsidRPr="00177C07" w14:paraId="3F339229" w14:textId="77777777" w:rsidTr="00741D40">
        <w:tc>
          <w:tcPr>
            <w:tcW w:w="10584" w:type="dxa"/>
          </w:tcPr>
          <w:p w14:paraId="3405023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