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FDCFA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2.2A: Programming fundamentals</w:t>
      </w:r>
    </w:p>
    <w:p w14:paraId="73CD5E73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Variables, data types, constructs and additional techniques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6361221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BAC1AE9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387B0AFB" w14:textId="5F82A022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the purpose of variables, constants, assignment, input and output in a program. Give a short example of any three.</w:t>
            </w:r>
          </w:p>
        </w:tc>
      </w:tr>
      <w:tr w:rsidR="00B773C8" w:rsidRPr="00177C07" w14:paraId="754CAD5A" w14:textId="77777777" w:rsidTr="00741D40">
        <w:tc>
          <w:tcPr>
            <w:tcW w:w="10584" w:type="dxa"/>
          </w:tcPr>
          <w:p w14:paraId="20659D3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970F25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ADC2FED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19A35141" w14:textId="569405DC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Explain the three basic programming constructs: sequence, selection and iteration. Give a GCSE-level example of each.</w:t>
            </w:r>
          </w:p>
        </w:tc>
      </w:tr>
      <w:tr w:rsidR="00B773C8" w:rsidRPr="00177C07" w14:paraId="27D6966A" w14:textId="77777777" w:rsidTr="00741D40">
        <w:tc>
          <w:tcPr>
            <w:tcW w:w="10584" w:type="dxa"/>
          </w:tcPr>
          <w:p w14:paraId="6D0D071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2DAE5F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6FBBCD1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728771FE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Choose suitable data types for these values and justify each choice:</w:t>
            </w:r>
          </w:p>
          <w:p w14:paraId="512D15D5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number of pupils in a class (2)</w:t>
            </w:r>
          </w:p>
          <w:p w14:paraId="49AB704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price of an item (2)</w:t>
            </w:r>
          </w:p>
          <w:p w14:paraId="50FE72A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whether a user is logged in (2)</w:t>
            </w:r>
          </w:p>
          <w:p w14:paraId="6E5520DE" w14:textId="487BF5DD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a postcode (2)</w:t>
            </w:r>
          </w:p>
        </w:tc>
      </w:tr>
      <w:tr w:rsidR="00B773C8" w:rsidRPr="00177C07" w14:paraId="75732223" w14:textId="77777777" w:rsidTr="00741D40">
        <w:tc>
          <w:tcPr>
            <w:tcW w:w="10584" w:type="dxa"/>
          </w:tcPr>
          <w:p w14:paraId="32B56F1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96219B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ECE0E58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5CF18AAE" w14:textId="680CA0C8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Explain how arrays, records, functions and procedures help structure programs.</w:t>
            </w:r>
          </w:p>
        </w:tc>
      </w:tr>
      <w:tr w:rsidR="00B773C8" w:rsidRPr="00177C07" w14:paraId="6FB0B38D" w14:textId="77777777" w:rsidTr="00741D40">
        <w:tc>
          <w:tcPr>
            <w:tcW w:w="10584" w:type="dxa"/>
          </w:tcPr>
          <w:p w14:paraId="0380650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AC849D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FB10006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68E52BA5" w14:textId="369407DD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Q5. A program stores pupil results in a table. Write an SQL query to select the names of pupils whose score is greater than 70 from a table called Results. Then explain the purpose of SELECT, FROM and </w:t>
            </w:r>
            <w:proofErr w:type="gramStart"/>
            <w:r w:rsidRPr="00177C07">
              <w:rPr>
                <w:rFonts w:ascii="Aptos" w:hAnsi="Aptos"/>
              </w:rPr>
              <w:t>WHERE</w:t>
            </w:r>
            <w:proofErr w:type="gramEnd"/>
            <w:r w:rsidRPr="00177C07">
              <w:rPr>
                <w:rFonts w:ascii="Aptos" w:hAnsi="Aptos"/>
              </w:rPr>
              <w:t>.</w:t>
            </w:r>
          </w:p>
        </w:tc>
      </w:tr>
      <w:tr w:rsidR="00B773C8" w:rsidRPr="00177C07" w14:paraId="42717A3B" w14:textId="77777777" w:rsidTr="00741D40">
        <w:tc>
          <w:tcPr>
            <w:tcW w:w="10584" w:type="dxa"/>
          </w:tcPr>
          <w:p w14:paraId="30C64C7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