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446E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2.2B: Programming fundamentals</w:t>
      </w:r>
    </w:p>
    <w:p w14:paraId="475A2B12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Operators, loops, subprograms and data 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20B759A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0E9C542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53416C09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Evaluate these expressions. Show the final value.</w:t>
            </w:r>
          </w:p>
          <w:p w14:paraId="0FDA873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17 MOD 5 (2)</w:t>
            </w:r>
          </w:p>
          <w:p w14:paraId="4D82ED33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17 DIV 5 (2)</w:t>
            </w:r>
          </w:p>
          <w:p w14:paraId="32D2A6A7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2 ^ 3 + 4 (2)</w:t>
            </w:r>
          </w:p>
          <w:p w14:paraId="166AF7F6" w14:textId="5C2C2D5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(6 &gt; 3) AND NOT (2 == 2) (2)</w:t>
            </w:r>
          </w:p>
        </w:tc>
      </w:tr>
      <w:tr w:rsidR="00B773C8" w:rsidRPr="00177C07" w14:paraId="6981AD59" w14:textId="77777777" w:rsidTr="00741D40">
        <w:tc>
          <w:tcPr>
            <w:tcW w:w="10584" w:type="dxa"/>
          </w:tcPr>
          <w:p w14:paraId="34F6575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017EDF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3A5DEA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2EE41C21" w14:textId="09812657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Describe the difference between count-controlled and condition-controlled loops. Give one example of when each should be used.</w:t>
            </w:r>
          </w:p>
        </w:tc>
      </w:tr>
      <w:tr w:rsidR="00B773C8" w:rsidRPr="00177C07" w14:paraId="497B0CC3" w14:textId="77777777" w:rsidTr="00741D40">
        <w:tc>
          <w:tcPr>
            <w:tcW w:w="10584" w:type="dxa"/>
          </w:tcPr>
          <w:p w14:paraId="310FE2C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4380A8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9FB094C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10A5659E" w14:textId="65CF15FE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local variables, global variables, parameters and return values in the context of functions/procedures.</w:t>
            </w:r>
          </w:p>
        </w:tc>
      </w:tr>
      <w:tr w:rsidR="00B773C8" w:rsidRPr="00177C07" w14:paraId="3A386C77" w14:textId="77777777" w:rsidTr="00741D40">
        <w:tc>
          <w:tcPr>
            <w:tcW w:w="10584" w:type="dxa"/>
          </w:tcPr>
          <w:p w14:paraId="64F8DCB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3B9946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A84DE3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464D45E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2D array stores marks for 3 students in 4 tests.</w:t>
            </w:r>
          </w:p>
          <w:p w14:paraId="1D80C1E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Explain why a 2D array is suitable. (2)</w:t>
            </w:r>
          </w:p>
          <w:p w14:paraId="6F9ACFB1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Explain how a 2D array can emulate a database table. (3)</w:t>
            </w:r>
          </w:p>
          <w:p w14:paraId="21A5E11B" w14:textId="3329B6C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State one limitation compared with a full database. (3)</w:t>
            </w:r>
          </w:p>
        </w:tc>
      </w:tr>
      <w:tr w:rsidR="00B773C8" w:rsidRPr="00177C07" w14:paraId="7F4137FB" w14:textId="77777777" w:rsidTr="00741D40">
        <w:tc>
          <w:tcPr>
            <w:tcW w:w="10584" w:type="dxa"/>
          </w:tcPr>
          <w:p w14:paraId="317F648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7B30A4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48DE0D1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71F66C38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game needs to roll a six-sided die and save the result to a file.</w:t>
            </w:r>
          </w:p>
          <w:p w14:paraId="040D9252" w14:textId="1707D9D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Describe the programming techniques needed, including random number generation and basic file handling operations.</w:t>
            </w:r>
          </w:p>
        </w:tc>
      </w:tr>
      <w:tr w:rsidR="00B773C8" w:rsidRPr="00177C07" w14:paraId="187F00E5" w14:textId="77777777" w:rsidTr="00741D40">
        <w:tc>
          <w:tcPr>
            <w:tcW w:w="10584" w:type="dxa"/>
          </w:tcPr>
          <w:p w14:paraId="4A9D883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