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FBFB0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2.2C: Programming fundamentals</w:t>
      </w:r>
    </w:p>
    <w:p w14:paraId="5F99A398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Program reading and writing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750B3FF8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355991B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5B52080A" w14:textId="235C138F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A user inputs their age as a string. Explain why casting may be needed before comparing the age with 18. Give a short example.</w:t>
            </w:r>
          </w:p>
        </w:tc>
      </w:tr>
      <w:tr w:rsidR="00B773C8" w:rsidRPr="00177C07" w14:paraId="23C80437" w14:textId="77777777" w:rsidTr="00741D40">
        <w:tc>
          <w:tcPr>
            <w:tcW w:w="10584" w:type="dxa"/>
          </w:tcPr>
          <w:p w14:paraId="4BA21337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17871E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21F14CF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6D6E1852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Read the code and state the output.</w:t>
            </w:r>
          </w:p>
          <w:p w14:paraId="33A7FACD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name = 'Samira'</w:t>
            </w:r>
          </w:p>
          <w:p w14:paraId="4E4D4B6F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score = 12</w:t>
            </w:r>
          </w:p>
          <w:p w14:paraId="0653CDAD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score = score + 3</w:t>
            </w:r>
          </w:p>
          <w:p w14:paraId="58060BFC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OUTPUT name + ':' + str(score)</w:t>
            </w:r>
          </w:p>
          <w:p w14:paraId="4B5686A6" w14:textId="1E671743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Explain the purpose of concatenation in this example.</w:t>
            </w:r>
          </w:p>
        </w:tc>
      </w:tr>
      <w:tr w:rsidR="00B773C8" w:rsidRPr="00177C07" w14:paraId="1E9E68B7" w14:textId="77777777" w:rsidTr="00741D40">
        <w:tc>
          <w:tcPr>
            <w:tcW w:w="10584" w:type="dxa"/>
          </w:tcPr>
          <w:p w14:paraId="14B5D44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25595E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DC592D2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3E23E6AF" w14:textId="73F435A9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Write pseudocode that inputs a password and keeps asking until the user enters 'open'. Output 'Access granted' when correct.</w:t>
            </w:r>
          </w:p>
        </w:tc>
      </w:tr>
      <w:tr w:rsidR="00B773C8" w:rsidRPr="00177C07" w14:paraId="0CF5D7F2" w14:textId="77777777" w:rsidTr="00741D40">
        <w:tc>
          <w:tcPr>
            <w:tcW w:w="10584" w:type="dxa"/>
          </w:tcPr>
          <w:p w14:paraId="28638519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51FA5B5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887B85B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39B869F4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string variable word stores 'COMPUTING'.</w:t>
            </w:r>
          </w:p>
          <w:p w14:paraId="72C588E2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Explain what string slicing is. (2)</w:t>
            </w:r>
          </w:p>
          <w:p w14:paraId="1F213EBD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(b) Give the result of slicing characters 1 to 3 if counting starts at 0 and the end position is not included: </w:t>
            </w:r>
            <w:proofErr w:type="gramStart"/>
            <w:r w:rsidRPr="00177C07">
              <w:rPr>
                <w:rFonts w:ascii="Aptos" w:hAnsi="Aptos"/>
              </w:rPr>
              <w:t>word[</w:t>
            </w:r>
            <w:proofErr w:type="gramEnd"/>
            <w:r w:rsidRPr="00177C07">
              <w:rPr>
                <w:rFonts w:ascii="Aptos" w:hAnsi="Aptos"/>
              </w:rPr>
              <w:t>1:4]. (2)</w:t>
            </w:r>
          </w:p>
          <w:p w14:paraId="59709D38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Explain why string manipulation is useful. (2)</w:t>
            </w:r>
          </w:p>
          <w:p w14:paraId="4E6A0A72" w14:textId="1A7BBA6E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(d) Give one example of concatenation using </w:t>
            </w:r>
            <w:proofErr w:type="gramStart"/>
            <w:r w:rsidRPr="00177C07">
              <w:rPr>
                <w:rFonts w:ascii="Aptos" w:hAnsi="Aptos"/>
              </w:rPr>
              <w:t>word</w:t>
            </w:r>
            <w:proofErr w:type="gramEnd"/>
            <w:r w:rsidRPr="00177C07">
              <w:rPr>
                <w:rFonts w:ascii="Aptos" w:hAnsi="Aptos"/>
              </w:rPr>
              <w:t>. (2)</w:t>
            </w:r>
          </w:p>
        </w:tc>
      </w:tr>
      <w:tr w:rsidR="00B773C8" w:rsidRPr="00177C07" w14:paraId="37708210" w14:textId="77777777" w:rsidTr="00741D40">
        <w:tc>
          <w:tcPr>
            <w:tcW w:w="10584" w:type="dxa"/>
          </w:tcPr>
          <w:p w14:paraId="3A24F8FB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4B0B780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9CEE56F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723A6139" w14:textId="611EA82A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Design a program structure for a quiz that asks five questions, stores the score, and outputs a grade. Refer to variables, selection, iteration and subprograms.</w:t>
            </w:r>
          </w:p>
        </w:tc>
      </w:tr>
      <w:tr w:rsidR="00B773C8" w:rsidRPr="00177C07" w14:paraId="25D2F1C3" w14:textId="77777777" w:rsidTr="00741D40">
        <w:tc>
          <w:tcPr>
            <w:tcW w:w="10584" w:type="dxa"/>
          </w:tcPr>
          <w:p w14:paraId="4A7C83A3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