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9915C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2.3B: Producing robust programs</w:t>
      </w:r>
    </w:p>
    <w:p w14:paraId="19AA4C98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Errors, test data and refinement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2E0E8CA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618F73F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39F60445" w14:textId="3F49EB2B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Explain the difference between syntax errors and logic errors. Give one example of each.</w:t>
            </w:r>
          </w:p>
        </w:tc>
      </w:tr>
      <w:tr w:rsidR="00B773C8" w:rsidRPr="00177C07" w14:paraId="4F0D4A74" w14:textId="77777777" w:rsidTr="00741D40">
        <w:tc>
          <w:tcPr>
            <w:tcW w:w="10584" w:type="dxa"/>
          </w:tcPr>
          <w:p w14:paraId="7F35D3DA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C14946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D8CE860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61BB7B6C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A password must be 8 to 20 characters long.</w:t>
            </w:r>
          </w:p>
          <w:p w14:paraId="707AC230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Classify each test item as normal, boundary, invalid or erroneous and explain why:</w:t>
            </w:r>
          </w:p>
          <w:p w14:paraId="3078911E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12-character password (2)</w:t>
            </w:r>
          </w:p>
          <w:p w14:paraId="1C63F21C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8-character password (2)</w:t>
            </w:r>
          </w:p>
          <w:p w14:paraId="414BD737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21-character password (2)</w:t>
            </w:r>
          </w:p>
          <w:p w14:paraId="4BEE3282" w14:textId="11CF9E53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no text entered / blank input (2)</w:t>
            </w:r>
          </w:p>
        </w:tc>
      </w:tr>
      <w:tr w:rsidR="00B773C8" w:rsidRPr="00177C07" w14:paraId="5ACEC10F" w14:textId="77777777" w:rsidTr="00741D40">
        <w:tc>
          <w:tcPr>
            <w:tcW w:w="10584" w:type="dxa"/>
          </w:tcPr>
          <w:p w14:paraId="0C8EBBF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FDFA6BE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E6E46EA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07A35434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Identify the error type and correction.</w:t>
            </w:r>
          </w:p>
          <w:p w14:paraId="1FE21686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INPUT age</w:t>
            </w:r>
          </w:p>
          <w:p w14:paraId="3F86DF08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IF age =&lt; 17 THEN</w:t>
            </w:r>
          </w:p>
          <w:p w14:paraId="34271345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OUTPUT 'Child fare'</w:t>
            </w:r>
          </w:p>
          <w:p w14:paraId="5A1AFDFB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ELSE</w:t>
            </w:r>
          </w:p>
          <w:p w14:paraId="588E5DB3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    OUTPUT 'Adult fare'</w:t>
            </w:r>
          </w:p>
          <w:p w14:paraId="68AD7BDC" w14:textId="77777777" w:rsidR="009C39F6" w:rsidRPr="00177C07" w:rsidRDefault="009C39F6" w:rsidP="009C39F6">
            <w:pPr>
              <w:pStyle w:val="CodeBlock"/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    ENDIF</w:t>
            </w:r>
          </w:p>
          <w:p w14:paraId="48D148B8" w14:textId="52AE156E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The program should output child fare for ages 17 and below.</w:t>
            </w:r>
          </w:p>
        </w:tc>
      </w:tr>
      <w:tr w:rsidR="00B773C8" w:rsidRPr="00177C07" w14:paraId="17002CEE" w14:textId="77777777" w:rsidTr="00741D40">
        <w:tc>
          <w:tcPr>
            <w:tcW w:w="10584" w:type="dxa"/>
          </w:tcPr>
          <w:p w14:paraId="620C9014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D79DA80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82923E4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7CC85BE2" w14:textId="7894D0B2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Explain how a programmer can use trace tables when refining algorithms.</w:t>
            </w:r>
          </w:p>
        </w:tc>
      </w:tr>
      <w:tr w:rsidR="00B773C8" w:rsidRPr="00177C07" w14:paraId="02EAA290" w14:textId="77777777" w:rsidTr="00741D40">
        <w:tc>
          <w:tcPr>
            <w:tcW w:w="10584" w:type="dxa"/>
          </w:tcPr>
          <w:p w14:paraId="36C01B7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06643C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0B64EA6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2CF4086D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ticket booking program crashes when users enter letters for number of tickets.</w:t>
            </w:r>
          </w:p>
          <w:p w14:paraId="7E6B2B3A" w14:textId="37A6F030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Recommend changes to make the program robust and explain how each change helps.</w:t>
            </w:r>
          </w:p>
        </w:tc>
      </w:tr>
      <w:tr w:rsidR="00B773C8" w:rsidRPr="00177C07" w14:paraId="752D8655" w14:textId="77777777" w:rsidTr="00741D40">
        <w:tc>
          <w:tcPr>
            <w:tcW w:w="10584" w:type="dxa"/>
          </w:tcPr>
          <w:p w14:paraId="1E426BC7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