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5D49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2.3C: Producing robust programs</w:t>
      </w:r>
    </w:p>
    <w:p w14:paraId="6DCE7A68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Robust program design scenarios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5D126BB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8CA4A2F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538CA9B1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A login system uses usernames and passwords.</w:t>
            </w:r>
          </w:p>
          <w:p w14:paraId="6E87714C" w14:textId="3A3D8104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four defensive design considerations for this system.</w:t>
            </w:r>
          </w:p>
        </w:tc>
      </w:tr>
      <w:tr w:rsidR="00B773C8" w:rsidRPr="00177C07" w14:paraId="77176F7D" w14:textId="77777777" w:rsidTr="00741D40">
        <w:tc>
          <w:tcPr>
            <w:tcW w:w="10584" w:type="dxa"/>
          </w:tcPr>
          <w:p w14:paraId="26BB361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A5933B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45128BE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1894E86D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program asks users to enter a date of birth.</w:t>
            </w:r>
          </w:p>
          <w:p w14:paraId="591D0BC4" w14:textId="1BB9995F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Describe validation checks that could be applied and give examples of test data.</w:t>
            </w:r>
          </w:p>
        </w:tc>
      </w:tr>
      <w:tr w:rsidR="00B773C8" w:rsidRPr="00177C07" w14:paraId="1F82AEDB" w14:textId="77777777" w:rsidTr="00741D40">
        <w:tc>
          <w:tcPr>
            <w:tcW w:w="10584" w:type="dxa"/>
          </w:tcPr>
          <w:p w14:paraId="5B21172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726B14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C137BBA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737AC00D" w14:textId="648B566F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why subprograms can improve maintainability and robustness.</w:t>
            </w:r>
          </w:p>
        </w:tc>
      </w:tr>
      <w:tr w:rsidR="00B773C8" w:rsidRPr="00177C07" w14:paraId="6B18C83B" w14:textId="77777777" w:rsidTr="00741D40">
        <w:tc>
          <w:tcPr>
            <w:tcW w:w="10584" w:type="dxa"/>
          </w:tcPr>
          <w:p w14:paraId="326BC2B1" w14:textId="77777777" w:rsidR="00B773C8" w:rsidRPr="00177C07" w:rsidRDefault="00B773C8" w:rsidP="009C39F6">
            <w:pPr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6838B59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1F0ACCC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5921BEBD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Create suitable test data for a program that accepts a percentage from 0 to 100 inclusive.</w:t>
            </w:r>
          </w:p>
          <w:p w14:paraId="30C667A9" w14:textId="3BB791CD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Include expected outcomes for at least five tests.</w:t>
            </w:r>
          </w:p>
        </w:tc>
      </w:tr>
      <w:tr w:rsidR="00B773C8" w:rsidRPr="00177C07" w14:paraId="04003ACB" w14:textId="77777777" w:rsidTr="00741D40">
        <w:tc>
          <w:tcPr>
            <w:tcW w:w="10584" w:type="dxa"/>
          </w:tcPr>
          <w:p w14:paraId="3F859DB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573083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0AC9B49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08CE213B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programmer writes a working program quickly but uses variable names a, b and c, no indentation and no comments.</w:t>
            </w:r>
          </w:p>
          <w:p w14:paraId="17DC31E6" w14:textId="5AE4D0A0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Evaluate the impact this may have on future maintenance and testing.</w:t>
            </w:r>
          </w:p>
        </w:tc>
      </w:tr>
      <w:tr w:rsidR="00B773C8" w:rsidRPr="00177C07" w14:paraId="2F988BB1" w14:textId="77777777" w:rsidTr="00741D40">
        <w:tc>
          <w:tcPr>
            <w:tcW w:w="10584" w:type="dxa"/>
          </w:tcPr>
          <w:p w14:paraId="590F00A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