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01857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2.4A: Boolean logic</w:t>
      </w:r>
    </w:p>
    <w:p w14:paraId="41E285CA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Truth tables and combined logic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7E3E90B6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3D4171C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0A33BF4D" w14:textId="3171B5DC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Complete the basic truth tables for AND, OR and NOT using inputs A and B where needed.</w:t>
            </w:r>
          </w:p>
        </w:tc>
      </w:tr>
      <w:tr w:rsidR="00B773C8" w:rsidRPr="00177C07" w14:paraId="307F9121" w14:textId="77777777" w:rsidTr="00741D40">
        <w:tc>
          <w:tcPr>
            <w:tcW w:w="10584" w:type="dxa"/>
          </w:tcPr>
          <w:p w14:paraId="4142889C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3F2E619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CF2ED94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5E90FF8F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Evaluate each expression.</w:t>
            </w:r>
          </w:p>
          <w:p w14:paraId="7BA90503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1 AND 0 (2)</w:t>
            </w:r>
          </w:p>
          <w:p w14:paraId="1E322BCB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1 OR 0 (2)</w:t>
            </w:r>
          </w:p>
          <w:p w14:paraId="05C6CD36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NOT 1 (2)</w:t>
            </w:r>
          </w:p>
          <w:p w14:paraId="28EF6B44" w14:textId="49D9B6C3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(1 AND 1) OR 0 (2)</w:t>
            </w:r>
          </w:p>
        </w:tc>
      </w:tr>
      <w:tr w:rsidR="00B773C8" w:rsidRPr="00177C07" w14:paraId="6B07830A" w14:textId="77777777" w:rsidTr="00741D40">
        <w:tc>
          <w:tcPr>
            <w:tcW w:w="10584" w:type="dxa"/>
          </w:tcPr>
          <w:p w14:paraId="1872111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395335A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B8CB0A9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4F621105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A security light turns on when it is dark AND motion is detected.</w:t>
            </w:r>
          </w:p>
          <w:p w14:paraId="0033CD8E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Write the Boolean expression. (2)</w:t>
            </w:r>
          </w:p>
          <w:p w14:paraId="5E6160CE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Complete the truth table for Dark, Motion and Light. (4)</w:t>
            </w:r>
          </w:p>
          <w:p w14:paraId="1A3AF9FE" w14:textId="16483DED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Explain one row of the table in words. (2)</w:t>
            </w:r>
          </w:p>
        </w:tc>
      </w:tr>
      <w:tr w:rsidR="00B773C8" w:rsidRPr="00177C07" w14:paraId="4456137F" w14:textId="77777777" w:rsidTr="00741D40">
        <w:tc>
          <w:tcPr>
            <w:tcW w:w="10584" w:type="dxa"/>
          </w:tcPr>
          <w:p w14:paraId="6DDFF8BB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1C330C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E5342E3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7B39CB6A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Complete the truth table for X = A AND (NOT B).</w:t>
            </w:r>
          </w:p>
          <w:p w14:paraId="3536C8D4" w14:textId="1BD3D313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Rows: A B = 00, 01, 10, 11.</w:t>
            </w:r>
          </w:p>
        </w:tc>
      </w:tr>
      <w:tr w:rsidR="00B773C8" w:rsidRPr="00177C07" w14:paraId="04B7D815" w14:textId="77777777" w:rsidTr="00741D40">
        <w:tc>
          <w:tcPr>
            <w:tcW w:w="10584" w:type="dxa"/>
          </w:tcPr>
          <w:p w14:paraId="08321763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FCB16A3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1642FE5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3B8E37AA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An alarm sounds when either the door is open OR the window is open, AND the system is armed.</w:t>
            </w:r>
          </w:p>
          <w:p w14:paraId="59FA3592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Write a Boolean expression. (3)</w:t>
            </w:r>
          </w:p>
          <w:p w14:paraId="6EE60072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Explain why brackets may be important. (2)</w:t>
            </w:r>
          </w:p>
          <w:p w14:paraId="1BE94A10" w14:textId="4C02A8F0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Give two input combinations that make the alarm sound. (3)</w:t>
            </w:r>
          </w:p>
        </w:tc>
      </w:tr>
      <w:tr w:rsidR="00B773C8" w:rsidRPr="00177C07" w14:paraId="10547612" w14:textId="77777777" w:rsidTr="00741D40">
        <w:tc>
          <w:tcPr>
            <w:tcW w:w="10584" w:type="dxa"/>
          </w:tcPr>
          <w:p w14:paraId="0D30485B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