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56169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2.4B: Boolean logic</w:t>
      </w:r>
    </w:p>
    <w:p w14:paraId="08F6C6D9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Logic gates in scenarios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71B94DCB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2637F15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13424E0F" w14:textId="2E0F210C" w:rsidR="00B773C8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Describe the output of AND, OR and NOT gates in words. Include when each gate outputs 1</w:t>
            </w:r>
          </w:p>
        </w:tc>
      </w:tr>
      <w:tr w:rsidR="00B773C8" w:rsidRPr="00177C07" w14:paraId="74D9AAEC" w14:textId="77777777" w:rsidTr="00741D40">
        <w:tc>
          <w:tcPr>
            <w:tcW w:w="10584" w:type="dxa"/>
          </w:tcPr>
          <w:p w14:paraId="6CEA555C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E302C0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9A73EDF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5D7F0D5A" w14:textId="43A652DB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Complete the output column for Y = (A OR B) AND C for all eight input combinations 000 to 111.</w:t>
            </w:r>
          </w:p>
        </w:tc>
      </w:tr>
      <w:tr w:rsidR="00B773C8" w:rsidRPr="00177C07" w14:paraId="49C5130B" w14:textId="77777777" w:rsidTr="00741D40">
        <w:tc>
          <w:tcPr>
            <w:tcW w:w="10584" w:type="dxa"/>
          </w:tcPr>
          <w:p w14:paraId="49151B4C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CBDA08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FAC0716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6598C13D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A door lock opens when a valid card is detected AND the door is NOT already open.</w:t>
            </w:r>
          </w:p>
          <w:p w14:paraId="303A30BB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Write the expression. (2)</w:t>
            </w:r>
          </w:p>
          <w:p w14:paraId="436C3B2B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Complete a four-row truth table. (4)</w:t>
            </w:r>
          </w:p>
          <w:p w14:paraId="28785E12" w14:textId="29DA9D67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Explain why NOT is needed. (2)</w:t>
            </w:r>
          </w:p>
        </w:tc>
      </w:tr>
      <w:tr w:rsidR="00B773C8" w:rsidRPr="00177C07" w14:paraId="795FC60E" w14:textId="77777777" w:rsidTr="00741D40">
        <w:tc>
          <w:tcPr>
            <w:tcW w:w="10584" w:type="dxa"/>
          </w:tcPr>
          <w:p w14:paraId="01C4E3B2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50FD425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F7B8DAA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71F6A9E5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logic circuit should output 1 when A is 1 and B is 0, or when C is 1.</w:t>
            </w:r>
          </w:p>
          <w:p w14:paraId="6A3DEF3D" w14:textId="2A5DF97F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Write the Boolean expression and identify the gates needed.</w:t>
            </w:r>
          </w:p>
        </w:tc>
      </w:tr>
      <w:tr w:rsidR="00B773C8" w:rsidRPr="00177C07" w14:paraId="631A0548" w14:textId="77777777" w:rsidTr="00741D40">
        <w:tc>
          <w:tcPr>
            <w:tcW w:w="10584" w:type="dxa"/>
          </w:tcPr>
          <w:p w14:paraId="2B4A793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5B8453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AAD025B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7849791D" w14:textId="6F0DAA20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Explain how truth tables can be used to test whether a logic expression meets a scenario.</w:t>
            </w:r>
          </w:p>
        </w:tc>
      </w:tr>
      <w:tr w:rsidR="00B773C8" w:rsidRPr="00177C07" w14:paraId="2A98D79B" w14:textId="77777777" w:rsidTr="00741D40">
        <w:tc>
          <w:tcPr>
            <w:tcW w:w="10584" w:type="dxa"/>
          </w:tcPr>
          <w:p w14:paraId="79436C26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p w14:paraId="14EAEC83" w14:textId="54CF5E5A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</w:rPr>
        <w:t>.</w:t>
      </w:r>
    </w:p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