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12EFC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2.5B: Programming languages and IDEs</w:t>
      </w:r>
    </w:p>
    <w:p w14:paraId="694471CE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Translator choices and development workflow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3FD9E2C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03E154A3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0A3C2165" w14:textId="3D888654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Define source code, object/executable code and machine code.</w:t>
            </w:r>
          </w:p>
        </w:tc>
      </w:tr>
      <w:tr w:rsidR="00B773C8" w:rsidRPr="00177C07" w14:paraId="460D21E5" w14:textId="77777777" w:rsidTr="00741D40">
        <w:tc>
          <w:tcPr>
            <w:tcW w:w="10584" w:type="dxa"/>
          </w:tcPr>
          <w:p w14:paraId="24DCCF65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4AAEFE8E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26A52F72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00DA1D9F" w14:textId="39961284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Give two benefits and two drawbacks of using a compiler compared with an interpreter.</w:t>
            </w:r>
          </w:p>
        </w:tc>
      </w:tr>
      <w:tr w:rsidR="00B773C8" w:rsidRPr="00177C07" w14:paraId="5DDEC309" w14:textId="77777777" w:rsidTr="00741D40">
        <w:tc>
          <w:tcPr>
            <w:tcW w:w="10584" w:type="dxa"/>
          </w:tcPr>
          <w:p w14:paraId="3668645B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2B7D9B0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B3C1315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45ED1127" w14:textId="1CE2B9E0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Explain how error diagnostics in an IDE can help with syntax errors but may not solve logic errors.</w:t>
            </w:r>
          </w:p>
        </w:tc>
      </w:tr>
      <w:tr w:rsidR="00B773C8" w:rsidRPr="00177C07" w14:paraId="3ECDC135" w14:textId="77777777" w:rsidTr="00741D40">
        <w:tc>
          <w:tcPr>
            <w:tcW w:w="10584" w:type="dxa"/>
          </w:tcPr>
          <w:p w14:paraId="52270A94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DCF7222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4A4B8DE8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4F8FEB5A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A programmer is developing software for a small embedded device with limited memory.</w:t>
            </w:r>
          </w:p>
          <w:p w14:paraId="7679E83D" w14:textId="68FB05B1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Discuss why a low-level language might be chosen and why a high-level language might still be preferred.</w:t>
            </w:r>
          </w:p>
        </w:tc>
      </w:tr>
      <w:tr w:rsidR="00B773C8" w:rsidRPr="00177C07" w14:paraId="56422479" w14:textId="77777777" w:rsidTr="00741D40">
        <w:tc>
          <w:tcPr>
            <w:tcW w:w="10584" w:type="dxa"/>
          </w:tcPr>
          <w:p w14:paraId="5A5A537F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BC5F908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56A7F370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427E2108" w14:textId="32B994BF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Describe a development workflow using IDE tools from writing code to testing a working program.</w:t>
            </w:r>
          </w:p>
        </w:tc>
      </w:tr>
      <w:tr w:rsidR="00B773C8" w:rsidRPr="00177C07" w14:paraId="2AAEF94C" w14:textId="77777777" w:rsidTr="00741D40">
        <w:tc>
          <w:tcPr>
            <w:tcW w:w="10584" w:type="dxa"/>
          </w:tcPr>
          <w:p w14:paraId="74EFB2E5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