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F65BE" w14:textId="77777777" w:rsidR="00894534" w:rsidRPr="00177C07" w:rsidRDefault="00ED7E52">
      <w:pPr>
        <w:pStyle w:val="Heading1"/>
        <w:rPr>
          <w:rFonts w:ascii="Aptos" w:hAnsi="Aptos"/>
        </w:rPr>
      </w:pPr>
      <w:r w:rsidRPr="00177C07">
        <w:rPr>
          <w:rFonts w:ascii="Aptos" w:hAnsi="Aptos"/>
        </w:rPr>
        <w:t>Worksheet 2.5C: Programming languages and IDEs</w:t>
      </w:r>
    </w:p>
    <w:p w14:paraId="7E4F129F" w14:textId="77777777" w:rsidR="00894534" w:rsidRPr="00177C07" w:rsidRDefault="00ED7E52">
      <w:pPr>
        <w:rPr>
          <w:rFonts w:ascii="Aptos" w:hAnsi="Aptos"/>
        </w:rPr>
      </w:pPr>
      <w:r w:rsidRPr="00177C07">
        <w:rPr>
          <w:rFonts w:ascii="Aptos" w:hAnsi="Aptos"/>
          <w:b/>
        </w:rPr>
        <w:t xml:space="preserve">Focus: </w:t>
      </w:r>
      <w:r w:rsidRPr="00177C07">
        <w:rPr>
          <w:rFonts w:ascii="Aptos" w:hAnsi="Aptos"/>
        </w:rPr>
        <w:t>Applied languages and IDE exam practice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B773C8" w:rsidRPr="00177C07" w14:paraId="027BCB1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3242DB44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1 (8 marks)</w:t>
            </w:r>
          </w:p>
          <w:p w14:paraId="159EA710" w14:textId="1291390C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Q1. Explain why a computer cannot directly execute most high-level language source code.</w:t>
            </w:r>
          </w:p>
        </w:tc>
      </w:tr>
      <w:tr w:rsidR="00B773C8" w:rsidRPr="00177C07" w14:paraId="4129F107" w14:textId="77777777" w:rsidTr="00741D40">
        <w:tc>
          <w:tcPr>
            <w:tcW w:w="10584" w:type="dxa"/>
          </w:tcPr>
          <w:p w14:paraId="622BB0C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0385BFC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79FB15F3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2 (8 marks)</w:t>
            </w:r>
          </w:p>
          <w:p w14:paraId="01107A81" w14:textId="212E4289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Q2. A student says: 'Compiled programs are always better than interpreted programs.' Discuss this statement.</w:t>
            </w:r>
          </w:p>
        </w:tc>
      </w:tr>
      <w:tr w:rsidR="00B773C8" w:rsidRPr="00177C07" w14:paraId="20BBDB51" w14:textId="77777777" w:rsidTr="00741D40">
        <w:tc>
          <w:tcPr>
            <w:tcW w:w="10584" w:type="dxa"/>
          </w:tcPr>
          <w:p w14:paraId="3D2DCA6F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13D460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9AE4E7E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3 (8 marks)</w:t>
            </w:r>
          </w:p>
          <w:p w14:paraId="5F0620B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Q3. Match each IDE feature to the problem it helps solve:</w:t>
            </w:r>
          </w:p>
          <w:p w14:paraId="09232B96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syntax highlighting (2)</w:t>
            </w:r>
          </w:p>
          <w:p w14:paraId="254BD80F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auto-indentation/editor tools (2)</w:t>
            </w:r>
          </w:p>
          <w:p w14:paraId="69AC84A0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error diagnostics (2)</w:t>
            </w:r>
          </w:p>
          <w:p w14:paraId="61D987D8" w14:textId="41505A74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run-time environment (2)</w:t>
            </w:r>
          </w:p>
        </w:tc>
      </w:tr>
      <w:tr w:rsidR="00B773C8" w:rsidRPr="00177C07" w14:paraId="3E779D1E" w14:textId="77777777" w:rsidTr="00741D40">
        <w:tc>
          <w:tcPr>
            <w:tcW w:w="10584" w:type="dxa"/>
          </w:tcPr>
          <w:p w14:paraId="56B37AB7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7DF82841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6E0B994E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4 (8 marks)</w:t>
            </w:r>
          </w:p>
          <w:p w14:paraId="4E053341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Q4. Recommend a language level for each case and justify:</w:t>
            </w:r>
          </w:p>
          <w:p w14:paraId="388C3070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(a) writing a beginner-friendly school quiz program (2)</w:t>
            </w:r>
          </w:p>
          <w:p w14:paraId="752AFAC5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(b) programming a device driver needing direct hardware control (2)</w:t>
            </w:r>
          </w:p>
          <w:p w14:paraId="0CE35FB7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(c) making a quick prototype of a data tool (2)</w:t>
            </w:r>
          </w:p>
          <w:p w14:paraId="0DD34B30" w14:textId="4A469FD5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(d) optimising code for a processor with very limited resources (2)</w:t>
            </w:r>
          </w:p>
        </w:tc>
      </w:tr>
      <w:tr w:rsidR="00B773C8" w:rsidRPr="00177C07" w14:paraId="49B67F42" w14:textId="77777777" w:rsidTr="00741D40">
        <w:tc>
          <w:tcPr>
            <w:tcW w:w="10584" w:type="dxa"/>
          </w:tcPr>
          <w:p w14:paraId="342D522E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  <w:tr w:rsidR="00B773C8" w:rsidRPr="00177C07" w14:paraId="310D9224" w14:textId="77777777" w:rsidTr="00741D40">
        <w:tc>
          <w:tcPr>
            <w:tcW w:w="10584" w:type="dxa"/>
            <w:shd w:val="clear" w:color="auto" w:fill="DAEEF3" w:themeFill="accent5" w:themeFillTint="33"/>
          </w:tcPr>
          <w:p w14:paraId="1B2EC977" w14:textId="77777777" w:rsidR="009C39F6" w:rsidRPr="00177C07" w:rsidRDefault="009C39F6" w:rsidP="009C39F6">
            <w:pPr>
              <w:keepNext/>
              <w:rPr>
                <w:rFonts w:ascii="Aptos" w:hAnsi="Aptos"/>
              </w:rPr>
            </w:pPr>
            <w:r w:rsidRPr="00177C07">
              <w:rPr>
                <w:rFonts w:ascii="Aptos" w:hAnsi="Aptos"/>
                <w:b/>
                <w:sz w:val="22"/>
              </w:rPr>
              <w:t>Question 5 (8 marks)</w:t>
            </w:r>
          </w:p>
          <w:p w14:paraId="6CF39340" w14:textId="77777777" w:rsidR="009C39F6" w:rsidRPr="00177C07" w:rsidRDefault="009C39F6" w:rsidP="009C39F6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Q5. A school asks students to use an IDE for programming coursework-style practice.</w:t>
            </w:r>
          </w:p>
          <w:p w14:paraId="793CEAEE" w14:textId="54130CE5" w:rsidR="00B773C8" w:rsidRPr="00177C07" w:rsidRDefault="009C39F6" w:rsidP="00741D40">
            <w:pPr>
              <w:rPr>
                <w:rFonts w:ascii="Aptos" w:hAnsi="Aptos"/>
              </w:rPr>
            </w:pPr>
            <w:r w:rsidRPr="00177C07">
              <w:rPr>
                <w:rFonts w:ascii="Aptos" w:hAnsi="Aptos"/>
              </w:rPr>
              <w:t>Evaluate the advantages and possible disadvantages of relying on IDE tools.</w:t>
            </w:r>
          </w:p>
        </w:tc>
      </w:tr>
      <w:tr w:rsidR="00B773C8" w:rsidRPr="00177C07" w14:paraId="198512EE" w14:textId="77777777" w:rsidTr="00741D40">
        <w:tc>
          <w:tcPr>
            <w:tcW w:w="10584" w:type="dxa"/>
          </w:tcPr>
          <w:p w14:paraId="70AC3549" w14:textId="77777777" w:rsidR="00B773C8" w:rsidRPr="00177C07" w:rsidRDefault="00B773C8" w:rsidP="00741D40">
            <w:pPr>
              <w:keepNext/>
              <w:rPr>
                <w:rFonts w:ascii="Aptos" w:hAnsi="Aptos"/>
                <w:b/>
                <w:sz w:val="22"/>
              </w:rPr>
            </w:pPr>
          </w:p>
        </w:tc>
      </w:tr>
    </w:tbl>
    <w:sectPr w:rsidR="00894534" w:rsidRPr="00177C07" w:rsidSect="009C39F6">
      <w:headerReference w:type="default" r:id="rId8"/>
      <w:pgSz w:w="12240" w:h="15840"/>
      <w:pgMar w:top="1440" w:right="1440" w:bottom="144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5E123" w14:textId="77777777" w:rsidR="00ED7E52" w:rsidRDefault="00ED7E52">
      <w:pPr>
        <w:spacing w:after="0" w:line="240" w:lineRule="auto"/>
      </w:pPr>
      <w:r>
        <w:separator/>
      </w:r>
    </w:p>
  </w:endnote>
  <w:endnote w:type="continuationSeparator" w:id="0">
    <w:p w14:paraId="19240F95" w14:textId="77777777" w:rsidR="00ED7E52" w:rsidRDefault="00ED7E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032AE" w14:textId="77777777" w:rsidR="00ED7E52" w:rsidRDefault="00ED7E52">
      <w:pPr>
        <w:spacing w:after="0" w:line="240" w:lineRule="auto"/>
      </w:pPr>
      <w:r>
        <w:separator/>
      </w:r>
    </w:p>
  </w:footnote>
  <w:footnote w:type="continuationSeparator" w:id="0">
    <w:p w14:paraId="62D798AB" w14:textId="77777777" w:rsidR="00ED7E52" w:rsidRDefault="00ED7E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4B70" w14:textId="1B51FA5C" w:rsidR="00894534" w:rsidRDefault="00ED7E52">
    <w:pPr>
      <w:jc w:val="center"/>
    </w:pPr>
    <w:r>
      <w:rPr>
        <w:color w:val="505050"/>
        <w:sz w:val="16"/>
      </w:rPr>
      <w:t>OCR J277 GCSE Computer Science - 40 mark worksheet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6339531">
    <w:abstractNumId w:val="8"/>
  </w:num>
  <w:num w:numId="2" w16cid:durableId="1483691146">
    <w:abstractNumId w:val="6"/>
  </w:num>
  <w:num w:numId="3" w16cid:durableId="1380668747">
    <w:abstractNumId w:val="5"/>
  </w:num>
  <w:num w:numId="4" w16cid:durableId="386690058">
    <w:abstractNumId w:val="4"/>
  </w:num>
  <w:num w:numId="5" w16cid:durableId="1481967366">
    <w:abstractNumId w:val="7"/>
  </w:num>
  <w:num w:numId="6" w16cid:durableId="476075851">
    <w:abstractNumId w:val="3"/>
  </w:num>
  <w:num w:numId="7" w16cid:durableId="669719277">
    <w:abstractNumId w:val="2"/>
  </w:num>
  <w:num w:numId="8" w16cid:durableId="143812392">
    <w:abstractNumId w:val="1"/>
  </w:num>
  <w:num w:numId="9" w16cid:durableId="962539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C6019"/>
    <w:rsid w:val="0015074B"/>
    <w:rsid w:val="00177C07"/>
    <w:rsid w:val="0029639D"/>
    <w:rsid w:val="00326F90"/>
    <w:rsid w:val="00630CBF"/>
    <w:rsid w:val="00894534"/>
    <w:rsid w:val="009C39F6"/>
    <w:rsid w:val="00AA1D8D"/>
    <w:rsid w:val="00B47730"/>
    <w:rsid w:val="00B773C8"/>
    <w:rsid w:val="00CB0664"/>
    <w:rsid w:val="00ED7E52"/>
    <w:rsid w:val="00FC693F"/>
    <w:rsid w:val="00FD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2E79D4"/>
  <w14:defaultImageDpi w14:val="300"/>
  <w15:docId w15:val="{F287C896-E8EC-4786-BFE6-0009F71D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odeBlock">
    <w:name w:val="CodeBlock"/>
    <w:rPr>
      <w:rFonts w:ascii="Courier New" w:hAnsi="Courier New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33</Pages>
  <Words>4992</Words>
  <Characters>28455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Edmund Ryan</cp:lastModifiedBy>
  <cp:revision>4</cp:revision>
  <dcterms:created xsi:type="dcterms:W3CDTF">2026-06-09T09:21:00Z</dcterms:created>
  <dcterms:modified xsi:type="dcterms:W3CDTF">2026-06-09T09:22:00Z</dcterms:modified>
  <cp:category/>
</cp:coreProperties>
</file>