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2F33F" w14:textId="77777777" w:rsidR="00FE1C14" w:rsidRDefault="0072304F">
      <w:pPr>
        <w:jc w:val="center"/>
      </w:pPr>
      <w:r>
        <w:rPr>
          <w:b/>
          <w:color w:val="1F4E5F"/>
          <w:sz w:val="48"/>
        </w:rPr>
        <w:t>OCR J277 Fill in the Blank Activity Pack</w:t>
      </w:r>
    </w:p>
    <w:p w14:paraId="576AACD9" w14:textId="77777777" w:rsidR="00FE1C14" w:rsidRDefault="0072304F">
      <w:pPr>
        <w:jc w:val="center"/>
      </w:pPr>
      <w:r>
        <w:rPr>
          <w:b/>
          <w:sz w:val="28"/>
        </w:rPr>
        <w:t>Student Version</w:t>
      </w:r>
    </w:p>
    <w:p w14:paraId="3275EF6D" w14:textId="77777777" w:rsidR="00FE1C14" w:rsidRDefault="0072304F">
      <w:pPr>
        <w:jc w:val="center"/>
      </w:pPr>
      <w:r>
        <w:rPr>
          <w:sz w:val="22"/>
        </w:rPr>
        <w:t>OCR J277 Computer Science - Component 1: Computer Systems</w:t>
      </w:r>
    </w:p>
    <w:p w14:paraId="716F0655" w14:textId="77777777" w:rsidR="00FE1C14" w:rsidRDefault="00FE1C14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</w:tblGrid>
      <w:tr w:rsidR="00FE1C14" w14:paraId="3515D213" w14:textId="77777777">
        <w:trPr>
          <w:jc w:val="center"/>
        </w:trPr>
        <w:tc>
          <w:tcPr>
            <w:tcW w:w="5328" w:type="dxa"/>
            <w:shd w:val="clear" w:color="auto" w:fill="D9EAF0"/>
            <w:vAlign w:val="center"/>
          </w:tcPr>
          <w:p w14:paraId="4B52CDA2" w14:textId="77777777" w:rsidR="00FE1C14" w:rsidRDefault="0072304F">
            <w:r>
              <w:rPr>
                <w:b/>
              </w:rPr>
              <w:t>Name</w:t>
            </w:r>
          </w:p>
        </w:tc>
        <w:tc>
          <w:tcPr>
            <w:tcW w:w="5328" w:type="dxa"/>
            <w:vAlign w:val="center"/>
          </w:tcPr>
          <w:p w14:paraId="42A7A947" w14:textId="77777777" w:rsidR="00FE1C14" w:rsidRDefault="00FE1C14"/>
        </w:tc>
      </w:tr>
      <w:tr w:rsidR="00FE1C14" w14:paraId="034DFBF5" w14:textId="77777777">
        <w:trPr>
          <w:jc w:val="center"/>
        </w:trPr>
        <w:tc>
          <w:tcPr>
            <w:tcW w:w="5328" w:type="dxa"/>
            <w:shd w:val="clear" w:color="auto" w:fill="D9EAF0"/>
            <w:vAlign w:val="center"/>
          </w:tcPr>
          <w:p w14:paraId="2128EF1B" w14:textId="77777777" w:rsidR="00FE1C14" w:rsidRDefault="0072304F">
            <w:r>
              <w:rPr>
                <w:b/>
              </w:rPr>
              <w:t>Class</w:t>
            </w:r>
          </w:p>
        </w:tc>
        <w:tc>
          <w:tcPr>
            <w:tcW w:w="5328" w:type="dxa"/>
            <w:vAlign w:val="center"/>
          </w:tcPr>
          <w:p w14:paraId="3A69AE3C" w14:textId="77777777" w:rsidR="00FE1C14" w:rsidRDefault="00FE1C14"/>
        </w:tc>
      </w:tr>
      <w:tr w:rsidR="00FE1C14" w14:paraId="3859FEEF" w14:textId="77777777">
        <w:trPr>
          <w:jc w:val="center"/>
        </w:trPr>
        <w:tc>
          <w:tcPr>
            <w:tcW w:w="5328" w:type="dxa"/>
            <w:shd w:val="clear" w:color="auto" w:fill="D9EAF0"/>
            <w:vAlign w:val="center"/>
          </w:tcPr>
          <w:p w14:paraId="61C79668" w14:textId="77777777" w:rsidR="00FE1C14" w:rsidRDefault="0072304F">
            <w:r>
              <w:rPr>
                <w:b/>
              </w:rPr>
              <w:t>Date</w:t>
            </w:r>
          </w:p>
        </w:tc>
        <w:tc>
          <w:tcPr>
            <w:tcW w:w="5328" w:type="dxa"/>
            <w:vAlign w:val="center"/>
          </w:tcPr>
          <w:p w14:paraId="40E1FAA9" w14:textId="77777777" w:rsidR="00FE1C14" w:rsidRDefault="00FE1C14"/>
        </w:tc>
      </w:tr>
    </w:tbl>
    <w:p w14:paraId="04B53759" w14:textId="77777777" w:rsidR="00FE1C14" w:rsidRDefault="00FE1C14"/>
    <w:p w14:paraId="37190B8D" w14:textId="77777777" w:rsidR="00FE1C14" w:rsidRDefault="0072304F">
      <w:pPr>
        <w:jc w:val="center"/>
      </w:pPr>
      <w:r>
        <w:rPr>
          <w:i/>
        </w:rPr>
        <w:t>Mapped to OCR GCSE Computer Science J277/01 topics 1.1-1.6.</w:t>
      </w:r>
    </w:p>
    <w:p w14:paraId="56DCFF3B" w14:textId="77777777" w:rsidR="00FE1C14" w:rsidRDefault="0072304F">
      <w:pPr>
        <w:pStyle w:val="ActivityInstructions"/>
      </w:pPr>
      <w:r>
        <w:t>Suggested use: one mark per blank. Use as retrieval practice, homework, starters, cover work or revision.</w:t>
      </w:r>
    </w:p>
    <w:p w14:paraId="7738608F" w14:textId="77777777" w:rsidR="00FE1C14" w:rsidRDefault="0072304F">
      <w:r>
        <w:br w:type="page"/>
      </w:r>
    </w:p>
    <w:p w14:paraId="48DD3DE4" w14:textId="77777777" w:rsidR="00FE1C14" w:rsidRDefault="0072304F">
      <w:pPr>
        <w:pStyle w:val="Heading1"/>
      </w:pPr>
      <w:r>
        <w:lastRenderedPageBreak/>
        <w:t>Contents</w:t>
      </w:r>
    </w:p>
    <w:p w14:paraId="6A9C3C0D" w14:textId="77777777" w:rsidR="00FE1C14" w:rsidRDefault="0072304F">
      <w:pPr>
        <w:pStyle w:val="Heading2"/>
      </w:pPr>
      <w:r>
        <w:t>1.1 Systems architecture</w:t>
      </w:r>
    </w:p>
    <w:p w14:paraId="06B8B1F7" w14:textId="77777777" w:rsidR="00FE1C14" w:rsidRDefault="0072304F">
      <w:pPr>
        <w:pStyle w:val="Prompt"/>
      </w:pPr>
      <w:r>
        <w:rPr>
          <w:b/>
        </w:rPr>
        <w:t>Activity 1 - CPU components and registers</w:t>
      </w:r>
      <w:r>
        <w:t xml:space="preserve"> - 13 blanks</w:t>
      </w:r>
    </w:p>
    <w:p w14:paraId="76901224" w14:textId="77777777" w:rsidR="00FE1C14" w:rsidRDefault="0072304F">
      <w:pPr>
        <w:pStyle w:val="Prompt"/>
      </w:pPr>
      <w:r>
        <w:rPr>
          <w:b/>
        </w:rPr>
        <w:t>Activity 2 - CPU performance</w:t>
      </w:r>
      <w:r>
        <w:t xml:space="preserve"> - 12 blanks</w:t>
      </w:r>
    </w:p>
    <w:p w14:paraId="1014DEE0" w14:textId="77777777" w:rsidR="00FE1C14" w:rsidRDefault="0072304F">
      <w:pPr>
        <w:pStyle w:val="Prompt"/>
      </w:pPr>
      <w:r>
        <w:rPr>
          <w:b/>
        </w:rPr>
        <w:t>Activity 3 - Embedded systems</w:t>
      </w:r>
      <w:r>
        <w:t xml:space="preserve"> - 12 blanks</w:t>
      </w:r>
    </w:p>
    <w:p w14:paraId="0BB6EB27" w14:textId="77777777" w:rsidR="00FE1C14" w:rsidRDefault="0072304F">
      <w:pPr>
        <w:pStyle w:val="Heading2"/>
      </w:pPr>
      <w:r>
        <w:t>1.2 Memory and storage</w:t>
      </w:r>
    </w:p>
    <w:p w14:paraId="0367FE5B" w14:textId="77777777" w:rsidR="00FE1C14" w:rsidRDefault="0072304F">
      <w:pPr>
        <w:pStyle w:val="Prompt"/>
      </w:pPr>
      <w:r>
        <w:rPr>
          <w:b/>
        </w:rPr>
        <w:t>Activity 4 - Primary storage</w:t>
      </w:r>
      <w:r>
        <w:t xml:space="preserve"> - 12 blanks</w:t>
      </w:r>
    </w:p>
    <w:p w14:paraId="47958B9A" w14:textId="77777777" w:rsidR="00FE1C14" w:rsidRDefault="0072304F">
      <w:pPr>
        <w:pStyle w:val="Prompt"/>
      </w:pPr>
      <w:r>
        <w:rPr>
          <w:b/>
        </w:rPr>
        <w:t>Activity 5 - Secondary storage choices</w:t>
      </w:r>
      <w:r>
        <w:t xml:space="preserve"> - 13 blanks</w:t>
      </w:r>
    </w:p>
    <w:p w14:paraId="4F1962AB" w14:textId="77777777" w:rsidR="00FE1C14" w:rsidRDefault="0072304F">
      <w:pPr>
        <w:pStyle w:val="Prompt"/>
      </w:pPr>
      <w:r>
        <w:rPr>
          <w:b/>
        </w:rPr>
        <w:t>Activity 6 - Data units and file size formulas</w:t>
      </w:r>
      <w:r>
        <w:t xml:space="preserve"> - 14 blanks</w:t>
      </w:r>
    </w:p>
    <w:p w14:paraId="1BEB1E27" w14:textId="77777777" w:rsidR="00FE1C14" w:rsidRDefault="0072304F">
      <w:pPr>
        <w:pStyle w:val="Prompt"/>
      </w:pPr>
      <w:r>
        <w:rPr>
          <w:b/>
        </w:rPr>
        <w:t>Activity 7 - Number representation</w:t>
      </w:r>
      <w:r>
        <w:t xml:space="preserve"> - 14 blanks</w:t>
      </w:r>
    </w:p>
    <w:p w14:paraId="25F08474" w14:textId="77777777" w:rsidR="00FE1C14" w:rsidRDefault="0072304F">
      <w:pPr>
        <w:pStyle w:val="Prompt"/>
      </w:pPr>
      <w:r>
        <w:rPr>
          <w:b/>
        </w:rPr>
        <w:t>Activity 8 - Characters, images and sound</w:t>
      </w:r>
      <w:r>
        <w:t xml:space="preserve"> - 14 blanks</w:t>
      </w:r>
    </w:p>
    <w:p w14:paraId="17161828" w14:textId="77777777" w:rsidR="00FE1C14" w:rsidRDefault="0072304F">
      <w:pPr>
        <w:pStyle w:val="Prompt"/>
      </w:pPr>
      <w:r>
        <w:rPr>
          <w:b/>
        </w:rPr>
        <w:t>Activity 9 - Compression</w:t>
      </w:r>
      <w:r>
        <w:t xml:space="preserve"> - 10 blanks</w:t>
      </w:r>
    </w:p>
    <w:p w14:paraId="45A96AFB" w14:textId="77777777" w:rsidR="00FE1C14" w:rsidRDefault="0072304F">
      <w:pPr>
        <w:pStyle w:val="Heading2"/>
      </w:pPr>
      <w:r>
        <w:t>1.3 Computer networks, connections and protocols</w:t>
      </w:r>
    </w:p>
    <w:p w14:paraId="0F79FEB8" w14:textId="77777777" w:rsidR="00FE1C14" w:rsidRDefault="0072304F">
      <w:pPr>
        <w:pStyle w:val="Prompt"/>
      </w:pPr>
      <w:r>
        <w:rPr>
          <w:b/>
        </w:rPr>
        <w:t>Activity 10 - Networks and hardware</w:t>
      </w:r>
      <w:r>
        <w:t xml:space="preserve"> - 13 blanks</w:t>
      </w:r>
    </w:p>
    <w:p w14:paraId="562DA306" w14:textId="77777777" w:rsidR="00FE1C14" w:rsidRDefault="0072304F">
      <w:pPr>
        <w:pStyle w:val="Prompt"/>
      </w:pPr>
      <w:r>
        <w:rPr>
          <w:b/>
        </w:rPr>
        <w:t>Activity 11 - Topologies, DNS and cloud</w:t>
      </w:r>
      <w:r>
        <w:t xml:space="preserve"> - 12 blanks</w:t>
      </w:r>
    </w:p>
    <w:p w14:paraId="2FD3F047" w14:textId="77777777" w:rsidR="00FE1C14" w:rsidRDefault="0072304F">
      <w:pPr>
        <w:pStyle w:val="Prompt"/>
      </w:pPr>
      <w:r>
        <w:rPr>
          <w:b/>
        </w:rPr>
        <w:t>Activity 12 - Protocols, addressing and layers</w:t>
      </w:r>
      <w:r>
        <w:t xml:space="preserve"> - 16 blanks</w:t>
      </w:r>
    </w:p>
    <w:p w14:paraId="70B59820" w14:textId="77777777" w:rsidR="00FE1C14" w:rsidRDefault="0072304F">
      <w:pPr>
        <w:pStyle w:val="Prompt"/>
      </w:pPr>
      <w:r>
        <w:rPr>
          <w:b/>
        </w:rPr>
        <w:t>Activity 13 - Wired and wireless scenario</w:t>
      </w:r>
      <w:r>
        <w:t xml:space="preserve"> - 10 blanks</w:t>
      </w:r>
    </w:p>
    <w:p w14:paraId="0199F6A5" w14:textId="77777777" w:rsidR="00FE1C14" w:rsidRDefault="0072304F">
      <w:pPr>
        <w:pStyle w:val="Heading2"/>
      </w:pPr>
      <w:r>
        <w:t>1.4 Network security</w:t>
      </w:r>
    </w:p>
    <w:p w14:paraId="0A97C487" w14:textId="77777777" w:rsidR="00FE1C14" w:rsidRDefault="0072304F">
      <w:pPr>
        <w:pStyle w:val="Prompt"/>
      </w:pPr>
      <w:r>
        <w:rPr>
          <w:b/>
        </w:rPr>
        <w:t>Activity 14 - Threats to systems and networks</w:t>
      </w:r>
      <w:r>
        <w:t xml:space="preserve"> - 12 blanks</w:t>
      </w:r>
    </w:p>
    <w:p w14:paraId="7B5B2570" w14:textId="77777777" w:rsidR="00FE1C14" w:rsidRDefault="0072304F">
      <w:pPr>
        <w:pStyle w:val="Prompt"/>
      </w:pPr>
      <w:r>
        <w:rPr>
          <w:b/>
        </w:rPr>
        <w:t>Activity 15 - Preventing vulnerabilities</w:t>
      </w:r>
      <w:r>
        <w:t xml:space="preserve"> - 10 blanks</w:t>
      </w:r>
    </w:p>
    <w:p w14:paraId="72B84071" w14:textId="77777777" w:rsidR="00FE1C14" w:rsidRDefault="0072304F">
      <w:pPr>
        <w:pStyle w:val="Prompt"/>
      </w:pPr>
      <w:r>
        <w:rPr>
          <w:b/>
        </w:rPr>
        <w:t>Activity 16 - Security scenario</w:t>
      </w:r>
      <w:r>
        <w:t xml:space="preserve"> - 12 blanks</w:t>
      </w:r>
    </w:p>
    <w:p w14:paraId="218D364C" w14:textId="77777777" w:rsidR="00FE1C14" w:rsidRDefault="0072304F">
      <w:pPr>
        <w:pStyle w:val="Heading2"/>
      </w:pPr>
      <w:r>
        <w:t>1.5 Systems software</w:t>
      </w:r>
    </w:p>
    <w:p w14:paraId="4168D634" w14:textId="77777777" w:rsidR="00FE1C14" w:rsidRDefault="0072304F">
      <w:pPr>
        <w:pStyle w:val="Prompt"/>
      </w:pPr>
      <w:r>
        <w:rPr>
          <w:b/>
        </w:rPr>
        <w:t>Activity 17 - Operating system functions</w:t>
      </w:r>
      <w:r>
        <w:t xml:space="preserve"> - 12 blanks</w:t>
      </w:r>
    </w:p>
    <w:p w14:paraId="6DEE6580" w14:textId="77777777" w:rsidR="00FE1C14" w:rsidRDefault="0072304F">
      <w:pPr>
        <w:pStyle w:val="Prompt"/>
      </w:pPr>
      <w:r>
        <w:rPr>
          <w:b/>
        </w:rPr>
        <w:t>Activity 18 - Utility software</w:t>
      </w:r>
      <w:r>
        <w:t xml:space="preserve"> - 12 blanks</w:t>
      </w:r>
    </w:p>
    <w:p w14:paraId="6DB8CCD1" w14:textId="77777777" w:rsidR="00FE1C14" w:rsidRDefault="0072304F">
      <w:pPr>
        <w:pStyle w:val="Prompt"/>
      </w:pPr>
      <w:r>
        <w:rPr>
          <w:b/>
        </w:rPr>
        <w:t>Activity 19 - Systems software scenario</w:t>
      </w:r>
      <w:r>
        <w:t xml:space="preserve"> - 11 blanks</w:t>
      </w:r>
    </w:p>
    <w:p w14:paraId="65966EBA" w14:textId="77777777" w:rsidR="00FE1C14" w:rsidRDefault="0072304F">
      <w:pPr>
        <w:pStyle w:val="Heading2"/>
      </w:pPr>
      <w:r>
        <w:t>1.6 Ethical, legal, cultural and environmental impacts</w:t>
      </w:r>
    </w:p>
    <w:p w14:paraId="5722B8B3" w14:textId="77777777" w:rsidR="00FE1C14" w:rsidRDefault="0072304F">
      <w:pPr>
        <w:pStyle w:val="Prompt"/>
      </w:pPr>
      <w:r>
        <w:rPr>
          <w:b/>
        </w:rPr>
        <w:t>Activity 20 - Impact categories</w:t>
      </w:r>
      <w:r>
        <w:t xml:space="preserve"> - 12 blanks</w:t>
      </w:r>
    </w:p>
    <w:p w14:paraId="6A1490C7" w14:textId="77777777" w:rsidR="00FE1C14" w:rsidRDefault="0072304F">
      <w:pPr>
        <w:pStyle w:val="Prompt"/>
      </w:pPr>
      <w:r>
        <w:rPr>
          <w:b/>
        </w:rPr>
        <w:t>Activity 21 - Legislation and licences</w:t>
      </w:r>
      <w:r>
        <w:t xml:space="preserve"> - 12 blanks</w:t>
      </w:r>
    </w:p>
    <w:p w14:paraId="320315C2" w14:textId="77777777" w:rsidR="00FE1C14" w:rsidRDefault="0072304F">
      <w:pPr>
        <w:pStyle w:val="Prompt"/>
      </w:pPr>
      <w:r>
        <w:rPr>
          <w:b/>
        </w:rPr>
        <w:t>Activity 22 - Wider impact scenario</w:t>
      </w:r>
      <w:r>
        <w:t xml:space="preserve"> - 12 blanks</w:t>
      </w:r>
    </w:p>
    <w:p w14:paraId="3B6689CB" w14:textId="77777777" w:rsidR="00FE1C14" w:rsidRDefault="0072304F">
      <w:pPr>
        <w:pStyle w:val="Heading2"/>
      </w:pPr>
      <w:r>
        <w:t>Mixed retrieval challenge</w:t>
      </w:r>
    </w:p>
    <w:p w14:paraId="67C1142D" w14:textId="77777777" w:rsidR="00FE1C14" w:rsidRDefault="0072304F">
      <w:pPr>
        <w:pStyle w:val="Prompt"/>
      </w:pPr>
      <w:r>
        <w:rPr>
          <w:b/>
        </w:rPr>
        <w:t>Activity 23 - Component 1 mixed retrieval challenge</w:t>
      </w:r>
      <w:r>
        <w:t xml:space="preserve"> - 16 blanks</w:t>
      </w:r>
    </w:p>
    <w:p w14:paraId="752FDD9B" w14:textId="77777777" w:rsidR="00FE1C14" w:rsidRDefault="0072304F">
      <w:r>
        <w:br w:type="page"/>
      </w:r>
    </w:p>
    <w:p w14:paraId="48558CA7" w14:textId="77777777" w:rsidR="00FE1C14" w:rsidRDefault="0072304F">
      <w:pPr>
        <w:pStyle w:val="Heading1"/>
      </w:pPr>
      <w:r>
        <w:lastRenderedPageBreak/>
        <w:t>1.1 Systems architecture</w:t>
      </w:r>
    </w:p>
    <w:p w14:paraId="1501BA90" w14:textId="77777777" w:rsidR="00FE1C14" w:rsidRDefault="0072304F">
      <w:pPr>
        <w:pStyle w:val="Heading2"/>
      </w:pPr>
      <w:r>
        <w:t>Activity 1 - CPU components and registers</w:t>
      </w:r>
    </w:p>
    <w:p w14:paraId="7E5EDC42" w14:textId="77777777" w:rsidR="00FE1C14" w:rsidRDefault="0072304F">
      <w:pPr>
        <w:pStyle w:val="ActivityInstructions"/>
      </w:pPr>
      <w:r>
        <w:t>Fill in each blank using the word bank. Use each word once.</w:t>
      </w:r>
    </w:p>
    <w:p w14:paraId="1834C7CA" w14:textId="77777777" w:rsidR="00FE1C14" w:rsidRDefault="0072304F">
      <w:pPr>
        <w:pStyle w:val="WordBank"/>
      </w:pPr>
      <w:r>
        <w:rPr>
          <w:b/>
        </w:rPr>
        <w:t xml:space="preserve">Word bank: </w:t>
      </w:r>
      <w:r>
        <w:t>ALU, CPU, cache, data, MAR, Control Unit, register, address, memory, fetch-execute cycle, Accumulator, MDR, Program Counter</w:t>
      </w:r>
    </w:p>
    <w:p w14:paraId="3BE154F1" w14:textId="77777777" w:rsidR="00FE1C14" w:rsidRDefault="0072304F">
      <w:pPr>
        <w:pStyle w:val="Prompt"/>
      </w:pPr>
      <w:r>
        <w:t>The (1) ____________________ carries out the instructions of a program.</w:t>
      </w:r>
    </w:p>
    <w:p w14:paraId="4E84831B" w14:textId="77777777" w:rsidR="00FE1C14" w:rsidRDefault="0072304F">
      <w:pPr>
        <w:pStyle w:val="Prompt"/>
      </w:pPr>
      <w:r>
        <w:t>The (2) ____________________ performs arithmetic and logical operations.</w:t>
      </w:r>
    </w:p>
    <w:p w14:paraId="4CA68FAE" w14:textId="77777777" w:rsidR="00FE1C14" w:rsidRDefault="0072304F">
      <w:pPr>
        <w:pStyle w:val="Prompt"/>
      </w:pPr>
      <w:r>
        <w:t>The (3) ____________________ manages the flow of instructions and control signals inside the processor.</w:t>
      </w:r>
    </w:p>
    <w:p w14:paraId="2CE2DD21" w14:textId="77777777" w:rsidR="00FE1C14" w:rsidRDefault="0072304F">
      <w:pPr>
        <w:pStyle w:val="Prompt"/>
      </w:pPr>
      <w:r>
        <w:t>(4) ____________________ is small, very fast memory close to or inside the CPU.</w:t>
      </w:r>
    </w:p>
    <w:p w14:paraId="164A0971" w14:textId="77777777" w:rsidR="00FE1C14" w:rsidRDefault="0072304F">
      <w:pPr>
        <w:pStyle w:val="Prompt"/>
      </w:pPr>
      <w:r>
        <w:t>A (5) ____________________ is a small storage location inside the CPU.</w:t>
      </w:r>
    </w:p>
    <w:p w14:paraId="3158EE59" w14:textId="77777777" w:rsidR="00FE1C14" w:rsidRDefault="0072304F">
      <w:pPr>
        <w:pStyle w:val="Prompt"/>
      </w:pPr>
      <w:r>
        <w:t>The (6) ____________________ stores the address of the next memory location to be accessed.</w:t>
      </w:r>
    </w:p>
    <w:p w14:paraId="3BBC8BF2" w14:textId="77777777" w:rsidR="00FE1C14" w:rsidRDefault="0072304F">
      <w:pPr>
        <w:pStyle w:val="Prompt"/>
      </w:pPr>
      <w:r>
        <w:t>The (7) ____________________ stores data that has just been fetched from memory or is about to be written to memory.</w:t>
      </w:r>
    </w:p>
    <w:p w14:paraId="4B51A4EB" w14:textId="77777777" w:rsidR="00FE1C14" w:rsidRDefault="0072304F">
      <w:pPr>
        <w:pStyle w:val="Prompt"/>
      </w:pPr>
      <w:r>
        <w:t>The (8) ____________________ stores the address of the next instruction to be fetched.</w:t>
      </w:r>
    </w:p>
    <w:p w14:paraId="1630BBB1" w14:textId="77777777" w:rsidR="00FE1C14" w:rsidRDefault="0072304F">
      <w:pPr>
        <w:pStyle w:val="Prompt"/>
      </w:pPr>
      <w:r>
        <w:t>The (9) ____________________ stores the result of calculations made by the ALU.</w:t>
      </w:r>
    </w:p>
    <w:p w14:paraId="669D337D" w14:textId="77777777" w:rsidR="00FE1C14" w:rsidRDefault="0072304F">
      <w:pPr>
        <w:pStyle w:val="Prompt"/>
      </w:pPr>
      <w:r>
        <w:t>In the Von Neumann model, instructions and data are stored in the same (10) ____________________.</w:t>
      </w:r>
    </w:p>
    <w:p w14:paraId="37CD3979" w14:textId="77777777" w:rsidR="00FE1C14" w:rsidRDefault="0072304F">
      <w:pPr>
        <w:pStyle w:val="Prompt"/>
      </w:pPr>
      <w:r>
        <w:t>An (11) ____________________ tells the CPU where data or instructions are stored.</w:t>
      </w:r>
    </w:p>
    <w:p w14:paraId="5722A27C" w14:textId="77777777" w:rsidR="00FE1C14" w:rsidRDefault="0072304F">
      <w:pPr>
        <w:pStyle w:val="Prompt"/>
      </w:pPr>
      <w:r>
        <w:t>The actual values being processed are called (12) ____________________.</w:t>
      </w:r>
    </w:p>
    <w:p w14:paraId="66C04C7B" w14:textId="77777777" w:rsidR="00FE1C14" w:rsidRDefault="0072304F">
      <w:pPr>
        <w:pStyle w:val="Prompt"/>
      </w:pPr>
      <w:r>
        <w:t>The repeated process of fetching, decoding and executing instructions is the (13) ____________________.</w:t>
      </w:r>
    </w:p>
    <w:p w14:paraId="7A42F7ED" w14:textId="77777777" w:rsidR="00FE1C14" w:rsidRDefault="00FE1C14"/>
    <w:p w14:paraId="762E38DA" w14:textId="77777777" w:rsidR="00FE1C14" w:rsidRDefault="0072304F">
      <w:pPr>
        <w:pStyle w:val="Heading2"/>
      </w:pPr>
      <w:r>
        <w:t>Activity 2 - CPU performance</w:t>
      </w:r>
    </w:p>
    <w:p w14:paraId="664809D7" w14:textId="77777777" w:rsidR="00FE1C14" w:rsidRDefault="0072304F">
      <w:pPr>
        <w:pStyle w:val="ActivityInstructions"/>
      </w:pPr>
      <w:r>
        <w:t>Complete the statements about factors that affect CPU performance.</w:t>
      </w:r>
    </w:p>
    <w:p w14:paraId="74AE66AD" w14:textId="77777777" w:rsidR="00FE1C14" w:rsidRDefault="0072304F">
      <w:pPr>
        <w:pStyle w:val="WordBank"/>
      </w:pPr>
      <w:r>
        <w:rPr>
          <w:b/>
        </w:rPr>
        <w:t xml:space="preserve">Word bank: </w:t>
      </w:r>
      <w:r>
        <w:t>dual-core, multitasking, slowest, clock speed, GHz, Hertz, overheating, cores, bottleneck, cache, performance, instructions</w:t>
      </w:r>
    </w:p>
    <w:p w14:paraId="61A5F86D" w14:textId="77777777" w:rsidR="00FE1C14" w:rsidRDefault="0072304F">
      <w:pPr>
        <w:pStyle w:val="Prompt"/>
      </w:pPr>
      <w:r>
        <w:t>(1) ____________________ is the number of cycles a CPU can perform per second.</w:t>
      </w:r>
    </w:p>
    <w:p w14:paraId="373857EC" w14:textId="77777777" w:rsidR="00FE1C14" w:rsidRDefault="0072304F">
      <w:pPr>
        <w:pStyle w:val="Prompt"/>
      </w:pPr>
      <w:r>
        <w:t>Clock speed is measured in (2) ____________________.</w:t>
      </w:r>
    </w:p>
    <w:p w14:paraId="0791C8E9" w14:textId="77777777" w:rsidR="00FE1C14" w:rsidRDefault="0072304F">
      <w:pPr>
        <w:pStyle w:val="Prompt"/>
      </w:pPr>
      <w:r>
        <w:t>A clock speed of 3.2 (3) ____________________ means 3.2 billion cycles per second.</w:t>
      </w:r>
    </w:p>
    <w:p w14:paraId="7ED553C1" w14:textId="77777777" w:rsidR="00FE1C14" w:rsidRDefault="0072304F">
      <w:pPr>
        <w:pStyle w:val="Prompt"/>
      </w:pPr>
      <w:r>
        <w:t>A higher clock speed can allow more (4) ____________________ to be processed per second.</w:t>
      </w:r>
    </w:p>
    <w:p w14:paraId="58FB0D65" w14:textId="77777777" w:rsidR="00FE1C14" w:rsidRDefault="0072304F">
      <w:pPr>
        <w:pStyle w:val="Prompt"/>
      </w:pPr>
      <w:r>
        <w:t>Larger (5) ____________________ can reduce the need to fetch data from slower RAM.</w:t>
      </w:r>
    </w:p>
    <w:p w14:paraId="323DC651" w14:textId="77777777" w:rsidR="00FE1C14" w:rsidRDefault="0072304F">
      <w:pPr>
        <w:pStyle w:val="Prompt"/>
      </w:pPr>
      <w:r>
        <w:t>More (6) ____________________ can allow more than one instruction stream to be processed at once.</w:t>
      </w:r>
    </w:p>
    <w:p w14:paraId="06EDD71D" w14:textId="77777777" w:rsidR="00FE1C14" w:rsidRDefault="0072304F">
      <w:pPr>
        <w:pStyle w:val="Prompt"/>
      </w:pPr>
      <w:r>
        <w:t>A (7) ____________________ processor has two cores.</w:t>
      </w:r>
    </w:p>
    <w:p w14:paraId="6D622429" w14:textId="77777777" w:rsidR="00FE1C14" w:rsidRDefault="0072304F">
      <w:pPr>
        <w:pStyle w:val="Prompt"/>
      </w:pPr>
      <w:r>
        <w:t>Extra cores help most when software supports parallel processing or when the computer is (8) ____________________.</w:t>
      </w:r>
    </w:p>
    <w:p w14:paraId="691234AD" w14:textId="77777777" w:rsidR="00FE1C14" w:rsidRDefault="0072304F">
      <w:pPr>
        <w:pStyle w:val="Prompt"/>
      </w:pPr>
      <w:r>
        <w:t>Increasing one CPU characteristic may not improve overall (9) ____________________ if another component creates a (10) ____________________.</w:t>
      </w:r>
    </w:p>
    <w:p w14:paraId="7A7BAD61" w14:textId="77777777" w:rsidR="00FE1C14" w:rsidRDefault="0072304F">
      <w:pPr>
        <w:pStyle w:val="Prompt"/>
      </w:pPr>
      <w:r>
        <w:t>Very high clock speeds can create more heat, so cooling is needed to reduce the risk of (11) ____________________.</w:t>
      </w:r>
    </w:p>
    <w:p w14:paraId="75B76EF3" w14:textId="77777777" w:rsidR="00FE1C14" w:rsidRDefault="0072304F">
      <w:pPr>
        <w:pStyle w:val="Prompt"/>
      </w:pPr>
      <w:r>
        <w:t>A computer system can be limited by its (12) ____________________ useful component.</w:t>
      </w:r>
    </w:p>
    <w:p w14:paraId="19286547" w14:textId="77777777" w:rsidR="00FE1C14" w:rsidRDefault="00FE1C14"/>
    <w:p w14:paraId="3DC21827" w14:textId="77777777" w:rsidR="00FE1C14" w:rsidRDefault="0072304F">
      <w:pPr>
        <w:pStyle w:val="Heading2"/>
      </w:pPr>
      <w:r>
        <w:t>Activity 3 - Embedded systems</w:t>
      </w:r>
    </w:p>
    <w:p w14:paraId="5A257552" w14:textId="77777777" w:rsidR="00FE1C14" w:rsidRDefault="0072304F">
      <w:pPr>
        <w:pStyle w:val="ActivityInstructions"/>
      </w:pPr>
      <w:r>
        <w:t>Complete the paragraph about embedded systems.</w:t>
      </w:r>
    </w:p>
    <w:p w14:paraId="6A12ACDE" w14:textId="77777777" w:rsidR="00FE1C14" w:rsidRDefault="0072304F">
      <w:pPr>
        <w:pStyle w:val="WordBank"/>
      </w:pPr>
      <w:r>
        <w:rPr>
          <w:b/>
        </w:rPr>
        <w:t xml:space="preserve">Word bank: </w:t>
      </w:r>
      <w:r>
        <w:t>sensors, washing machine, dedicated, actuators, firmware, microcontroller, car braking, low power, reliable, embedded system, limited, real-time</w:t>
      </w:r>
    </w:p>
    <w:p w14:paraId="697EB7EF" w14:textId="77777777" w:rsidR="00FE1C14" w:rsidRDefault="0072304F">
      <w:pPr>
        <w:pStyle w:val="Prompt"/>
      </w:pPr>
      <w:r>
        <w:lastRenderedPageBreak/>
        <w:t>A smart thermostat is an (1) ____________________ because it is built into a larger product and controls a specific task.</w:t>
      </w:r>
    </w:p>
    <w:p w14:paraId="3D632C42" w14:textId="77777777" w:rsidR="00FE1C14" w:rsidRDefault="0072304F">
      <w:pPr>
        <w:pStyle w:val="Prompt"/>
      </w:pPr>
      <w:r>
        <w:t>It is usually (2) ____________________ rather than general purpose.</w:t>
      </w:r>
    </w:p>
    <w:p w14:paraId="20A5B10D" w14:textId="77777777" w:rsidR="00FE1C14" w:rsidRDefault="0072304F">
      <w:pPr>
        <w:pStyle w:val="Prompt"/>
      </w:pPr>
      <w:r>
        <w:t>The instructions may be stored as (3) ____________________ on a chip.</w:t>
      </w:r>
    </w:p>
    <w:p w14:paraId="0F8607BB" w14:textId="77777777" w:rsidR="00FE1C14" w:rsidRDefault="0072304F">
      <w:pPr>
        <w:pStyle w:val="Prompt"/>
      </w:pPr>
      <w:r>
        <w:t>Many embedded devices use a (4) ____________________ rather than a full desktop processor.</w:t>
      </w:r>
    </w:p>
    <w:p w14:paraId="23E359C4" w14:textId="77777777" w:rsidR="00FE1C14" w:rsidRDefault="0072304F">
      <w:pPr>
        <w:pStyle w:val="Prompt"/>
      </w:pPr>
      <w:r>
        <w:t>They are often designed to be (5) ____________________ because they may run continuously.</w:t>
      </w:r>
    </w:p>
    <w:p w14:paraId="63F77CF5" w14:textId="77777777" w:rsidR="00FE1C14" w:rsidRDefault="0072304F">
      <w:pPr>
        <w:pStyle w:val="Prompt"/>
      </w:pPr>
      <w:r>
        <w:t>They must be (6) ____________________, especially in safety-critical examples such as (7) ____________________.</w:t>
      </w:r>
    </w:p>
    <w:p w14:paraId="2881AB28" w14:textId="77777777" w:rsidR="00FE1C14" w:rsidRDefault="0072304F">
      <w:pPr>
        <w:pStyle w:val="Prompt"/>
      </w:pPr>
      <w:r>
        <w:t>Inputs may come from (8) ____________________, while outputs may control (9) ____________________.</w:t>
      </w:r>
    </w:p>
    <w:p w14:paraId="118FE371" w14:textId="77777777" w:rsidR="00FE1C14" w:rsidRDefault="0072304F">
      <w:pPr>
        <w:pStyle w:val="Prompt"/>
      </w:pPr>
      <w:r>
        <w:t>Some embedded systems must respond in (10) ____________________ when events happen.</w:t>
      </w:r>
    </w:p>
    <w:p w14:paraId="58152B95" w14:textId="77777777" w:rsidR="00FE1C14" w:rsidRDefault="0072304F">
      <w:pPr>
        <w:pStyle w:val="Prompt"/>
      </w:pPr>
      <w:r>
        <w:t>They often have (11) ____________________ memory and processing power.</w:t>
      </w:r>
    </w:p>
    <w:p w14:paraId="3F35E28C" w14:textId="77777777" w:rsidR="00FE1C14" w:rsidRDefault="0072304F">
      <w:pPr>
        <w:pStyle w:val="Prompt"/>
      </w:pPr>
      <w:r>
        <w:t>Another everyday example is a (12) ____________________.</w:t>
      </w:r>
    </w:p>
    <w:p w14:paraId="1140F286" w14:textId="77777777" w:rsidR="00FE1C14" w:rsidRDefault="00FE1C14"/>
    <w:p w14:paraId="03A4B41C" w14:textId="77777777" w:rsidR="00FE1C14" w:rsidRDefault="0072304F">
      <w:r>
        <w:br w:type="page"/>
      </w:r>
    </w:p>
    <w:p w14:paraId="609E36D7" w14:textId="77777777" w:rsidR="00FE1C14" w:rsidRDefault="0072304F">
      <w:pPr>
        <w:pStyle w:val="Heading1"/>
      </w:pPr>
      <w:r>
        <w:lastRenderedPageBreak/>
        <w:t>1.2 Memory and storage</w:t>
      </w:r>
    </w:p>
    <w:p w14:paraId="30AAB770" w14:textId="77777777" w:rsidR="00FE1C14" w:rsidRDefault="0072304F">
      <w:pPr>
        <w:pStyle w:val="Heading2"/>
      </w:pPr>
      <w:r>
        <w:t>Activity 4 - Primary storage</w:t>
      </w:r>
    </w:p>
    <w:p w14:paraId="204C1BA8" w14:textId="77777777" w:rsidR="00FE1C14" w:rsidRDefault="0072304F">
      <w:pPr>
        <w:pStyle w:val="ActivityInstructions"/>
      </w:pPr>
      <w:r>
        <w:t>Fill in the blanks about RAM, ROM, cache and virtual memory.</w:t>
      </w:r>
    </w:p>
    <w:p w14:paraId="22CDB8F3" w14:textId="77777777" w:rsidR="00FE1C14" w:rsidRDefault="0072304F">
      <w:pPr>
        <w:pStyle w:val="WordBank"/>
      </w:pPr>
      <w:r>
        <w:rPr>
          <w:b/>
        </w:rPr>
        <w:t xml:space="preserve">Word bank: </w:t>
      </w:r>
      <w:r>
        <w:t>permanent, volatile, non-volatile, virtual memory, RAM, temporary, CPU, ROM, slower, boot, secondary storage, cache</w:t>
      </w:r>
    </w:p>
    <w:p w14:paraId="493D0F9A" w14:textId="77777777" w:rsidR="00FE1C14" w:rsidRDefault="0072304F">
      <w:pPr>
        <w:pStyle w:val="Prompt"/>
      </w:pPr>
      <w:r>
        <w:t>Primary storage is memory directly accessible by the (1) ____________________.</w:t>
      </w:r>
    </w:p>
    <w:p w14:paraId="468C722B" w14:textId="77777777" w:rsidR="00FE1C14" w:rsidRDefault="0072304F">
      <w:pPr>
        <w:pStyle w:val="Prompt"/>
      </w:pPr>
      <w:r>
        <w:t>(2) ____________________ stores the programs and data currently in use.</w:t>
      </w:r>
    </w:p>
    <w:p w14:paraId="1504B2B1" w14:textId="77777777" w:rsidR="00FE1C14" w:rsidRDefault="0072304F">
      <w:pPr>
        <w:pStyle w:val="Prompt"/>
      </w:pPr>
      <w:r>
        <w:t>RAM is (3) ____________________, meaning its contents are lost when power is turned off.</w:t>
      </w:r>
    </w:p>
    <w:p w14:paraId="7047E652" w14:textId="77777777" w:rsidR="00FE1C14" w:rsidRDefault="0072304F">
      <w:pPr>
        <w:pStyle w:val="Prompt"/>
      </w:pPr>
      <w:r>
        <w:t>(4) ____________________ stores instructions needed to start the computer.</w:t>
      </w:r>
    </w:p>
    <w:p w14:paraId="115BD692" w14:textId="77777777" w:rsidR="00FE1C14" w:rsidRDefault="0072304F">
      <w:pPr>
        <w:pStyle w:val="Prompt"/>
      </w:pPr>
      <w:r>
        <w:t>ROM is (5) ____________________, so its contents remain when power is turned off.</w:t>
      </w:r>
    </w:p>
    <w:p w14:paraId="0B435F68" w14:textId="77777777" w:rsidR="00FE1C14" w:rsidRDefault="0072304F">
      <w:pPr>
        <w:pStyle w:val="Prompt"/>
      </w:pPr>
      <w:r>
        <w:t>The startup instructions in ROM help the computer (6) ____________________.</w:t>
      </w:r>
    </w:p>
    <w:p w14:paraId="32AFCD62" w14:textId="77777777" w:rsidR="00FE1C14" w:rsidRDefault="0072304F">
      <w:pPr>
        <w:pStyle w:val="Prompt"/>
      </w:pPr>
      <w:r>
        <w:t>(7) ____________________ is used when RAM is full and part of (8) ____________________ is used as if it were RAM.</w:t>
      </w:r>
    </w:p>
    <w:p w14:paraId="1D66EFB6" w14:textId="77777777" w:rsidR="00FE1C14" w:rsidRDefault="0072304F">
      <w:pPr>
        <w:pStyle w:val="Prompt"/>
      </w:pPr>
      <w:r>
        <w:t>Virtual memory is usually (9) ____________________ than RAM.</w:t>
      </w:r>
    </w:p>
    <w:p w14:paraId="1106DB0F" w14:textId="77777777" w:rsidR="00FE1C14" w:rsidRDefault="0072304F">
      <w:pPr>
        <w:pStyle w:val="Prompt"/>
      </w:pPr>
      <w:r>
        <w:t>(10) ____________________ stores frequently used data close to the CPU.</w:t>
      </w:r>
    </w:p>
    <w:p w14:paraId="4F0E7BEE" w14:textId="77777777" w:rsidR="00FE1C14" w:rsidRDefault="0072304F">
      <w:pPr>
        <w:pStyle w:val="Prompt"/>
      </w:pPr>
      <w:r>
        <w:t>Data in RAM is often (11) ____________________ because it changes while programs run.</w:t>
      </w:r>
    </w:p>
    <w:p w14:paraId="79B53D1D" w14:textId="77777777" w:rsidR="00FE1C14" w:rsidRDefault="0072304F">
      <w:pPr>
        <w:pStyle w:val="Prompt"/>
      </w:pPr>
      <w:r>
        <w:t>Data in ROM is usually (12) ____________________.</w:t>
      </w:r>
    </w:p>
    <w:p w14:paraId="38F671B4" w14:textId="77777777" w:rsidR="00FE1C14" w:rsidRDefault="00FE1C14"/>
    <w:p w14:paraId="6174DD15" w14:textId="77777777" w:rsidR="00FE1C14" w:rsidRDefault="0072304F">
      <w:pPr>
        <w:pStyle w:val="Heading2"/>
      </w:pPr>
      <w:r>
        <w:t>Activity 5 - Secondary storage choices</w:t>
      </w:r>
    </w:p>
    <w:p w14:paraId="5B524E89" w14:textId="77777777" w:rsidR="00FE1C14" w:rsidRDefault="0072304F">
      <w:pPr>
        <w:pStyle w:val="ActivityInstructions"/>
      </w:pPr>
      <w:r>
        <w:t>Complete the definitions and comparison points for secondary storage.</w:t>
      </w:r>
    </w:p>
    <w:p w14:paraId="7F9BCAC9" w14:textId="77777777" w:rsidR="00FE1C14" w:rsidRDefault="0072304F">
      <w:pPr>
        <w:pStyle w:val="WordBank"/>
      </w:pPr>
      <w:r>
        <w:rPr>
          <w:b/>
        </w:rPr>
        <w:t xml:space="preserve">Word bank: </w:t>
      </w:r>
      <w:r>
        <w:t>solid-state, reliability, DVD, speed, optical, durability, portability, magnetic, HDD, cost, capacity, secondary storage, SSD</w:t>
      </w:r>
    </w:p>
    <w:p w14:paraId="16BF8C3D" w14:textId="77777777" w:rsidR="00FE1C14" w:rsidRDefault="0072304F">
      <w:pPr>
        <w:pStyle w:val="Prompt"/>
      </w:pPr>
      <w:r>
        <w:t>(1) ____________________ is non-volatile storage used to keep files long term.</w:t>
      </w:r>
    </w:p>
    <w:p w14:paraId="4D73C684" w14:textId="77777777" w:rsidR="00FE1C14" w:rsidRDefault="0072304F">
      <w:pPr>
        <w:pStyle w:val="Prompt"/>
      </w:pPr>
      <w:r>
        <w:t>A (2) ____________________ device, such as a hard disk, stores data using magnetic patterns.</w:t>
      </w:r>
    </w:p>
    <w:p w14:paraId="6D93A54B" w14:textId="77777777" w:rsidR="00FE1C14" w:rsidRDefault="0072304F">
      <w:pPr>
        <w:pStyle w:val="Prompt"/>
      </w:pPr>
      <w:r>
        <w:t>An (3) ____________________ disc uses lasers to read or write data.</w:t>
      </w:r>
    </w:p>
    <w:p w14:paraId="54392B4D" w14:textId="77777777" w:rsidR="00FE1C14" w:rsidRDefault="0072304F">
      <w:pPr>
        <w:pStyle w:val="Prompt"/>
      </w:pPr>
      <w:r>
        <w:t>(4) ____________________ storage, such as flash memory, has no moving parts.</w:t>
      </w:r>
    </w:p>
    <w:p w14:paraId="303F08F5" w14:textId="77777777" w:rsidR="00FE1C14" w:rsidRDefault="0072304F">
      <w:pPr>
        <w:pStyle w:val="Prompt"/>
      </w:pPr>
      <w:r>
        <w:t>A traditional hard disk drive is often abbreviated as (5) ____________________.</w:t>
      </w:r>
    </w:p>
    <w:p w14:paraId="7D476CA0" w14:textId="77777777" w:rsidR="00FE1C14" w:rsidRDefault="0072304F">
      <w:pPr>
        <w:pStyle w:val="Prompt"/>
      </w:pPr>
      <w:r>
        <w:t>A solid state drive is abbreviated as (6) ____________________.</w:t>
      </w:r>
    </w:p>
    <w:p w14:paraId="381F3D39" w14:textId="77777777" w:rsidR="00FE1C14" w:rsidRDefault="0072304F">
      <w:pPr>
        <w:pStyle w:val="Prompt"/>
      </w:pPr>
      <w:r>
        <w:t>A (7) ____________________ can be useful for distributing music or video, but has limited capacity compared with many drives.</w:t>
      </w:r>
    </w:p>
    <w:p w14:paraId="217C7A5E" w14:textId="77777777" w:rsidR="00FE1C14" w:rsidRDefault="0072304F">
      <w:pPr>
        <w:pStyle w:val="Prompt"/>
      </w:pPr>
      <w:r>
        <w:t>(8) ____________________ is how much data a device can hold.</w:t>
      </w:r>
    </w:p>
    <w:p w14:paraId="3F6F26A4" w14:textId="77777777" w:rsidR="00FE1C14" w:rsidRDefault="0072304F">
      <w:pPr>
        <w:pStyle w:val="Prompt"/>
      </w:pPr>
      <w:r>
        <w:t>(9) ____________________ is how quickly data can be read or written.</w:t>
      </w:r>
    </w:p>
    <w:p w14:paraId="262A27CA" w14:textId="77777777" w:rsidR="00FE1C14" w:rsidRDefault="0072304F">
      <w:pPr>
        <w:pStyle w:val="Prompt"/>
      </w:pPr>
      <w:r>
        <w:t>(10) ____________________ is how easy the device is to carry.</w:t>
      </w:r>
    </w:p>
    <w:p w14:paraId="3A452B6D" w14:textId="77777777" w:rsidR="00FE1C14" w:rsidRDefault="0072304F">
      <w:pPr>
        <w:pStyle w:val="Prompt"/>
      </w:pPr>
      <w:r>
        <w:t>(11) ____________________ is how well a device can resist damage.</w:t>
      </w:r>
    </w:p>
    <w:p w14:paraId="0A9FD389" w14:textId="77777777" w:rsidR="00FE1C14" w:rsidRDefault="0072304F">
      <w:pPr>
        <w:pStyle w:val="Prompt"/>
      </w:pPr>
      <w:r>
        <w:t>(12) ____________________ is how likely the device is to store data without failure.</w:t>
      </w:r>
    </w:p>
    <w:p w14:paraId="3082E791" w14:textId="77777777" w:rsidR="00FE1C14" w:rsidRDefault="0072304F">
      <w:pPr>
        <w:pStyle w:val="Prompt"/>
      </w:pPr>
      <w:r>
        <w:t>(13) ____________________ affects whether the storage option is affordable.</w:t>
      </w:r>
    </w:p>
    <w:p w14:paraId="28FA7361" w14:textId="77777777" w:rsidR="00FE1C14" w:rsidRDefault="00FE1C14"/>
    <w:p w14:paraId="2B291194" w14:textId="77777777" w:rsidR="00FE1C14" w:rsidRDefault="0072304F">
      <w:pPr>
        <w:pStyle w:val="Heading2"/>
      </w:pPr>
      <w:r>
        <w:t>Activity 6 - Data units and file size formulas</w:t>
      </w:r>
    </w:p>
    <w:p w14:paraId="61941D3A" w14:textId="77777777" w:rsidR="00FE1C14" w:rsidRDefault="0072304F">
      <w:pPr>
        <w:pStyle w:val="ActivityInstructions"/>
      </w:pPr>
      <w:r>
        <w:t>Complete the units and file size formula statements.</w:t>
      </w:r>
    </w:p>
    <w:p w14:paraId="0A321855" w14:textId="77777777" w:rsidR="00FE1C14" w:rsidRDefault="0072304F">
      <w:pPr>
        <w:pStyle w:val="WordBank"/>
      </w:pPr>
      <w:r>
        <w:rPr>
          <w:b/>
        </w:rPr>
        <w:t xml:space="preserve">Word bank: </w:t>
      </w:r>
      <w:r>
        <w:t>colour depth, megabyte, nibble, duration, characters, byte, bit depth, bit, sample rate, pixels, gigabyte, kilobyte, terabyte, petabyte</w:t>
      </w:r>
    </w:p>
    <w:p w14:paraId="3EDC3BB0" w14:textId="77777777" w:rsidR="00FE1C14" w:rsidRDefault="0072304F">
      <w:pPr>
        <w:pStyle w:val="Prompt"/>
      </w:pPr>
      <w:r>
        <w:lastRenderedPageBreak/>
        <w:t>The smallest unit of data is a (1) ____________________.</w:t>
      </w:r>
    </w:p>
    <w:p w14:paraId="21EA9B5E" w14:textId="77777777" w:rsidR="00FE1C14" w:rsidRDefault="0072304F">
      <w:pPr>
        <w:pStyle w:val="Prompt"/>
      </w:pPr>
      <w:r>
        <w:t>Four bits are called a (2) ____________________.</w:t>
      </w:r>
    </w:p>
    <w:p w14:paraId="4057231D" w14:textId="77777777" w:rsidR="00FE1C14" w:rsidRDefault="0072304F">
      <w:pPr>
        <w:pStyle w:val="Prompt"/>
      </w:pPr>
      <w:r>
        <w:t>Eight bits are called a (3) ____________________.</w:t>
      </w:r>
    </w:p>
    <w:p w14:paraId="69EAF1B0" w14:textId="77777777" w:rsidR="00FE1C14" w:rsidRDefault="0072304F">
      <w:pPr>
        <w:pStyle w:val="Prompt"/>
      </w:pPr>
      <w:r>
        <w:t>1,000 bytes is often treated as one (4) ____________________.</w:t>
      </w:r>
    </w:p>
    <w:p w14:paraId="7546EB30" w14:textId="77777777" w:rsidR="00FE1C14" w:rsidRDefault="0072304F">
      <w:pPr>
        <w:pStyle w:val="Prompt"/>
      </w:pPr>
      <w:r>
        <w:t>1,000 KB is one (5) ____________________.</w:t>
      </w:r>
    </w:p>
    <w:p w14:paraId="3CB9931D" w14:textId="77777777" w:rsidR="00FE1C14" w:rsidRDefault="0072304F">
      <w:pPr>
        <w:pStyle w:val="Prompt"/>
      </w:pPr>
      <w:r>
        <w:t>1,000 MB is one (6) ____________________.</w:t>
      </w:r>
    </w:p>
    <w:p w14:paraId="364D90FC" w14:textId="77777777" w:rsidR="00FE1C14" w:rsidRDefault="0072304F">
      <w:pPr>
        <w:pStyle w:val="Prompt"/>
      </w:pPr>
      <w:r>
        <w:t>1,000 GB is one (7) ____________________.</w:t>
      </w:r>
    </w:p>
    <w:p w14:paraId="58BFD808" w14:textId="77777777" w:rsidR="00FE1C14" w:rsidRDefault="0072304F">
      <w:pPr>
        <w:pStyle w:val="Prompt"/>
      </w:pPr>
      <w:r>
        <w:t>1,000 TB is one (8) ____________________.</w:t>
      </w:r>
    </w:p>
    <w:p w14:paraId="52CF857E" w14:textId="77777777" w:rsidR="00FE1C14" w:rsidRDefault="0072304F">
      <w:pPr>
        <w:pStyle w:val="Prompt"/>
      </w:pPr>
      <w:r>
        <w:t>Sound file size can be calculated as sample rate x (9) ____________________ x (10) ____________________.</w:t>
      </w:r>
    </w:p>
    <w:p w14:paraId="7E4123C3" w14:textId="77777777" w:rsidR="00FE1C14" w:rsidRDefault="0072304F">
      <w:pPr>
        <w:pStyle w:val="Prompt"/>
      </w:pPr>
      <w:r>
        <w:t>Image file size can be calculated as width x height x (11) ____________________.</w:t>
      </w:r>
    </w:p>
    <w:p w14:paraId="2405ECBF" w14:textId="77777777" w:rsidR="00FE1C14" w:rsidRDefault="0072304F">
      <w:pPr>
        <w:pStyle w:val="Prompt"/>
      </w:pPr>
      <w:r>
        <w:t>The number of samples taken per second is the (12) ____________________.</w:t>
      </w:r>
    </w:p>
    <w:p w14:paraId="12582D70" w14:textId="77777777" w:rsidR="00FE1C14" w:rsidRDefault="0072304F">
      <w:pPr>
        <w:pStyle w:val="Prompt"/>
      </w:pPr>
      <w:r>
        <w:t>Image width and height are measured in (13) ____________________.</w:t>
      </w:r>
    </w:p>
    <w:p w14:paraId="5BD3D131" w14:textId="77777777" w:rsidR="00FE1C14" w:rsidRDefault="0072304F">
      <w:pPr>
        <w:pStyle w:val="Prompt"/>
      </w:pPr>
      <w:r>
        <w:t>Text file size depends on bits per character and the number of (14) ____________________.</w:t>
      </w:r>
    </w:p>
    <w:p w14:paraId="680D24C8" w14:textId="77777777" w:rsidR="00FE1C14" w:rsidRDefault="00FE1C14"/>
    <w:p w14:paraId="5B4900A5" w14:textId="77777777" w:rsidR="00FE1C14" w:rsidRDefault="0072304F">
      <w:pPr>
        <w:pStyle w:val="Heading2"/>
      </w:pPr>
      <w:r>
        <w:t>Activity 7 - Number representation</w:t>
      </w:r>
    </w:p>
    <w:p w14:paraId="1AAA9AAD" w14:textId="77777777" w:rsidR="00FE1C14" w:rsidRDefault="0072304F">
      <w:pPr>
        <w:pStyle w:val="ActivityInstructions"/>
      </w:pPr>
      <w:r>
        <w:t>Fill in the blanks about binary, denary, hexadecimal and shifts.</w:t>
      </w:r>
    </w:p>
    <w:p w14:paraId="1DFCA56F" w14:textId="77777777" w:rsidR="00FE1C14" w:rsidRDefault="0072304F">
      <w:pPr>
        <w:pStyle w:val="WordBank"/>
      </w:pPr>
      <w:r>
        <w:rPr>
          <w:b/>
        </w:rPr>
        <w:t xml:space="preserve">Word bank: </w:t>
      </w:r>
      <w:r>
        <w:t>1, halve, base 10, double, 0, left, base 2, overflow, right, hexadecimal, least significant bit, most significant bit, denary, binary</w:t>
      </w:r>
    </w:p>
    <w:p w14:paraId="00634ADA" w14:textId="77777777" w:rsidR="00FE1C14" w:rsidRDefault="0072304F">
      <w:pPr>
        <w:pStyle w:val="Prompt"/>
      </w:pPr>
      <w:r>
        <w:t>Computers store and process data using (1) ____________________.</w:t>
      </w:r>
    </w:p>
    <w:p w14:paraId="7C3B3128" w14:textId="77777777" w:rsidR="00FE1C14" w:rsidRDefault="0072304F">
      <w:pPr>
        <w:pStyle w:val="Prompt"/>
      </w:pPr>
      <w:r>
        <w:t>Binary is (2) ____________________ because it uses two symbols.</w:t>
      </w:r>
    </w:p>
    <w:p w14:paraId="05D9D2EF" w14:textId="77777777" w:rsidR="00FE1C14" w:rsidRDefault="0072304F">
      <w:pPr>
        <w:pStyle w:val="Prompt"/>
      </w:pPr>
      <w:r>
        <w:t>The two binary digits are (3) ____________________ and (4) ____________________.</w:t>
      </w:r>
    </w:p>
    <w:p w14:paraId="107DBF05" w14:textId="77777777" w:rsidR="00FE1C14" w:rsidRDefault="0072304F">
      <w:pPr>
        <w:pStyle w:val="Prompt"/>
      </w:pPr>
      <w:r>
        <w:t>The normal decimal number system is called (5) ____________________ in computing.</w:t>
      </w:r>
    </w:p>
    <w:p w14:paraId="4315CC07" w14:textId="77777777" w:rsidR="00FE1C14" w:rsidRDefault="0072304F">
      <w:pPr>
        <w:pStyle w:val="Prompt"/>
      </w:pPr>
      <w:r>
        <w:t>Denary is (6) ____________________ because it uses ten symbols.</w:t>
      </w:r>
    </w:p>
    <w:p w14:paraId="3640FEA3" w14:textId="77777777" w:rsidR="00FE1C14" w:rsidRDefault="0072304F">
      <w:pPr>
        <w:pStyle w:val="Prompt"/>
      </w:pPr>
      <w:r>
        <w:t>(7) ____________________ is base 16 and uses digits 0-9 and letters A-F.</w:t>
      </w:r>
    </w:p>
    <w:p w14:paraId="767581BD" w14:textId="77777777" w:rsidR="00FE1C14" w:rsidRDefault="0072304F">
      <w:pPr>
        <w:pStyle w:val="Prompt"/>
      </w:pPr>
      <w:r>
        <w:t>The left-most bit in an 8-bit binary number is the (8) ____________________.</w:t>
      </w:r>
    </w:p>
    <w:p w14:paraId="14FF174A" w14:textId="77777777" w:rsidR="00FE1C14" w:rsidRDefault="0072304F">
      <w:pPr>
        <w:pStyle w:val="Prompt"/>
      </w:pPr>
      <w:r>
        <w:t>The right-most bit is the (9) ____________________.</w:t>
      </w:r>
    </w:p>
    <w:p w14:paraId="192D2D74" w14:textId="77777777" w:rsidR="00FE1C14" w:rsidRDefault="0072304F">
      <w:pPr>
        <w:pStyle w:val="Prompt"/>
      </w:pPr>
      <w:r>
        <w:t>If a binary addition produces a result too large for the available bits, this is called (10) ____________________.</w:t>
      </w:r>
    </w:p>
    <w:p w14:paraId="75357E20" w14:textId="77777777" w:rsidR="00FE1C14" w:rsidRDefault="0072304F">
      <w:pPr>
        <w:pStyle w:val="Prompt"/>
      </w:pPr>
      <w:r>
        <w:t>A binary shift to the (11) ____________________ usually multiplies an unsigned integer by 2.</w:t>
      </w:r>
    </w:p>
    <w:p w14:paraId="20347A4D" w14:textId="77777777" w:rsidR="00FE1C14" w:rsidRDefault="0072304F">
      <w:pPr>
        <w:pStyle w:val="Prompt"/>
      </w:pPr>
      <w:r>
        <w:t>A binary shift to the (12) ____________________ usually divides an unsigned integer by 2.</w:t>
      </w:r>
    </w:p>
    <w:p w14:paraId="1844AC60" w14:textId="77777777" w:rsidR="00FE1C14" w:rsidRDefault="0072304F">
      <w:pPr>
        <w:pStyle w:val="Prompt"/>
      </w:pPr>
      <w:r>
        <w:t>Each left shift can (13) ____________________ the value.</w:t>
      </w:r>
    </w:p>
    <w:p w14:paraId="1D958E88" w14:textId="77777777" w:rsidR="00FE1C14" w:rsidRDefault="0072304F">
      <w:pPr>
        <w:pStyle w:val="Prompt"/>
      </w:pPr>
      <w:r>
        <w:t>Each right shift can (14) ____________________ the value.</w:t>
      </w:r>
    </w:p>
    <w:p w14:paraId="0D89BEF7" w14:textId="77777777" w:rsidR="00FE1C14" w:rsidRDefault="00FE1C14"/>
    <w:p w14:paraId="786FCF1C" w14:textId="77777777" w:rsidR="00FE1C14" w:rsidRDefault="0072304F">
      <w:pPr>
        <w:pStyle w:val="Heading2"/>
      </w:pPr>
      <w:r>
        <w:t>Activity 8 - Characters, images and sound</w:t>
      </w:r>
    </w:p>
    <w:p w14:paraId="74696D04" w14:textId="77777777" w:rsidR="00FE1C14" w:rsidRDefault="0072304F">
      <w:pPr>
        <w:pStyle w:val="ActivityInstructions"/>
      </w:pPr>
      <w:r>
        <w:t>Complete the paragraph about how different types of data are represented.</w:t>
      </w:r>
    </w:p>
    <w:p w14:paraId="0B88186F" w14:textId="77777777" w:rsidR="00FE1C14" w:rsidRDefault="0072304F">
      <w:pPr>
        <w:pStyle w:val="WordBank"/>
      </w:pPr>
      <w:r>
        <w:rPr>
          <w:b/>
        </w:rPr>
        <w:t xml:space="preserve">Word bank: </w:t>
      </w:r>
      <w:r>
        <w:t>colour depth, Unicode, Hertz, resolution, bit depth, sample rate, analogue, pixels, duration, binary code, metadata, digital, character set, ASCII</w:t>
      </w:r>
    </w:p>
    <w:p w14:paraId="7F1E160A" w14:textId="77777777" w:rsidR="00FE1C14" w:rsidRDefault="0072304F">
      <w:pPr>
        <w:pStyle w:val="Prompt"/>
      </w:pPr>
      <w:r>
        <w:t>Characters are stored using a (1) ____________________, where each symbol is given a (2) ____________________.</w:t>
      </w:r>
    </w:p>
    <w:p w14:paraId="404074EB" w14:textId="77777777" w:rsidR="00FE1C14" w:rsidRDefault="0072304F">
      <w:pPr>
        <w:pStyle w:val="Prompt"/>
      </w:pPr>
      <w:r>
        <w:t>(3) ____________________ is a character set that represents a limited set of characters, while (4) ____________________ can represent many more characters from different languages.</w:t>
      </w:r>
    </w:p>
    <w:p w14:paraId="03D23BCF" w14:textId="77777777" w:rsidR="00FE1C14" w:rsidRDefault="0072304F">
      <w:pPr>
        <w:pStyle w:val="Prompt"/>
      </w:pPr>
      <w:r>
        <w:t>Images are made from (5) ____________________.</w:t>
      </w:r>
    </w:p>
    <w:p w14:paraId="334D1EE9" w14:textId="77777777" w:rsidR="00FE1C14" w:rsidRDefault="0072304F">
      <w:pPr>
        <w:pStyle w:val="Prompt"/>
      </w:pPr>
      <w:r>
        <w:lastRenderedPageBreak/>
        <w:t>The number of bits available for each pixel colour is (6) ____________________, while the number of pixels in the image is its (7) ____________________.</w:t>
      </w:r>
    </w:p>
    <w:p w14:paraId="30A798A7" w14:textId="77777777" w:rsidR="00FE1C14" w:rsidRDefault="0072304F">
      <w:pPr>
        <w:pStyle w:val="Prompt"/>
      </w:pPr>
      <w:r>
        <w:t>Extra information such as width, height or camera details is called (8) ____________________.</w:t>
      </w:r>
    </w:p>
    <w:p w14:paraId="28980780" w14:textId="77777777" w:rsidR="00FE1C14" w:rsidRDefault="0072304F">
      <w:pPr>
        <w:pStyle w:val="Prompt"/>
      </w:pPr>
      <w:r>
        <w:t>Sound begins as an (9) ____________________ wave and is converted into (10) ____________________ data.</w:t>
      </w:r>
    </w:p>
    <w:p w14:paraId="6B648241" w14:textId="77777777" w:rsidR="00FE1C14" w:rsidRDefault="0072304F">
      <w:pPr>
        <w:pStyle w:val="Prompt"/>
      </w:pPr>
      <w:r>
        <w:t>The number of samples taken each second is the (11) ____________________, measured in (12) ____________________.</w:t>
      </w:r>
    </w:p>
    <w:p w14:paraId="09E5DFC4" w14:textId="77777777" w:rsidR="00FE1C14" w:rsidRDefault="0072304F">
      <w:pPr>
        <w:pStyle w:val="Prompt"/>
      </w:pPr>
      <w:r>
        <w:t>The length of the recording is its (13) ____________________, and the number of bits used for each sample is the (14) ____________________.</w:t>
      </w:r>
    </w:p>
    <w:p w14:paraId="52C62843" w14:textId="77777777" w:rsidR="00FE1C14" w:rsidRDefault="00FE1C14"/>
    <w:p w14:paraId="170365D0" w14:textId="77777777" w:rsidR="00FE1C14" w:rsidRDefault="0072304F">
      <w:pPr>
        <w:pStyle w:val="Heading2"/>
      </w:pPr>
      <w:r>
        <w:t>Activity 9 - Compression</w:t>
      </w:r>
    </w:p>
    <w:p w14:paraId="78659D5F" w14:textId="77777777" w:rsidR="00FE1C14" w:rsidRDefault="0072304F">
      <w:pPr>
        <w:pStyle w:val="ActivityInstructions"/>
      </w:pPr>
      <w:r>
        <w:t>Complete the statements about lossy and lossless compression.</w:t>
      </w:r>
    </w:p>
    <w:p w14:paraId="6D534A48" w14:textId="77777777" w:rsidR="00FE1C14" w:rsidRDefault="0072304F">
      <w:pPr>
        <w:pStyle w:val="WordBank"/>
      </w:pPr>
      <w:r>
        <w:rPr>
          <w:b/>
        </w:rPr>
        <w:t xml:space="preserve">Word bank: </w:t>
      </w:r>
      <w:r>
        <w:t>bandwidth, streaming, repeated, file size, storage space, original, compression, lossy, quality, lossless</w:t>
      </w:r>
    </w:p>
    <w:p w14:paraId="2F55A744" w14:textId="77777777" w:rsidR="00FE1C14" w:rsidRDefault="0072304F">
      <w:pPr>
        <w:pStyle w:val="Prompt"/>
      </w:pPr>
      <w:r>
        <w:t>(1) ____________________ reduces the number of bits needed to store or transmit a file.</w:t>
      </w:r>
    </w:p>
    <w:p w14:paraId="03FE9FF7" w14:textId="77777777" w:rsidR="00FE1C14" w:rsidRDefault="0072304F">
      <w:pPr>
        <w:pStyle w:val="Prompt"/>
      </w:pPr>
      <w:r>
        <w:t>Compression is useful because it reduces (2) ____________________.</w:t>
      </w:r>
    </w:p>
    <w:p w14:paraId="5A4B8C6A" w14:textId="77777777" w:rsidR="00FE1C14" w:rsidRDefault="0072304F">
      <w:pPr>
        <w:pStyle w:val="Prompt"/>
      </w:pPr>
      <w:r>
        <w:t>Smaller files use less (3) ____________________.</w:t>
      </w:r>
    </w:p>
    <w:p w14:paraId="1F569580" w14:textId="77777777" w:rsidR="00FE1C14" w:rsidRDefault="0072304F">
      <w:pPr>
        <w:pStyle w:val="Prompt"/>
      </w:pPr>
      <w:r>
        <w:t>Smaller files can improve download or (4) ____________________ performance.</w:t>
      </w:r>
    </w:p>
    <w:p w14:paraId="57B224EB" w14:textId="77777777" w:rsidR="00FE1C14" w:rsidRDefault="0072304F">
      <w:pPr>
        <w:pStyle w:val="Prompt"/>
      </w:pPr>
      <w:r>
        <w:t>(5) ____________________ compression permanently removes some data.</w:t>
      </w:r>
    </w:p>
    <w:p w14:paraId="683F27E8" w14:textId="77777777" w:rsidR="00FE1C14" w:rsidRDefault="0072304F">
      <w:pPr>
        <w:pStyle w:val="Prompt"/>
      </w:pPr>
      <w:r>
        <w:t>Lossy compression can reduce the (6) ____________________ of images, sound or video.</w:t>
      </w:r>
    </w:p>
    <w:p w14:paraId="59EAD5A2" w14:textId="77777777" w:rsidR="00FE1C14" w:rsidRDefault="0072304F">
      <w:pPr>
        <w:pStyle w:val="Prompt"/>
      </w:pPr>
      <w:r>
        <w:t>(7) ____________________ compression allows the original file to be perfectly restored.</w:t>
      </w:r>
    </w:p>
    <w:p w14:paraId="21128657" w14:textId="77777777" w:rsidR="00FE1C14" w:rsidRDefault="0072304F">
      <w:pPr>
        <w:pStyle w:val="Prompt"/>
      </w:pPr>
      <w:r>
        <w:t>Lossless compression often works by recording patterns or (8) ____________________ data more efficiently.</w:t>
      </w:r>
    </w:p>
    <w:p w14:paraId="5EB86CF4" w14:textId="77777777" w:rsidR="00FE1C14" w:rsidRDefault="0072304F">
      <w:pPr>
        <w:pStyle w:val="Prompt"/>
      </w:pPr>
      <w:r>
        <w:t>Compression can reduce (9) ____________________ use across a network.</w:t>
      </w:r>
    </w:p>
    <w:p w14:paraId="6438B311" w14:textId="77777777" w:rsidR="00FE1C14" w:rsidRDefault="0072304F">
      <w:pPr>
        <w:pStyle w:val="Prompt"/>
      </w:pPr>
      <w:r>
        <w:t>The best compression method depends on whether the (10) ____________________ file must be exactly recovered.</w:t>
      </w:r>
    </w:p>
    <w:p w14:paraId="6E3A78A0" w14:textId="77777777" w:rsidR="00FE1C14" w:rsidRDefault="00FE1C14"/>
    <w:p w14:paraId="54329014" w14:textId="77777777" w:rsidR="00FE1C14" w:rsidRDefault="0072304F">
      <w:r>
        <w:br w:type="page"/>
      </w:r>
    </w:p>
    <w:p w14:paraId="32CE3625" w14:textId="77777777" w:rsidR="00FE1C14" w:rsidRDefault="0072304F">
      <w:pPr>
        <w:pStyle w:val="Heading1"/>
      </w:pPr>
      <w:r>
        <w:lastRenderedPageBreak/>
        <w:t>1.3 Computer networks, connections and protocols</w:t>
      </w:r>
    </w:p>
    <w:p w14:paraId="2BFFEBFB" w14:textId="77777777" w:rsidR="00FE1C14" w:rsidRDefault="0072304F">
      <w:pPr>
        <w:pStyle w:val="Heading2"/>
      </w:pPr>
      <w:r>
        <w:t>Activity 10 - Networks and hardware</w:t>
      </w:r>
    </w:p>
    <w:p w14:paraId="140CBB0D" w14:textId="77777777" w:rsidR="00FE1C14" w:rsidRDefault="0072304F">
      <w:pPr>
        <w:pStyle w:val="ActivityInstructions"/>
      </w:pPr>
      <w:r>
        <w:t>Complete the network definitions.</w:t>
      </w:r>
    </w:p>
    <w:p w14:paraId="4770A469" w14:textId="77777777" w:rsidR="00FE1C14" w:rsidRDefault="0072304F">
      <w:pPr>
        <w:pStyle w:val="WordBank"/>
      </w:pPr>
      <w:r>
        <w:rPr>
          <w:b/>
        </w:rPr>
        <w:t xml:space="preserve">Word bank: </w:t>
      </w:r>
      <w:r>
        <w:t>peer-to-peer, router, devices, client, LAN, bandwidth, NIC, wireless access point, transmission media, server, WAN, switch, client-server</w:t>
      </w:r>
    </w:p>
    <w:p w14:paraId="47601CF2" w14:textId="77777777" w:rsidR="00FE1C14" w:rsidRDefault="0072304F">
      <w:pPr>
        <w:pStyle w:val="Prompt"/>
      </w:pPr>
      <w:r>
        <w:t>A (1) ____________________ covers a small geographical area such as a school.</w:t>
      </w:r>
    </w:p>
    <w:p w14:paraId="4D4350B9" w14:textId="77777777" w:rsidR="00FE1C14" w:rsidRDefault="0072304F">
      <w:pPr>
        <w:pStyle w:val="Prompt"/>
      </w:pPr>
      <w:r>
        <w:t>A (2) ____________________ covers a large geographical area and may use third-party infrastructure.</w:t>
      </w:r>
    </w:p>
    <w:p w14:paraId="2A7C96C2" w14:textId="77777777" w:rsidR="00FE1C14" w:rsidRDefault="0072304F">
      <w:pPr>
        <w:pStyle w:val="Prompt"/>
      </w:pPr>
      <w:r>
        <w:t>A (3) ____________________ forwards data between networks.</w:t>
      </w:r>
    </w:p>
    <w:p w14:paraId="08B06A3F" w14:textId="77777777" w:rsidR="00FE1C14" w:rsidRDefault="0072304F">
      <w:pPr>
        <w:pStyle w:val="Prompt"/>
      </w:pPr>
      <w:r>
        <w:t>A (4) ____________________ connects devices on a LAN and forwards data to the correct device.</w:t>
      </w:r>
    </w:p>
    <w:p w14:paraId="72E89739" w14:textId="77777777" w:rsidR="00FE1C14" w:rsidRDefault="0072304F">
      <w:pPr>
        <w:pStyle w:val="Prompt"/>
      </w:pPr>
      <w:r>
        <w:t>A (5) ____________________ allows wireless devices to connect to a wired network.</w:t>
      </w:r>
    </w:p>
    <w:p w14:paraId="5FFE6994" w14:textId="77777777" w:rsidR="00FE1C14" w:rsidRDefault="0072304F">
      <w:pPr>
        <w:pStyle w:val="Prompt"/>
      </w:pPr>
      <w:r>
        <w:t>A (6) ____________________ provides the interface that lets a device connect to a network.</w:t>
      </w:r>
    </w:p>
    <w:p w14:paraId="3E2546FB" w14:textId="77777777" w:rsidR="00FE1C14" w:rsidRDefault="0072304F">
      <w:pPr>
        <w:pStyle w:val="Prompt"/>
      </w:pPr>
      <w:r>
        <w:t>Cables, fibre and radio waves are forms of (7) ____________________.</w:t>
      </w:r>
    </w:p>
    <w:p w14:paraId="3720DA75" w14:textId="77777777" w:rsidR="00FE1C14" w:rsidRDefault="0072304F">
      <w:pPr>
        <w:pStyle w:val="Prompt"/>
      </w:pPr>
      <w:r>
        <w:t>(8) ____________________ is the amount of data that can be sent in a given time.</w:t>
      </w:r>
    </w:p>
    <w:p w14:paraId="02699B17" w14:textId="77777777" w:rsidR="00FE1C14" w:rsidRDefault="0072304F">
      <w:pPr>
        <w:pStyle w:val="Prompt"/>
      </w:pPr>
      <w:r>
        <w:t>The number of connected (9) ____________________ can affect network performance.</w:t>
      </w:r>
    </w:p>
    <w:p w14:paraId="286F7A01" w14:textId="77777777" w:rsidR="00FE1C14" w:rsidRDefault="0072304F">
      <w:pPr>
        <w:pStyle w:val="Prompt"/>
      </w:pPr>
      <w:r>
        <w:t>In a (10) ____________________ network, central computers provide services.</w:t>
      </w:r>
    </w:p>
    <w:p w14:paraId="57A83821" w14:textId="77777777" w:rsidR="00FE1C14" w:rsidRDefault="0072304F">
      <w:pPr>
        <w:pStyle w:val="Prompt"/>
      </w:pPr>
      <w:r>
        <w:t>The computer requesting a service is called a (11) ____________________.</w:t>
      </w:r>
    </w:p>
    <w:p w14:paraId="6B7E2A92" w14:textId="77777777" w:rsidR="00FE1C14" w:rsidRDefault="0072304F">
      <w:pPr>
        <w:pStyle w:val="Prompt"/>
      </w:pPr>
      <w:r>
        <w:t>The computer providing a service is called a (12) ____________________.</w:t>
      </w:r>
    </w:p>
    <w:p w14:paraId="6234020C" w14:textId="77777777" w:rsidR="00FE1C14" w:rsidRDefault="0072304F">
      <w:pPr>
        <w:pStyle w:val="Prompt"/>
      </w:pPr>
      <w:r>
        <w:t>In a (13) ____________________ network, devices can share resources directly without a central server.</w:t>
      </w:r>
    </w:p>
    <w:p w14:paraId="003F6C7E" w14:textId="77777777" w:rsidR="00FE1C14" w:rsidRDefault="00FE1C14"/>
    <w:p w14:paraId="1C31C0FE" w14:textId="77777777" w:rsidR="00FE1C14" w:rsidRDefault="0072304F">
      <w:pPr>
        <w:pStyle w:val="Heading2"/>
      </w:pPr>
      <w:r>
        <w:t>Activity 11 - Topologies, DNS and cloud</w:t>
      </w:r>
    </w:p>
    <w:p w14:paraId="3BC591FD" w14:textId="77777777" w:rsidR="00FE1C14" w:rsidRDefault="0072304F">
      <w:pPr>
        <w:pStyle w:val="ActivityInstructions"/>
      </w:pPr>
      <w:r>
        <w:t>Complete the paragraph about network topologies and Internet services.</w:t>
      </w:r>
    </w:p>
    <w:p w14:paraId="257E643D" w14:textId="77777777" w:rsidR="00FE1C14" w:rsidRDefault="0072304F">
      <w:pPr>
        <w:pStyle w:val="WordBank"/>
      </w:pPr>
      <w:r>
        <w:rPr>
          <w:b/>
        </w:rPr>
        <w:t xml:space="preserve">Word bank: </w:t>
      </w:r>
      <w:r>
        <w:t>DNS, cable, star, cloud, mesh, Internet, URL, hosting, node, redundancy, IP address, central switch</w:t>
      </w:r>
    </w:p>
    <w:p w14:paraId="7CD83D04" w14:textId="77777777" w:rsidR="00FE1C14" w:rsidRDefault="0072304F">
      <w:pPr>
        <w:pStyle w:val="Prompt"/>
      </w:pPr>
      <w:r>
        <w:t>In a (1) ____________________ topology, each (2) ____________________ connects to a (3) ____________________.</w:t>
      </w:r>
    </w:p>
    <w:p w14:paraId="0EA9BFE3" w14:textId="77777777" w:rsidR="00FE1C14" w:rsidRDefault="0072304F">
      <w:pPr>
        <w:pStyle w:val="Prompt"/>
      </w:pPr>
      <w:r>
        <w:t>If one cable fails, usually only one device is affected, but if the central device fails the network may fail.</w:t>
      </w:r>
    </w:p>
    <w:p w14:paraId="21331DA4" w14:textId="77777777" w:rsidR="00FE1C14" w:rsidRDefault="0072304F">
      <w:pPr>
        <w:pStyle w:val="Prompt"/>
      </w:pPr>
      <w:r>
        <w:t>A (4) ____________________ topology has devices connected to many others, giving more (5) ____________________, but it can require more (6) ____________________.</w:t>
      </w:r>
    </w:p>
    <w:p w14:paraId="4104DC91" w14:textId="77777777" w:rsidR="00FE1C14" w:rsidRDefault="0072304F">
      <w:pPr>
        <w:pStyle w:val="Prompt"/>
      </w:pPr>
      <w:r>
        <w:t>The (7) ____________________ is a worldwide collection of computer networks.</w:t>
      </w:r>
    </w:p>
    <w:p w14:paraId="728E8528" w14:textId="77777777" w:rsidR="00FE1C14" w:rsidRDefault="0072304F">
      <w:pPr>
        <w:pStyle w:val="Prompt"/>
      </w:pPr>
      <w:r>
        <w:t>(8) ____________________ converts a human-readable (9) ____________________ into an (10) ____________________.</w:t>
      </w:r>
    </w:p>
    <w:p w14:paraId="6097519B" w14:textId="77777777" w:rsidR="00FE1C14" w:rsidRDefault="0072304F">
      <w:pPr>
        <w:pStyle w:val="Prompt"/>
      </w:pPr>
      <w:r>
        <w:t>(11) ____________________ is where website files are stored on a web server.</w:t>
      </w:r>
    </w:p>
    <w:p w14:paraId="28228DBD" w14:textId="77777777" w:rsidR="00FE1C14" w:rsidRDefault="0072304F">
      <w:pPr>
        <w:pStyle w:val="Prompt"/>
      </w:pPr>
      <w:r>
        <w:t>The (12) ____________________ means remote services such as storage, software or processing accessed over the Internet.</w:t>
      </w:r>
    </w:p>
    <w:p w14:paraId="50A44AC0" w14:textId="77777777" w:rsidR="00FE1C14" w:rsidRDefault="00FE1C14"/>
    <w:p w14:paraId="49D47F57" w14:textId="77777777" w:rsidR="00FE1C14" w:rsidRDefault="0072304F">
      <w:pPr>
        <w:pStyle w:val="Heading2"/>
      </w:pPr>
      <w:r>
        <w:t>Activity 12 - Protocols, addressing and layers</w:t>
      </w:r>
    </w:p>
    <w:p w14:paraId="78261367" w14:textId="77777777" w:rsidR="00FE1C14" w:rsidRDefault="0072304F">
      <w:pPr>
        <w:pStyle w:val="ActivityInstructions"/>
      </w:pPr>
      <w:r>
        <w:t>Fill in the blanks about communication rules, protocols and addresses.</w:t>
      </w:r>
    </w:p>
    <w:p w14:paraId="67C35EB6" w14:textId="77777777" w:rsidR="00FE1C14" w:rsidRDefault="0072304F">
      <w:pPr>
        <w:pStyle w:val="WordBank"/>
      </w:pPr>
      <w:r>
        <w:rPr>
          <w:b/>
        </w:rPr>
        <w:t xml:space="preserve">Word bank: </w:t>
      </w:r>
      <w:r>
        <w:t>layers, HTTPS, standard, Ethernet, MAC address, protocol, FTP, Wi-Fi, Bluetooth, HTTP, IMAP, TCP/IP, POP, SMTP, encryption, IP address</w:t>
      </w:r>
    </w:p>
    <w:p w14:paraId="4D15558A" w14:textId="77777777" w:rsidR="00FE1C14" w:rsidRDefault="0072304F">
      <w:pPr>
        <w:pStyle w:val="Prompt"/>
      </w:pPr>
      <w:r>
        <w:t>A (1) ____________________ is a set of rules for communication.</w:t>
      </w:r>
    </w:p>
    <w:p w14:paraId="467F7EC7" w14:textId="77777777" w:rsidR="00FE1C14" w:rsidRDefault="0072304F">
      <w:pPr>
        <w:pStyle w:val="Prompt"/>
      </w:pPr>
      <w:r>
        <w:t>A (2) ____________________ allows hardware or software from different manufacturers to work together.</w:t>
      </w:r>
    </w:p>
    <w:p w14:paraId="242F647F" w14:textId="77777777" w:rsidR="00FE1C14" w:rsidRDefault="0072304F">
      <w:pPr>
        <w:pStyle w:val="Prompt"/>
      </w:pPr>
      <w:r>
        <w:t>(3) ____________________ is the main set of protocols used on the Internet.</w:t>
      </w:r>
    </w:p>
    <w:p w14:paraId="492F2B8F" w14:textId="77777777" w:rsidR="00FE1C14" w:rsidRDefault="0072304F">
      <w:pPr>
        <w:pStyle w:val="Prompt"/>
      </w:pPr>
      <w:r>
        <w:lastRenderedPageBreak/>
        <w:t>(4) ____________________ is used to transfer web pages.</w:t>
      </w:r>
    </w:p>
    <w:p w14:paraId="31A6FB78" w14:textId="77777777" w:rsidR="00FE1C14" w:rsidRDefault="0072304F">
      <w:pPr>
        <w:pStyle w:val="Prompt"/>
      </w:pPr>
      <w:r>
        <w:t>(5) ____________________ is the secure version of HTTP.</w:t>
      </w:r>
    </w:p>
    <w:p w14:paraId="6E0A015C" w14:textId="77777777" w:rsidR="00FE1C14" w:rsidRDefault="0072304F">
      <w:pPr>
        <w:pStyle w:val="Prompt"/>
      </w:pPr>
      <w:r>
        <w:t>(6) ____________________ is used to transfer files.</w:t>
      </w:r>
    </w:p>
    <w:p w14:paraId="10E30D4D" w14:textId="77777777" w:rsidR="00FE1C14" w:rsidRDefault="0072304F">
      <w:pPr>
        <w:pStyle w:val="Prompt"/>
      </w:pPr>
      <w:r>
        <w:t>(7) ____________________ is used to send email from a client or server.</w:t>
      </w:r>
    </w:p>
    <w:p w14:paraId="71820595" w14:textId="77777777" w:rsidR="00FE1C14" w:rsidRDefault="0072304F">
      <w:pPr>
        <w:pStyle w:val="Prompt"/>
      </w:pPr>
      <w:r>
        <w:t>(8) ____________________ downloads emails from a server, often removing them from the server.</w:t>
      </w:r>
    </w:p>
    <w:p w14:paraId="241D1154" w14:textId="77777777" w:rsidR="00FE1C14" w:rsidRDefault="0072304F">
      <w:pPr>
        <w:pStyle w:val="Prompt"/>
      </w:pPr>
      <w:r>
        <w:t>(9) ____________________ allows emails to be stored on the server and accessed from multiple devices.</w:t>
      </w:r>
    </w:p>
    <w:p w14:paraId="0A2E8216" w14:textId="77777777" w:rsidR="00FE1C14" w:rsidRDefault="0072304F">
      <w:pPr>
        <w:pStyle w:val="Prompt"/>
      </w:pPr>
      <w:r>
        <w:t>An (10) ____________________ identifies a device on a network or the Internet.</w:t>
      </w:r>
    </w:p>
    <w:p w14:paraId="35412CCE" w14:textId="77777777" w:rsidR="00FE1C14" w:rsidRDefault="0072304F">
      <w:pPr>
        <w:pStyle w:val="Prompt"/>
      </w:pPr>
      <w:r>
        <w:t>A (11) ____________________ is a unique hardware address assigned to a network interface.</w:t>
      </w:r>
    </w:p>
    <w:p w14:paraId="2060B820" w14:textId="77777777" w:rsidR="00FE1C14" w:rsidRDefault="0072304F">
      <w:pPr>
        <w:pStyle w:val="Prompt"/>
      </w:pPr>
      <w:r>
        <w:t>(12) ____________________ protects data by making it unreadable without a key.</w:t>
      </w:r>
    </w:p>
    <w:p w14:paraId="39845C92" w14:textId="77777777" w:rsidR="00FE1C14" w:rsidRDefault="0072304F">
      <w:pPr>
        <w:pStyle w:val="Prompt"/>
      </w:pPr>
      <w:r>
        <w:t>Protocols can be split into (13) ____________________ to reduce complexity.</w:t>
      </w:r>
    </w:p>
    <w:p w14:paraId="25E028AE" w14:textId="77777777" w:rsidR="00FE1C14" w:rsidRDefault="0072304F">
      <w:pPr>
        <w:pStyle w:val="Prompt"/>
      </w:pPr>
      <w:r>
        <w:t>(14) ____________________ is a wired network connection method.</w:t>
      </w:r>
    </w:p>
    <w:p w14:paraId="2385544F" w14:textId="77777777" w:rsidR="00FE1C14" w:rsidRDefault="0072304F">
      <w:pPr>
        <w:pStyle w:val="Prompt"/>
      </w:pPr>
      <w:r>
        <w:t>(15) ____________________ is a wireless networking standard for local networks.</w:t>
      </w:r>
    </w:p>
    <w:p w14:paraId="4D001DE9" w14:textId="77777777" w:rsidR="00FE1C14" w:rsidRDefault="0072304F">
      <w:pPr>
        <w:pStyle w:val="Prompt"/>
      </w:pPr>
      <w:r>
        <w:t>(16) ____________________ is a short-range wireless connection method.</w:t>
      </w:r>
    </w:p>
    <w:p w14:paraId="18884ADD" w14:textId="77777777" w:rsidR="00FE1C14" w:rsidRDefault="00FE1C14"/>
    <w:p w14:paraId="3FACC43F" w14:textId="77777777" w:rsidR="00FE1C14" w:rsidRDefault="0072304F">
      <w:pPr>
        <w:pStyle w:val="Heading2"/>
      </w:pPr>
      <w:r>
        <w:t>Activity 13 - Wired and wireless scenario</w:t>
      </w:r>
    </w:p>
    <w:p w14:paraId="61F1750F" w14:textId="77777777" w:rsidR="00FE1C14" w:rsidRDefault="0072304F">
      <w:pPr>
        <w:pStyle w:val="ActivityInstructions"/>
      </w:pPr>
      <w:r>
        <w:t>Complete the scenario using the most appropriate networking terms.</w:t>
      </w:r>
    </w:p>
    <w:p w14:paraId="0724A7EE" w14:textId="77777777" w:rsidR="00FE1C14" w:rsidRDefault="0072304F">
      <w:pPr>
        <w:pStyle w:val="WordBank"/>
      </w:pPr>
      <w:r>
        <w:rPr>
          <w:b/>
        </w:rPr>
        <w:t xml:space="preserve">Word bank: </w:t>
      </w:r>
      <w:r>
        <w:t>latency, bandwidth, WAP, wired, encryption, interference, router, reliability, wireless, switch</w:t>
      </w:r>
    </w:p>
    <w:p w14:paraId="244B0305" w14:textId="77777777" w:rsidR="00FE1C14" w:rsidRDefault="0072304F">
      <w:pPr>
        <w:pStyle w:val="Prompt"/>
      </w:pPr>
      <w:r>
        <w:t>A gaming PC may use a (1) ____________________ Ethernet connection because it can offer better (2) ____________________ and lower (3) ____________________ than Wi-Fi.</w:t>
      </w:r>
    </w:p>
    <w:p w14:paraId="6CBF9B13" w14:textId="77777777" w:rsidR="00FE1C14" w:rsidRDefault="0072304F">
      <w:pPr>
        <w:pStyle w:val="Prompt"/>
      </w:pPr>
      <w:r>
        <w:t>A tablet may use a (4) ____________________ connection for convenience.</w:t>
      </w:r>
    </w:p>
    <w:p w14:paraId="0DAD13F4" w14:textId="77777777" w:rsidR="00FE1C14" w:rsidRDefault="0072304F">
      <w:pPr>
        <w:pStyle w:val="Prompt"/>
      </w:pPr>
      <w:r>
        <w:t>Thick walls can cause (5) ____________________, reducing signal strength.</w:t>
      </w:r>
    </w:p>
    <w:p w14:paraId="43E3286B" w14:textId="77777777" w:rsidR="00FE1C14" w:rsidRDefault="0072304F">
      <w:pPr>
        <w:pStyle w:val="Prompt"/>
      </w:pPr>
      <w:r>
        <w:t>A (6) ____________________ connects a home network to the Internet, while a (7) ____________________ connects devices inside a LAN.</w:t>
      </w:r>
    </w:p>
    <w:p w14:paraId="7C927439" w14:textId="77777777" w:rsidR="00FE1C14" w:rsidRDefault="0072304F">
      <w:pPr>
        <w:pStyle w:val="Prompt"/>
      </w:pPr>
      <w:r>
        <w:t>A (8) ____________________ lets mobile devices join the network.</w:t>
      </w:r>
    </w:p>
    <w:p w14:paraId="1981A95E" w14:textId="77777777" w:rsidR="00FE1C14" w:rsidRDefault="0072304F">
      <w:pPr>
        <w:pStyle w:val="Prompt"/>
      </w:pPr>
      <w:r>
        <w:t>The network should use (9) ____________________ to protect data.</w:t>
      </w:r>
    </w:p>
    <w:p w14:paraId="1E4B3BF7" w14:textId="77777777" w:rsidR="00FE1C14" w:rsidRDefault="0072304F">
      <w:pPr>
        <w:pStyle w:val="Prompt"/>
      </w:pPr>
      <w:r>
        <w:t>Too many users streaming video can reduce available (10) ____________________ for everyone.</w:t>
      </w:r>
    </w:p>
    <w:p w14:paraId="47482AC7" w14:textId="77777777" w:rsidR="00FE1C14" w:rsidRDefault="00FE1C14"/>
    <w:p w14:paraId="369DE90A" w14:textId="77777777" w:rsidR="00FE1C14" w:rsidRDefault="0072304F">
      <w:r>
        <w:br w:type="page"/>
      </w:r>
    </w:p>
    <w:p w14:paraId="6301E8D1" w14:textId="77777777" w:rsidR="00FE1C14" w:rsidRDefault="0072304F">
      <w:pPr>
        <w:pStyle w:val="Heading1"/>
      </w:pPr>
      <w:r>
        <w:lastRenderedPageBreak/>
        <w:t>1.4 Network security</w:t>
      </w:r>
    </w:p>
    <w:p w14:paraId="5B4D7F01" w14:textId="77777777" w:rsidR="00FE1C14" w:rsidRDefault="0072304F">
      <w:pPr>
        <w:pStyle w:val="Heading2"/>
      </w:pPr>
      <w:r>
        <w:t>Activity 14 - Threats to systems and networks</w:t>
      </w:r>
    </w:p>
    <w:p w14:paraId="470E247A" w14:textId="77777777" w:rsidR="00FE1C14" w:rsidRDefault="0072304F">
      <w:pPr>
        <w:pStyle w:val="ActivityInstructions"/>
      </w:pPr>
      <w:r>
        <w:t>Complete the definitions of common network security threats.</w:t>
      </w:r>
    </w:p>
    <w:p w14:paraId="049A315E" w14:textId="77777777" w:rsidR="00FE1C14" w:rsidRDefault="0072304F">
      <w:pPr>
        <w:pStyle w:val="WordBank"/>
      </w:pPr>
      <w:r>
        <w:rPr>
          <w:b/>
        </w:rPr>
        <w:t xml:space="preserve">Word bank: </w:t>
      </w:r>
      <w:r>
        <w:t>virus, worm, ransomware, data interception, denial of service, malware, spyware, brute-force, phishing, SQL injection, Trojan, social engineering</w:t>
      </w:r>
    </w:p>
    <w:p w14:paraId="2A649CD8" w14:textId="77777777" w:rsidR="00FE1C14" w:rsidRDefault="0072304F">
      <w:pPr>
        <w:pStyle w:val="Prompt"/>
      </w:pPr>
      <w:r>
        <w:t>(1) ____________________ is malicious software designed to damage, disrupt or gain access.</w:t>
      </w:r>
    </w:p>
    <w:p w14:paraId="70E1DF0F" w14:textId="77777777" w:rsidR="00FE1C14" w:rsidRDefault="0072304F">
      <w:pPr>
        <w:pStyle w:val="Prompt"/>
      </w:pPr>
      <w:r>
        <w:t>A (2) ____________________ attaches itself to legitimate files and spreads when they are run.</w:t>
      </w:r>
    </w:p>
    <w:p w14:paraId="2437456D" w14:textId="77777777" w:rsidR="00FE1C14" w:rsidRDefault="0072304F">
      <w:pPr>
        <w:pStyle w:val="Prompt"/>
      </w:pPr>
      <w:r>
        <w:t>A (3) ____________________ can spread across networks without needing to attach to a file.</w:t>
      </w:r>
    </w:p>
    <w:p w14:paraId="776F2D8D" w14:textId="77777777" w:rsidR="00FE1C14" w:rsidRDefault="0072304F">
      <w:pPr>
        <w:pStyle w:val="Prompt"/>
      </w:pPr>
      <w:r>
        <w:t>A (4) ____________________ disguises itself as useful software.</w:t>
      </w:r>
    </w:p>
    <w:p w14:paraId="7F337AF2" w14:textId="77777777" w:rsidR="00FE1C14" w:rsidRDefault="0072304F">
      <w:pPr>
        <w:pStyle w:val="Prompt"/>
      </w:pPr>
      <w:r>
        <w:t>(5) ____________________ secretly collects information about a user.</w:t>
      </w:r>
    </w:p>
    <w:p w14:paraId="75009883" w14:textId="77777777" w:rsidR="00FE1C14" w:rsidRDefault="0072304F">
      <w:pPr>
        <w:pStyle w:val="Prompt"/>
      </w:pPr>
      <w:r>
        <w:t>(6) ____________________ encrypts files and demands payment.</w:t>
      </w:r>
    </w:p>
    <w:p w14:paraId="32E7CA82" w14:textId="77777777" w:rsidR="00FE1C14" w:rsidRDefault="0072304F">
      <w:pPr>
        <w:pStyle w:val="Prompt"/>
      </w:pPr>
      <w:r>
        <w:t>(7) ____________________ uses fake messages or websites to trick users into giving information.</w:t>
      </w:r>
    </w:p>
    <w:p w14:paraId="0150ACE1" w14:textId="77777777" w:rsidR="00FE1C14" w:rsidRDefault="0072304F">
      <w:pPr>
        <w:pStyle w:val="Prompt"/>
      </w:pPr>
      <w:r>
        <w:t>(8) ____________________ exploits people rather than technical weaknesses.</w:t>
      </w:r>
    </w:p>
    <w:p w14:paraId="0F04EA70" w14:textId="77777777" w:rsidR="00FE1C14" w:rsidRDefault="0072304F">
      <w:pPr>
        <w:pStyle w:val="Prompt"/>
      </w:pPr>
      <w:r>
        <w:t>A (9) ____________________ attack tries many password combinations.</w:t>
      </w:r>
    </w:p>
    <w:p w14:paraId="4AA29518" w14:textId="77777777" w:rsidR="00FE1C14" w:rsidRDefault="0072304F">
      <w:pPr>
        <w:pStyle w:val="Prompt"/>
      </w:pPr>
      <w:r>
        <w:t>A (10) ____________________ attack overloads a service so legitimate users cannot access it.</w:t>
      </w:r>
    </w:p>
    <w:p w14:paraId="5A3E86DB" w14:textId="77777777" w:rsidR="00FE1C14" w:rsidRDefault="0072304F">
      <w:pPr>
        <w:pStyle w:val="Prompt"/>
      </w:pPr>
      <w:r>
        <w:t>(11) ____________________ is when data is captured as it travels across a network.</w:t>
      </w:r>
    </w:p>
    <w:p w14:paraId="2BC86C82" w14:textId="77777777" w:rsidR="00FE1C14" w:rsidRDefault="0072304F">
      <w:pPr>
        <w:pStyle w:val="Prompt"/>
      </w:pPr>
      <w:r>
        <w:t>(12) ____________________ places malicious database commands into input fields.</w:t>
      </w:r>
    </w:p>
    <w:p w14:paraId="42F76EC0" w14:textId="77777777" w:rsidR="00FE1C14" w:rsidRDefault="00FE1C14"/>
    <w:p w14:paraId="29608615" w14:textId="77777777" w:rsidR="00FE1C14" w:rsidRDefault="0072304F">
      <w:pPr>
        <w:pStyle w:val="Heading2"/>
      </w:pPr>
      <w:r>
        <w:t>Activity 15 - Preventing vulnerabilities</w:t>
      </w:r>
    </w:p>
    <w:p w14:paraId="77048E4B" w14:textId="77777777" w:rsidR="00FE1C14" w:rsidRDefault="0072304F">
      <w:pPr>
        <w:pStyle w:val="ActivityInstructions"/>
      </w:pPr>
      <w:r>
        <w:t>Complete the statements about security prevention methods.</w:t>
      </w:r>
    </w:p>
    <w:p w14:paraId="04D3DC12" w14:textId="77777777" w:rsidR="00FE1C14" w:rsidRDefault="0072304F">
      <w:pPr>
        <w:pStyle w:val="WordBank"/>
      </w:pPr>
      <w:r>
        <w:rPr>
          <w:b/>
        </w:rPr>
        <w:t xml:space="preserve">Word bank: </w:t>
      </w:r>
      <w:r>
        <w:t>anti-malware, penetration testing, strong passwords, physical security, backups, user access levels, firewall, authentication, updates, encryption</w:t>
      </w:r>
    </w:p>
    <w:p w14:paraId="4EAE45BA" w14:textId="77777777" w:rsidR="00FE1C14" w:rsidRDefault="0072304F">
      <w:pPr>
        <w:pStyle w:val="Prompt"/>
      </w:pPr>
      <w:r>
        <w:t>(1) ____________________ involves authorised attempts to find vulnerabilities before attackers do.</w:t>
      </w:r>
    </w:p>
    <w:p w14:paraId="0EB5CA56" w14:textId="77777777" w:rsidR="00FE1C14" w:rsidRDefault="0072304F">
      <w:pPr>
        <w:pStyle w:val="Prompt"/>
      </w:pPr>
      <w:r>
        <w:t>(2) ____________________ detects and removes malicious software.</w:t>
      </w:r>
    </w:p>
    <w:p w14:paraId="6F200FF1" w14:textId="77777777" w:rsidR="00FE1C14" w:rsidRDefault="0072304F">
      <w:pPr>
        <w:pStyle w:val="Prompt"/>
      </w:pPr>
      <w:r>
        <w:t>A (3) ____________________ filters incoming and outgoing network traffic.</w:t>
      </w:r>
    </w:p>
    <w:p w14:paraId="3C10946D" w14:textId="77777777" w:rsidR="00FE1C14" w:rsidRDefault="0072304F">
      <w:pPr>
        <w:pStyle w:val="Prompt"/>
      </w:pPr>
      <w:r>
        <w:t>(4) ____________________ ensure users can only access the data and functions they need.</w:t>
      </w:r>
    </w:p>
    <w:p w14:paraId="631AE772" w14:textId="77777777" w:rsidR="00FE1C14" w:rsidRDefault="0072304F">
      <w:pPr>
        <w:pStyle w:val="Prompt"/>
      </w:pPr>
      <w:r>
        <w:t>(5) ____________________ make brute-force attacks harder.</w:t>
      </w:r>
    </w:p>
    <w:p w14:paraId="1A2DF60E" w14:textId="77777777" w:rsidR="00FE1C14" w:rsidRDefault="0072304F">
      <w:pPr>
        <w:pStyle w:val="Prompt"/>
      </w:pPr>
      <w:r>
        <w:t>(6) ____________________ makes intercepted data unreadable without a key.</w:t>
      </w:r>
    </w:p>
    <w:p w14:paraId="7045314D" w14:textId="77777777" w:rsidR="00FE1C14" w:rsidRDefault="0072304F">
      <w:pPr>
        <w:pStyle w:val="Prompt"/>
      </w:pPr>
      <w:r>
        <w:t>Locks, CCTV and secure server rooms are examples of (7) ____________________.</w:t>
      </w:r>
    </w:p>
    <w:p w14:paraId="29815C59" w14:textId="77777777" w:rsidR="00FE1C14" w:rsidRDefault="0072304F">
      <w:pPr>
        <w:pStyle w:val="Prompt"/>
      </w:pPr>
      <w:r>
        <w:t>(8) ____________________ can patch known vulnerabilities.</w:t>
      </w:r>
    </w:p>
    <w:p w14:paraId="62C08218" w14:textId="77777777" w:rsidR="00FE1C14" w:rsidRDefault="0072304F">
      <w:pPr>
        <w:pStyle w:val="Prompt"/>
      </w:pPr>
      <w:r>
        <w:t>(9) ____________________ checks that a user is who they claim to be.</w:t>
      </w:r>
    </w:p>
    <w:p w14:paraId="0E4BC2AA" w14:textId="77777777" w:rsidR="00FE1C14" w:rsidRDefault="0072304F">
      <w:pPr>
        <w:pStyle w:val="Prompt"/>
      </w:pPr>
      <w:r>
        <w:t>(10) ____________________ allow data to be restored after ransomware or hardware failure.</w:t>
      </w:r>
    </w:p>
    <w:p w14:paraId="0B77B579" w14:textId="77777777" w:rsidR="00FE1C14" w:rsidRDefault="00FE1C14"/>
    <w:p w14:paraId="0A79A1E7" w14:textId="77777777" w:rsidR="00FE1C14" w:rsidRDefault="0072304F">
      <w:pPr>
        <w:pStyle w:val="Heading2"/>
      </w:pPr>
      <w:r>
        <w:t>Activity 16 - Security scenario</w:t>
      </w:r>
    </w:p>
    <w:p w14:paraId="7744BE35" w14:textId="77777777" w:rsidR="00FE1C14" w:rsidRDefault="0072304F">
      <w:pPr>
        <w:pStyle w:val="ActivityInstructions"/>
      </w:pPr>
      <w:r>
        <w:t>Complete the scenario with the correct threat or prevention method.</w:t>
      </w:r>
    </w:p>
    <w:p w14:paraId="2341E64D" w14:textId="77777777" w:rsidR="00FE1C14" w:rsidRDefault="0072304F">
      <w:pPr>
        <w:pStyle w:val="WordBank"/>
      </w:pPr>
      <w:r>
        <w:rPr>
          <w:b/>
        </w:rPr>
        <w:t xml:space="preserve">Word bank: </w:t>
      </w:r>
      <w:r>
        <w:t>penetration testing, data interception, phishing, anti-malware, firewall, social engineering, SQL injection, physical security, encryption, user access levels, passwords, denial of service</w:t>
      </w:r>
    </w:p>
    <w:p w14:paraId="322CD2F1" w14:textId="77777777" w:rsidR="00FE1C14" w:rsidRDefault="0072304F">
      <w:pPr>
        <w:pStyle w:val="Prompt"/>
      </w:pPr>
      <w:r>
        <w:t>A fake email asking staff to verify their login is an example of (1) ____________________.</w:t>
      </w:r>
    </w:p>
    <w:p w14:paraId="7CA53F83" w14:textId="77777777" w:rsidR="00FE1C14" w:rsidRDefault="0072304F">
      <w:pPr>
        <w:pStyle w:val="Prompt"/>
      </w:pPr>
      <w:r>
        <w:lastRenderedPageBreak/>
        <w:t>A visitor persuading an employee to hold open a secure door is (2) ____________________.</w:t>
      </w:r>
    </w:p>
    <w:p w14:paraId="6A828E3B" w14:textId="77777777" w:rsidR="00FE1C14" w:rsidRDefault="0072304F">
      <w:pPr>
        <w:pStyle w:val="Prompt"/>
      </w:pPr>
      <w:r>
        <w:t>A school website being flooded with requests is a (3) ____________________ attack.</w:t>
      </w:r>
    </w:p>
    <w:p w14:paraId="2D976133" w14:textId="77777777" w:rsidR="00FE1C14" w:rsidRDefault="0072304F">
      <w:pPr>
        <w:pStyle w:val="Prompt"/>
      </w:pPr>
      <w:r>
        <w:t>Malicious code entered into a login box could be (4) ____________________.</w:t>
      </w:r>
    </w:p>
    <w:p w14:paraId="2378AD5B" w14:textId="77777777" w:rsidR="00FE1C14" w:rsidRDefault="0072304F">
      <w:pPr>
        <w:pStyle w:val="Prompt"/>
      </w:pPr>
      <w:r>
        <w:t>Capturing usernames over unsecured Wi-Fi is (5) ____________________.</w:t>
      </w:r>
    </w:p>
    <w:p w14:paraId="679F4F01" w14:textId="77777777" w:rsidR="00FE1C14" w:rsidRDefault="0072304F">
      <w:pPr>
        <w:pStyle w:val="Prompt"/>
      </w:pPr>
      <w:r>
        <w:t>A (6) ____________________ could block suspicious network traffic.</w:t>
      </w:r>
    </w:p>
    <w:p w14:paraId="65A6B61F" w14:textId="77777777" w:rsidR="00FE1C14" w:rsidRDefault="0072304F">
      <w:pPr>
        <w:pStyle w:val="Prompt"/>
      </w:pPr>
      <w:r>
        <w:t>(7) ____________________ would protect data if it is intercepted.</w:t>
      </w:r>
    </w:p>
    <w:p w14:paraId="47A5BE85" w14:textId="77777777" w:rsidR="00FE1C14" w:rsidRDefault="0072304F">
      <w:pPr>
        <w:pStyle w:val="Prompt"/>
      </w:pPr>
      <w:r>
        <w:t>Strong (8) ____________________ and account lockout rules reduce brute-force risk.</w:t>
      </w:r>
    </w:p>
    <w:p w14:paraId="3C8AC670" w14:textId="77777777" w:rsidR="00FE1C14" w:rsidRDefault="0072304F">
      <w:pPr>
        <w:pStyle w:val="Prompt"/>
      </w:pPr>
      <w:r>
        <w:t>(9) ____________________ can find and remove infected files.</w:t>
      </w:r>
    </w:p>
    <w:p w14:paraId="32EB9386" w14:textId="77777777" w:rsidR="00FE1C14" w:rsidRDefault="0072304F">
      <w:pPr>
        <w:pStyle w:val="Prompt"/>
      </w:pPr>
      <w:r>
        <w:t>(10) ____________________ checks the system for weaknesses in an authorised way.</w:t>
      </w:r>
    </w:p>
    <w:p w14:paraId="1287578B" w14:textId="77777777" w:rsidR="00FE1C14" w:rsidRDefault="0072304F">
      <w:pPr>
        <w:pStyle w:val="Prompt"/>
      </w:pPr>
      <w:r>
        <w:t>(11) ____________________ can limit the damage if one account is compromised.</w:t>
      </w:r>
    </w:p>
    <w:p w14:paraId="6D363D7E" w14:textId="77777777" w:rsidR="00FE1C14" w:rsidRDefault="0072304F">
      <w:pPr>
        <w:pStyle w:val="Prompt"/>
      </w:pPr>
      <w:r>
        <w:t>Locks on the server room improve (12) ____________________.</w:t>
      </w:r>
    </w:p>
    <w:p w14:paraId="54E20E59" w14:textId="77777777" w:rsidR="00FE1C14" w:rsidRDefault="00FE1C14"/>
    <w:p w14:paraId="7F4D44AB" w14:textId="77777777" w:rsidR="00FE1C14" w:rsidRDefault="0072304F">
      <w:r>
        <w:br w:type="page"/>
      </w:r>
    </w:p>
    <w:p w14:paraId="52505A3E" w14:textId="77777777" w:rsidR="00FE1C14" w:rsidRDefault="0072304F">
      <w:pPr>
        <w:pStyle w:val="Heading1"/>
      </w:pPr>
      <w:r>
        <w:lastRenderedPageBreak/>
        <w:t>1.5 Systems software</w:t>
      </w:r>
    </w:p>
    <w:p w14:paraId="6FA2DBC1" w14:textId="77777777" w:rsidR="00FE1C14" w:rsidRDefault="0072304F">
      <w:pPr>
        <w:pStyle w:val="Heading2"/>
      </w:pPr>
      <w:r>
        <w:t>Activity 17 - Operating system functions</w:t>
      </w:r>
    </w:p>
    <w:p w14:paraId="55D57625" w14:textId="77777777" w:rsidR="00FE1C14" w:rsidRDefault="0072304F">
      <w:pPr>
        <w:pStyle w:val="ActivityInstructions"/>
      </w:pPr>
      <w:r>
        <w:t>Complete the statements about operating systems.</w:t>
      </w:r>
    </w:p>
    <w:p w14:paraId="79224D2B" w14:textId="77777777" w:rsidR="00FE1C14" w:rsidRDefault="0072304F">
      <w:pPr>
        <w:pStyle w:val="WordBank"/>
      </w:pPr>
      <w:r>
        <w:rPr>
          <w:b/>
        </w:rPr>
        <w:t xml:space="preserve">Word bank: </w:t>
      </w:r>
      <w:r>
        <w:t>memory management, folders, multitasking, user management, processes, operating system, file management, drivers, allocation, peripheral management, security, user interface</w:t>
      </w:r>
    </w:p>
    <w:p w14:paraId="33F761C2" w14:textId="77777777" w:rsidR="00FE1C14" w:rsidRDefault="0072304F">
      <w:pPr>
        <w:pStyle w:val="Prompt"/>
      </w:pPr>
      <w:r>
        <w:t>System software that manages hardware and provides services for applications is the (1) ____________________.</w:t>
      </w:r>
    </w:p>
    <w:p w14:paraId="346E2220" w14:textId="77777777" w:rsidR="00FE1C14" w:rsidRDefault="0072304F">
      <w:pPr>
        <w:pStyle w:val="Prompt"/>
      </w:pPr>
      <w:r>
        <w:t>The (2) ____________________ lets users interact with the computer.</w:t>
      </w:r>
    </w:p>
    <w:p w14:paraId="001FE684" w14:textId="77777777" w:rsidR="00FE1C14" w:rsidRDefault="0072304F">
      <w:pPr>
        <w:pStyle w:val="Prompt"/>
      </w:pPr>
      <w:r>
        <w:t>(3) ____________________ controls how RAM is used.</w:t>
      </w:r>
    </w:p>
    <w:p w14:paraId="62DB14F7" w14:textId="77777777" w:rsidR="00FE1C14" w:rsidRDefault="0072304F">
      <w:pPr>
        <w:pStyle w:val="Prompt"/>
      </w:pPr>
      <w:r>
        <w:t>(4) ____________________ allows several programs to appear to run at the same time.</w:t>
      </w:r>
    </w:p>
    <w:p w14:paraId="09C03EB9" w14:textId="77777777" w:rsidR="00FE1C14" w:rsidRDefault="0072304F">
      <w:pPr>
        <w:pStyle w:val="Prompt"/>
      </w:pPr>
      <w:r>
        <w:t>(5) ____________________ controls devices such as printers, keyboards and webcams.</w:t>
      </w:r>
    </w:p>
    <w:p w14:paraId="2F32EBCA" w14:textId="77777777" w:rsidR="00FE1C14" w:rsidRDefault="0072304F">
      <w:pPr>
        <w:pStyle w:val="Prompt"/>
      </w:pPr>
      <w:r>
        <w:t>(6) ____________________ are small programs that let the operating system communicate with hardware.</w:t>
      </w:r>
    </w:p>
    <w:p w14:paraId="4F8C8125" w14:textId="77777777" w:rsidR="00FE1C14" w:rsidRDefault="0072304F">
      <w:pPr>
        <w:pStyle w:val="Prompt"/>
      </w:pPr>
      <w:r>
        <w:t>(7) ____________________ creates accounts and controls permissions.</w:t>
      </w:r>
    </w:p>
    <w:p w14:paraId="5C433D55" w14:textId="77777777" w:rsidR="00FE1C14" w:rsidRDefault="0072304F">
      <w:pPr>
        <w:pStyle w:val="Prompt"/>
      </w:pPr>
      <w:r>
        <w:t>(8) ____________________ organises files using names and storage locations.</w:t>
      </w:r>
    </w:p>
    <w:p w14:paraId="1A94DE5E" w14:textId="77777777" w:rsidR="00FE1C14" w:rsidRDefault="0072304F">
      <w:pPr>
        <w:pStyle w:val="Prompt"/>
      </w:pPr>
      <w:r>
        <w:t>Files are often organised into (9) ____________________.</w:t>
      </w:r>
    </w:p>
    <w:p w14:paraId="5C23729F" w14:textId="77777777" w:rsidR="00FE1C14" w:rsidRDefault="0072304F">
      <w:pPr>
        <w:pStyle w:val="Prompt"/>
      </w:pPr>
      <w:r>
        <w:t>User management helps with (10) ____________________ by applying access rights.</w:t>
      </w:r>
    </w:p>
    <w:p w14:paraId="56F1199F" w14:textId="77777777" w:rsidR="00FE1C14" w:rsidRDefault="0072304F">
      <w:pPr>
        <w:pStyle w:val="Prompt"/>
      </w:pPr>
      <w:r>
        <w:t>The programs currently running are known as (11) ____________________.</w:t>
      </w:r>
    </w:p>
    <w:p w14:paraId="7A70DD1F" w14:textId="77777777" w:rsidR="00FE1C14" w:rsidRDefault="0072304F">
      <w:pPr>
        <w:pStyle w:val="Prompt"/>
      </w:pPr>
      <w:r>
        <w:t>Memory management includes the (12) ____________________ of memory to applications.</w:t>
      </w:r>
    </w:p>
    <w:p w14:paraId="56DFF1D6" w14:textId="77777777" w:rsidR="00FE1C14" w:rsidRDefault="00FE1C14"/>
    <w:p w14:paraId="684D7715" w14:textId="77777777" w:rsidR="00FE1C14" w:rsidRDefault="0072304F">
      <w:pPr>
        <w:pStyle w:val="Heading2"/>
      </w:pPr>
      <w:r>
        <w:t>Activity 18 - Utility software</w:t>
      </w:r>
    </w:p>
    <w:p w14:paraId="7EDE4062" w14:textId="77777777" w:rsidR="00FE1C14" w:rsidRDefault="0072304F">
      <w:pPr>
        <w:pStyle w:val="ActivityInstructions"/>
      </w:pPr>
      <w:r>
        <w:t>Complete the utility software statements.</w:t>
      </w:r>
    </w:p>
    <w:p w14:paraId="2F58F50D" w14:textId="77777777" w:rsidR="00FE1C14" w:rsidRDefault="0072304F">
      <w:pPr>
        <w:pStyle w:val="WordBank"/>
      </w:pPr>
      <w:r>
        <w:rPr>
          <w:b/>
        </w:rPr>
        <w:t xml:space="preserve">Word bank: </w:t>
      </w:r>
      <w:r>
        <w:t>encryption software, utility software, housekeeping, key, operating system, storage, performance, defragmentation, hard disk, file size, data compression, additional</w:t>
      </w:r>
    </w:p>
    <w:p w14:paraId="02BDBA89" w14:textId="77777777" w:rsidR="00FE1C14" w:rsidRDefault="0072304F">
      <w:pPr>
        <w:pStyle w:val="Prompt"/>
      </w:pPr>
      <w:r>
        <w:t>(1) ____________________ helps maintain, configure or optimise a computer system.</w:t>
      </w:r>
    </w:p>
    <w:p w14:paraId="43A9BFD5" w14:textId="77777777" w:rsidR="00FE1C14" w:rsidRDefault="0072304F">
      <w:pPr>
        <w:pStyle w:val="Prompt"/>
      </w:pPr>
      <w:r>
        <w:t>Utilities often perform (2) ____________________ tasks.</w:t>
      </w:r>
    </w:p>
    <w:p w14:paraId="623132B5" w14:textId="77777777" w:rsidR="00FE1C14" w:rsidRDefault="0072304F">
      <w:pPr>
        <w:pStyle w:val="Prompt"/>
      </w:pPr>
      <w:r>
        <w:t>Utility software carries out (3) ____________________ tasks that may not be provided directly by the (4) ____________________.</w:t>
      </w:r>
    </w:p>
    <w:p w14:paraId="147342EA" w14:textId="77777777" w:rsidR="00FE1C14" w:rsidRDefault="0072304F">
      <w:pPr>
        <w:pStyle w:val="Prompt"/>
      </w:pPr>
      <w:r>
        <w:t>(5) ____________________ scrambles data so it cannot be read without the correct (6) ____________________.</w:t>
      </w:r>
    </w:p>
    <w:p w14:paraId="24DAD9D6" w14:textId="77777777" w:rsidR="00FE1C14" w:rsidRDefault="0072304F">
      <w:pPr>
        <w:pStyle w:val="Prompt"/>
      </w:pPr>
      <w:r>
        <w:t>(7) ____________________ reorganises fragmented files on a magnetic (8) ____________________.</w:t>
      </w:r>
    </w:p>
    <w:p w14:paraId="7AE39D83" w14:textId="77777777" w:rsidR="00FE1C14" w:rsidRDefault="0072304F">
      <w:pPr>
        <w:pStyle w:val="Prompt"/>
      </w:pPr>
      <w:r>
        <w:t>Defragmentation can improve access speed and overall (9) ____________________ on HDDs.</w:t>
      </w:r>
    </w:p>
    <w:p w14:paraId="091EA254" w14:textId="77777777" w:rsidR="00FE1C14" w:rsidRDefault="0072304F">
      <w:pPr>
        <w:pStyle w:val="Prompt"/>
      </w:pPr>
      <w:r>
        <w:t>(10) ____________________ reduces the number of bits needed for a file.</w:t>
      </w:r>
    </w:p>
    <w:p w14:paraId="77462E2E" w14:textId="77777777" w:rsidR="00FE1C14" w:rsidRDefault="0072304F">
      <w:pPr>
        <w:pStyle w:val="Prompt"/>
      </w:pPr>
      <w:r>
        <w:t>Data compression can reduce (11) ____________________ and save (12) ____________________ space.</w:t>
      </w:r>
    </w:p>
    <w:p w14:paraId="5A66875B" w14:textId="77777777" w:rsidR="00FE1C14" w:rsidRDefault="00FE1C14"/>
    <w:p w14:paraId="2A639696" w14:textId="77777777" w:rsidR="00FE1C14" w:rsidRDefault="0072304F">
      <w:pPr>
        <w:pStyle w:val="Heading2"/>
      </w:pPr>
      <w:r>
        <w:t>Activity 19 - Systems software scenario</w:t>
      </w:r>
    </w:p>
    <w:p w14:paraId="4994BAE1" w14:textId="77777777" w:rsidR="00FE1C14" w:rsidRDefault="0072304F">
      <w:pPr>
        <w:pStyle w:val="ActivityInstructions"/>
      </w:pPr>
      <w:r>
        <w:t>Complete the scenario using OS and utility software terms.</w:t>
      </w:r>
    </w:p>
    <w:p w14:paraId="69D22107" w14:textId="77777777" w:rsidR="00FE1C14" w:rsidRDefault="0072304F">
      <w:pPr>
        <w:pStyle w:val="WordBank"/>
      </w:pPr>
      <w:r>
        <w:rPr>
          <w:b/>
        </w:rPr>
        <w:t xml:space="preserve">Word bank: </w:t>
      </w:r>
      <w:r>
        <w:t>memory management, encryption, utility software, driver, file management, multitasking, operating system, user interface, defragmentation, user management, data compression</w:t>
      </w:r>
    </w:p>
    <w:p w14:paraId="3D49FAD6" w14:textId="77777777" w:rsidR="00FE1C14" w:rsidRDefault="0072304F">
      <w:pPr>
        <w:pStyle w:val="Prompt"/>
      </w:pPr>
      <w:r>
        <w:t>A teacher plugs in a new printer. The (1) ____________________ uses a (2) ____________________ so it can send print jobs correctly.</w:t>
      </w:r>
    </w:p>
    <w:p w14:paraId="5A28AFCB" w14:textId="77777777" w:rsidR="00FE1C14" w:rsidRDefault="0072304F">
      <w:pPr>
        <w:pStyle w:val="Prompt"/>
      </w:pPr>
      <w:r>
        <w:t>The teacher uses the (3) ____________________ to choose the printer settings.</w:t>
      </w:r>
    </w:p>
    <w:p w14:paraId="65ECE698" w14:textId="77777777" w:rsidR="00FE1C14" w:rsidRDefault="0072304F">
      <w:pPr>
        <w:pStyle w:val="Prompt"/>
      </w:pPr>
      <w:r>
        <w:lastRenderedPageBreak/>
        <w:t>When saving class resources into folders, the OS is providing (4) ____________________.</w:t>
      </w:r>
    </w:p>
    <w:p w14:paraId="4C574BFB" w14:textId="77777777" w:rsidR="00FE1C14" w:rsidRDefault="0072304F">
      <w:pPr>
        <w:pStyle w:val="Prompt"/>
      </w:pPr>
      <w:r>
        <w:t>Student accounts and permissions are controlled through (5) ____________________.</w:t>
      </w:r>
    </w:p>
    <w:p w14:paraId="4C0AB233" w14:textId="77777777" w:rsidR="00FE1C14" w:rsidRDefault="0072304F">
      <w:pPr>
        <w:pStyle w:val="Prompt"/>
      </w:pPr>
      <w:r>
        <w:t>When many applications are open, (6) ____________________ and (7) ____________________ help them run.</w:t>
      </w:r>
    </w:p>
    <w:p w14:paraId="51633C72" w14:textId="77777777" w:rsidR="00FE1C14" w:rsidRDefault="0072304F">
      <w:pPr>
        <w:pStyle w:val="Prompt"/>
      </w:pPr>
      <w:r>
        <w:t>A school laptop also includes (8) ____________________ for maintenance.</w:t>
      </w:r>
    </w:p>
    <w:p w14:paraId="6712CD29" w14:textId="77777777" w:rsidR="00FE1C14" w:rsidRDefault="0072304F">
      <w:pPr>
        <w:pStyle w:val="Prompt"/>
      </w:pPr>
      <w:r>
        <w:t>(9) ____________________ can protect sensitive files.</w:t>
      </w:r>
    </w:p>
    <w:p w14:paraId="57557F60" w14:textId="77777777" w:rsidR="00FE1C14" w:rsidRDefault="0072304F">
      <w:pPr>
        <w:pStyle w:val="Prompt"/>
      </w:pPr>
      <w:r>
        <w:t>(10) ____________________ can reduce file sizes.</w:t>
      </w:r>
    </w:p>
    <w:p w14:paraId="06046BC8" w14:textId="77777777" w:rsidR="00FE1C14" w:rsidRDefault="0072304F">
      <w:pPr>
        <w:pStyle w:val="Prompt"/>
      </w:pPr>
      <w:r>
        <w:t>(11) ____________________ can improve performance on a magnetic hard drive.</w:t>
      </w:r>
    </w:p>
    <w:p w14:paraId="72A78C54" w14:textId="77777777" w:rsidR="00FE1C14" w:rsidRDefault="00FE1C14"/>
    <w:p w14:paraId="20BF66F5" w14:textId="77777777" w:rsidR="00FE1C14" w:rsidRDefault="0072304F">
      <w:r>
        <w:br w:type="page"/>
      </w:r>
    </w:p>
    <w:p w14:paraId="69DD82F8" w14:textId="77777777" w:rsidR="00FE1C14" w:rsidRDefault="0072304F">
      <w:pPr>
        <w:pStyle w:val="Heading1"/>
      </w:pPr>
      <w:r>
        <w:lastRenderedPageBreak/>
        <w:t>1.6 Ethical, legal, cultural and environmental impacts</w:t>
      </w:r>
    </w:p>
    <w:p w14:paraId="71F6463F" w14:textId="77777777" w:rsidR="00FE1C14" w:rsidRDefault="0072304F">
      <w:pPr>
        <w:pStyle w:val="Heading2"/>
      </w:pPr>
      <w:r>
        <w:t>Activity 20 - Impact categories</w:t>
      </w:r>
    </w:p>
    <w:p w14:paraId="0FF1DD25" w14:textId="77777777" w:rsidR="00FE1C14" w:rsidRDefault="0072304F">
      <w:pPr>
        <w:pStyle w:val="ActivityInstructions"/>
      </w:pPr>
      <w:r>
        <w:t>Complete the definitions and examples of technology impacts.</w:t>
      </w:r>
    </w:p>
    <w:p w14:paraId="4CBD8A77" w14:textId="77777777" w:rsidR="00FE1C14" w:rsidRDefault="0072304F">
      <w:pPr>
        <w:pStyle w:val="WordBank"/>
      </w:pPr>
      <w:r>
        <w:rPr>
          <w:b/>
        </w:rPr>
        <w:t xml:space="preserve">Word bank: </w:t>
      </w:r>
      <w:r>
        <w:t>bias, environmental, personal data, cultural, automation, digital divide, privacy, ethical, consent, legal, stakeholders, e-waste</w:t>
      </w:r>
    </w:p>
    <w:p w14:paraId="1E75CFA6" w14:textId="77777777" w:rsidR="00FE1C14" w:rsidRDefault="0072304F">
      <w:pPr>
        <w:pStyle w:val="Prompt"/>
      </w:pPr>
      <w:r>
        <w:t>(1) ____________________ issues are about what is morally right or wrong.</w:t>
      </w:r>
    </w:p>
    <w:p w14:paraId="28ABD3AB" w14:textId="77777777" w:rsidR="00FE1C14" w:rsidRDefault="0072304F">
      <w:pPr>
        <w:pStyle w:val="Prompt"/>
      </w:pPr>
      <w:r>
        <w:t>(2) ____________________ issues are about laws and rules.</w:t>
      </w:r>
    </w:p>
    <w:p w14:paraId="62E42215" w14:textId="77777777" w:rsidR="00FE1C14" w:rsidRDefault="0072304F">
      <w:pPr>
        <w:pStyle w:val="Prompt"/>
      </w:pPr>
      <w:r>
        <w:t>(3) ____________________ issues involve changes to habits, communication or society.</w:t>
      </w:r>
    </w:p>
    <w:p w14:paraId="64FC6D19" w14:textId="77777777" w:rsidR="00FE1C14" w:rsidRDefault="0072304F">
      <w:pPr>
        <w:pStyle w:val="Prompt"/>
      </w:pPr>
      <w:r>
        <w:t>(4) ____________________ issues include energy use and disposal of hardware.</w:t>
      </w:r>
    </w:p>
    <w:p w14:paraId="42F24062" w14:textId="77777777" w:rsidR="00FE1C14" w:rsidRDefault="0072304F">
      <w:pPr>
        <w:pStyle w:val="Prompt"/>
      </w:pPr>
      <w:r>
        <w:t>(5) ____________________ issues involve control over personal information.</w:t>
      </w:r>
    </w:p>
    <w:p w14:paraId="629CC372" w14:textId="77777777" w:rsidR="00FE1C14" w:rsidRDefault="0072304F">
      <w:pPr>
        <w:pStyle w:val="Prompt"/>
      </w:pPr>
      <w:r>
        <w:t>People affected by a technology are called (6) ____________________.</w:t>
      </w:r>
    </w:p>
    <w:p w14:paraId="3302D012" w14:textId="77777777" w:rsidR="00FE1C14" w:rsidRDefault="0072304F">
      <w:pPr>
        <w:pStyle w:val="Prompt"/>
      </w:pPr>
      <w:r>
        <w:t>Unequal access to technology is the (7) ____________________.</w:t>
      </w:r>
    </w:p>
    <w:p w14:paraId="0DF50C59" w14:textId="77777777" w:rsidR="00FE1C14" w:rsidRDefault="0072304F">
      <w:pPr>
        <w:pStyle w:val="Prompt"/>
      </w:pPr>
      <w:r>
        <w:t>Discarded electronics are known as (8) ____________________.</w:t>
      </w:r>
    </w:p>
    <w:p w14:paraId="0CE76297" w14:textId="77777777" w:rsidR="00FE1C14" w:rsidRDefault="0072304F">
      <w:pPr>
        <w:pStyle w:val="Prompt"/>
      </w:pPr>
      <w:r>
        <w:t>(9) ____________________ can replace some human jobs with machines or software.</w:t>
      </w:r>
    </w:p>
    <w:p w14:paraId="23BDED6F" w14:textId="77777777" w:rsidR="00FE1C14" w:rsidRDefault="0072304F">
      <w:pPr>
        <w:pStyle w:val="Prompt"/>
      </w:pPr>
      <w:r>
        <w:t>Names, addresses, images and location data are examples of (10) ____________________.</w:t>
      </w:r>
    </w:p>
    <w:p w14:paraId="484A861A" w14:textId="77777777" w:rsidR="00FE1C14" w:rsidRDefault="0072304F">
      <w:pPr>
        <w:pStyle w:val="Prompt"/>
      </w:pPr>
      <w:r>
        <w:t>Algorithms trained on poor data may produce (11) ____________________.</w:t>
      </w:r>
    </w:p>
    <w:p w14:paraId="6E0777EC" w14:textId="77777777" w:rsidR="00FE1C14" w:rsidRDefault="0072304F">
      <w:pPr>
        <w:pStyle w:val="Prompt"/>
      </w:pPr>
      <w:r>
        <w:t>Using data fairly often requires informed (12) ____________________.</w:t>
      </w:r>
    </w:p>
    <w:p w14:paraId="2F9088D4" w14:textId="77777777" w:rsidR="00FE1C14" w:rsidRDefault="00FE1C14"/>
    <w:p w14:paraId="56DDFCAA" w14:textId="77777777" w:rsidR="00FE1C14" w:rsidRDefault="0072304F">
      <w:pPr>
        <w:pStyle w:val="Heading2"/>
      </w:pPr>
      <w:r>
        <w:t>Activity 21 - Legislation and licences</w:t>
      </w:r>
    </w:p>
    <w:p w14:paraId="1D32E2D2" w14:textId="77777777" w:rsidR="00FE1C14" w:rsidRDefault="0072304F">
      <w:pPr>
        <w:pStyle w:val="ActivityInstructions"/>
      </w:pPr>
      <w:r>
        <w:t>Complete the legislation and software licence statements.</w:t>
      </w:r>
    </w:p>
    <w:p w14:paraId="44345CB1" w14:textId="77777777" w:rsidR="00FE1C14" w:rsidRDefault="0072304F">
      <w:pPr>
        <w:pStyle w:val="WordBank"/>
      </w:pPr>
      <w:r>
        <w:rPr>
          <w:b/>
        </w:rPr>
        <w:t xml:space="preserve">Word bank: </w:t>
      </w:r>
      <w:r>
        <w:t>open source, copying, hacking, Data Protection Act 2018, licence, permission, proprietary, Computer Misuse Act 1990, modify, purchase, Copyright Designs and Patents Act 1988, source code</w:t>
      </w:r>
    </w:p>
    <w:p w14:paraId="27D4DA4E" w14:textId="77777777" w:rsidR="00FE1C14" w:rsidRDefault="0072304F">
      <w:pPr>
        <w:pStyle w:val="Prompt"/>
      </w:pPr>
      <w:r>
        <w:t>The (1) ____________________ controls how personal data should be processed.</w:t>
      </w:r>
    </w:p>
    <w:p w14:paraId="2BC79A4F" w14:textId="77777777" w:rsidR="00FE1C14" w:rsidRDefault="0072304F">
      <w:pPr>
        <w:pStyle w:val="Prompt"/>
      </w:pPr>
      <w:r>
        <w:t>The (2) ____________________ makes unauthorised access to computer systems illegal.</w:t>
      </w:r>
    </w:p>
    <w:p w14:paraId="2377967A" w14:textId="77777777" w:rsidR="00FE1C14" w:rsidRDefault="0072304F">
      <w:pPr>
        <w:pStyle w:val="Prompt"/>
      </w:pPr>
      <w:r>
        <w:t>The (3) ____________________ protects creative works such as software, music and images.</w:t>
      </w:r>
    </w:p>
    <w:p w14:paraId="3DD48EA0" w14:textId="77777777" w:rsidR="00FE1C14" w:rsidRDefault="0072304F">
      <w:pPr>
        <w:pStyle w:val="Prompt"/>
      </w:pPr>
      <w:r>
        <w:t>A software (4) ____________________ sets rules for how software can be used.</w:t>
      </w:r>
    </w:p>
    <w:p w14:paraId="1E7074D5" w14:textId="77777777" w:rsidR="00FE1C14" w:rsidRDefault="0072304F">
      <w:pPr>
        <w:pStyle w:val="Prompt"/>
      </w:pPr>
      <w:r>
        <w:t>(5) ____________________ software usually allows users to view and change the source code.</w:t>
      </w:r>
    </w:p>
    <w:p w14:paraId="5B3EC7A6" w14:textId="77777777" w:rsidR="00FE1C14" w:rsidRDefault="0072304F">
      <w:pPr>
        <w:pStyle w:val="Prompt"/>
      </w:pPr>
      <w:r>
        <w:t>(6) ____________________ software usually keeps the source code closed.</w:t>
      </w:r>
    </w:p>
    <w:p w14:paraId="127E14F5" w14:textId="77777777" w:rsidR="00FE1C14" w:rsidRDefault="0072304F">
      <w:pPr>
        <w:pStyle w:val="Prompt"/>
      </w:pPr>
      <w:r>
        <w:t>(7) ____________________ is the human-readable program instructions.</w:t>
      </w:r>
    </w:p>
    <w:p w14:paraId="09F6B2D4" w14:textId="77777777" w:rsidR="00FE1C14" w:rsidRDefault="0072304F">
      <w:pPr>
        <w:pStyle w:val="Prompt"/>
      </w:pPr>
      <w:r>
        <w:t>Users need (8) ____________________ to use or distribute copyrighted work legally.</w:t>
      </w:r>
    </w:p>
    <w:p w14:paraId="58372EDA" w14:textId="77777777" w:rsidR="00FE1C14" w:rsidRDefault="0072304F">
      <w:pPr>
        <w:pStyle w:val="Prompt"/>
      </w:pPr>
      <w:r>
        <w:t>The Computer Misuse Act applies to unauthorised (9) ____________________.</w:t>
      </w:r>
    </w:p>
    <w:p w14:paraId="580D581B" w14:textId="77777777" w:rsidR="00FE1C14" w:rsidRDefault="0072304F">
      <w:pPr>
        <w:pStyle w:val="Prompt"/>
      </w:pPr>
      <w:r>
        <w:t>Copyright law can restrict (10) ____________________ software without permission.</w:t>
      </w:r>
    </w:p>
    <w:p w14:paraId="12F9E7C4" w14:textId="77777777" w:rsidR="00FE1C14" w:rsidRDefault="0072304F">
      <w:pPr>
        <w:pStyle w:val="Prompt"/>
      </w:pPr>
      <w:r>
        <w:t>Open source licences may allow users to (11) ____________________ the software.</w:t>
      </w:r>
    </w:p>
    <w:p w14:paraId="183D0985" w14:textId="77777777" w:rsidR="00FE1C14" w:rsidRDefault="0072304F">
      <w:pPr>
        <w:pStyle w:val="Prompt"/>
      </w:pPr>
      <w:r>
        <w:t>Proprietary software often requires users to (12) ____________________ a licence.</w:t>
      </w:r>
    </w:p>
    <w:p w14:paraId="78A2F972" w14:textId="77777777" w:rsidR="00FE1C14" w:rsidRDefault="00FE1C14"/>
    <w:p w14:paraId="1F488B38" w14:textId="77777777" w:rsidR="00FE1C14" w:rsidRDefault="0072304F">
      <w:pPr>
        <w:pStyle w:val="Heading2"/>
      </w:pPr>
      <w:r>
        <w:t>Activity 22 - Wider impact scenario</w:t>
      </w:r>
    </w:p>
    <w:p w14:paraId="3D11A01C" w14:textId="77777777" w:rsidR="00FE1C14" w:rsidRDefault="0072304F">
      <w:pPr>
        <w:pStyle w:val="ActivityInstructions"/>
      </w:pPr>
      <w:r>
        <w:t>Complete the scenario about a school technology decision.</w:t>
      </w:r>
    </w:p>
    <w:p w14:paraId="683837EC" w14:textId="77777777" w:rsidR="00FE1C14" w:rsidRDefault="0072304F">
      <w:pPr>
        <w:pStyle w:val="WordBank"/>
      </w:pPr>
      <w:r>
        <w:rPr>
          <w:b/>
        </w:rPr>
        <w:t xml:space="preserve">Word bank: </w:t>
      </w:r>
      <w:r>
        <w:t>benefits, drawbacks, open source, privacy, Computer Misuse Act 1990, environmental, proprietary, Data Protection Act 2018, cultural, ethical, Copyright Designs and Patents Act 1988, licence</w:t>
      </w:r>
    </w:p>
    <w:p w14:paraId="4FC64C33" w14:textId="77777777" w:rsidR="00FE1C14" w:rsidRDefault="0072304F">
      <w:pPr>
        <w:pStyle w:val="Prompt"/>
      </w:pPr>
      <w:r>
        <w:lastRenderedPageBreak/>
        <w:t>A school wants to introduce facial recognition for library loans. It must consider (1) ____________________ issues because biometric data is sensitive.</w:t>
      </w:r>
    </w:p>
    <w:p w14:paraId="056616D9" w14:textId="77777777" w:rsidR="00FE1C14" w:rsidRDefault="0072304F">
      <w:pPr>
        <w:pStyle w:val="Prompt"/>
      </w:pPr>
      <w:r>
        <w:t>It must also comply with the (2) ____________________ when storing personal data.</w:t>
      </w:r>
    </w:p>
    <w:p w14:paraId="38873FE6" w14:textId="77777777" w:rsidR="00FE1C14" w:rsidRDefault="0072304F">
      <w:pPr>
        <w:pStyle w:val="Prompt"/>
      </w:pPr>
      <w:r>
        <w:t>There may be (3) ____________________ concerns about whether students feel pressured to agree.</w:t>
      </w:r>
    </w:p>
    <w:p w14:paraId="37AB35D1" w14:textId="77777777" w:rsidR="00FE1C14" w:rsidRDefault="0072304F">
      <w:pPr>
        <w:pStyle w:val="Prompt"/>
      </w:pPr>
      <w:r>
        <w:t>If the system changes how pupils use the library, that is a (4) ____________________ impact.</w:t>
      </w:r>
    </w:p>
    <w:p w14:paraId="3E3C75E8" w14:textId="77777777" w:rsidR="00FE1C14" w:rsidRDefault="0072304F">
      <w:pPr>
        <w:pStyle w:val="Prompt"/>
      </w:pPr>
      <w:r>
        <w:t>The school should consider (5) ____________________ impacts such as energy use and disposal of old hardware.</w:t>
      </w:r>
    </w:p>
    <w:p w14:paraId="30841D19" w14:textId="77777777" w:rsidR="00FE1C14" w:rsidRDefault="0072304F">
      <w:pPr>
        <w:pStyle w:val="Prompt"/>
      </w:pPr>
      <w:r>
        <w:t>If a student tries to bypass the system without permission, this could involve the (6) ____________________.</w:t>
      </w:r>
    </w:p>
    <w:p w14:paraId="575D1D6D" w14:textId="77777777" w:rsidR="00FE1C14" w:rsidRDefault="0072304F">
      <w:pPr>
        <w:pStyle w:val="Prompt"/>
      </w:pPr>
      <w:r>
        <w:t>If the school uses images or software without permission, it may breach the (7) ____________________.</w:t>
      </w:r>
    </w:p>
    <w:p w14:paraId="2A3EB42B" w14:textId="77777777" w:rsidR="00FE1C14" w:rsidRDefault="0072304F">
      <w:pPr>
        <w:pStyle w:val="Prompt"/>
      </w:pPr>
      <w:r>
        <w:t>Choosing (8) ____________________ software may give support and clear responsibility but can be expensive.</w:t>
      </w:r>
    </w:p>
    <w:p w14:paraId="429299BB" w14:textId="77777777" w:rsidR="00FE1C14" w:rsidRDefault="0072304F">
      <w:pPr>
        <w:pStyle w:val="Prompt"/>
      </w:pPr>
      <w:r>
        <w:t>Choosing (9) ____________________ software may allow access to source code and modification.</w:t>
      </w:r>
    </w:p>
    <w:p w14:paraId="0D20790C" w14:textId="77777777" w:rsidR="00FE1C14" w:rsidRDefault="0072304F">
      <w:pPr>
        <w:pStyle w:val="Prompt"/>
      </w:pPr>
      <w:r>
        <w:t>In either case, the school must follow the software (10) ____________________ and weigh up (11) ____________________ and (12) ____________________.</w:t>
      </w:r>
    </w:p>
    <w:p w14:paraId="31D07A3B" w14:textId="77777777" w:rsidR="00FE1C14" w:rsidRDefault="00FE1C14"/>
    <w:p w14:paraId="25EDFE1B" w14:textId="77777777" w:rsidR="00FE1C14" w:rsidRDefault="0072304F">
      <w:r>
        <w:br w:type="page"/>
      </w:r>
    </w:p>
    <w:p w14:paraId="363A0F07" w14:textId="77777777" w:rsidR="00FE1C14" w:rsidRDefault="0072304F">
      <w:pPr>
        <w:pStyle w:val="Heading1"/>
      </w:pPr>
      <w:r>
        <w:lastRenderedPageBreak/>
        <w:t>Mixed retrieval challenge</w:t>
      </w:r>
    </w:p>
    <w:p w14:paraId="6C5F4260" w14:textId="77777777" w:rsidR="00FE1C14" w:rsidRDefault="0072304F">
      <w:pPr>
        <w:pStyle w:val="Heading2"/>
      </w:pPr>
      <w:r>
        <w:t>Activity 23 - Component 1 mixed retrieval challenge</w:t>
      </w:r>
    </w:p>
    <w:p w14:paraId="1D825DFB" w14:textId="77777777" w:rsidR="00FE1C14" w:rsidRDefault="0072304F">
      <w:pPr>
        <w:pStyle w:val="ActivityInstructions"/>
      </w:pPr>
      <w:r>
        <w:t>Use the word bank to complete this mixed-topic retrieval activity.</w:t>
      </w:r>
    </w:p>
    <w:p w14:paraId="2D5C1876" w14:textId="77777777" w:rsidR="00FE1C14" w:rsidRDefault="0072304F">
      <w:pPr>
        <w:pStyle w:val="WordBank"/>
      </w:pPr>
      <w:r>
        <w:rPr>
          <w:b/>
        </w:rPr>
        <w:t xml:space="preserve">Word bank: </w:t>
      </w:r>
      <w:r>
        <w:t>HTTPS, WAN, brute-force, proprietary, Data Protection Act 2018, ALU, cache, virtual memory, defragmentation, firewall, encryption, DNS, mesh, operating system, RAM, lossless</w:t>
      </w:r>
    </w:p>
    <w:p w14:paraId="41233C23" w14:textId="77777777" w:rsidR="00FE1C14" w:rsidRDefault="0072304F">
      <w:pPr>
        <w:pStyle w:val="Prompt"/>
      </w:pPr>
      <w:r>
        <w:t>The (1) ____________________ performs arithmetic and logic operations.</w:t>
      </w:r>
    </w:p>
    <w:p w14:paraId="7FC6D950" w14:textId="77777777" w:rsidR="00FE1C14" w:rsidRDefault="0072304F">
      <w:pPr>
        <w:pStyle w:val="Prompt"/>
      </w:pPr>
      <w:r>
        <w:t>(2) ____________________ stores programs and data currently in use.</w:t>
      </w:r>
    </w:p>
    <w:p w14:paraId="0A8BC0A9" w14:textId="77777777" w:rsidR="00FE1C14" w:rsidRDefault="0072304F">
      <w:pPr>
        <w:pStyle w:val="Prompt"/>
      </w:pPr>
      <w:r>
        <w:t>(3) ____________________ compression allows the original file to be fully restored.</w:t>
      </w:r>
    </w:p>
    <w:p w14:paraId="2E6ACAC5" w14:textId="77777777" w:rsidR="00FE1C14" w:rsidRDefault="0072304F">
      <w:pPr>
        <w:pStyle w:val="Prompt"/>
      </w:pPr>
      <w:r>
        <w:t>(4) ____________________ converts a URL into an IP address.</w:t>
      </w:r>
    </w:p>
    <w:p w14:paraId="51F1A3F5" w14:textId="77777777" w:rsidR="00FE1C14" w:rsidRDefault="0072304F">
      <w:pPr>
        <w:pStyle w:val="Prompt"/>
      </w:pPr>
      <w:r>
        <w:t>(5) ____________________ is the secure version of HTTP.</w:t>
      </w:r>
    </w:p>
    <w:p w14:paraId="3E2BD747" w14:textId="77777777" w:rsidR="00FE1C14" w:rsidRDefault="0072304F">
      <w:pPr>
        <w:pStyle w:val="Prompt"/>
      </w:pPr>
      <w:r>
        <w:t>A (6) ____________________ topology has many connections between nodes.</w:t>
      </w:r>
    </w:p>
    <w:p w14:paraId="32EEA080" w14:textId="77777777" w:rsidR="00FE1C14" w:rsidRDefault="0072304F">
      <w:pPr>
        <w:pStyle w:val="Prompt"/>
      </w:pPr>
      <w:r>
        <w:t>A (7) ____________________ attack tries many password combinations.</w:t>
      </w:r>
    </w:p>
    <w:p w14:paraId="079022F3" w14:textId="77777777" w:rsidR="00FE1C14" w:rsidRDefault="0072304F">
      <w:pPr>
        <w:pStyle w:val="Prompt"/>
      </w:pPr>
      <w:r>
        <w:t>A (8) ____________________ filters network traffic.</w:t>
      </w:r>
    </w:p>
    <w:p w14:paraId="3F996C97" w14:textId="77777777" w:rsidR="00FE1C14" w:rsidRDefault="0072304F">
      <w:pPr>
        <w:pStyle w:val="Prompt"/>
      </w:pPr>
      <w:r>
        <w:t>An (9) ____________________ manages hardware and provides services for applications.</w:t>
      </w:r>
    </w:p>
    <w:p w14:paraId="7BE7AC0D" w14:textId="77777777" w:rsidR="00FE1C14" w:rsidRDefault="0072304F">
      <w:pPr>
        <w:pStyle w:val="Prompt"/>
      </w:pPr>
      <w:r>
        <w:t>(10) ____________________ reorganises fragmented files on a magnetic disk.</w:t>
      </w:r>
    </w:p>
    <w:p w14:paraId="01C06EB4" w14:textId="77777777" w:rsidR="00FE1C14" w:rsidRDefault="0072304F">
      <w:pPr>
        <w:pStyle w:val="Prompt"/>
      </w:pPr>
      <w:r>
        <w:t>The (11) ____________________ controls how personal data should be processed.</w:t>
      </w:r>
    </w:p>
    <w:p w14:paraId="4E63AC28" w14:textId="77777777" w:rsidR="00FE1C14" w:rsidRDefault="0072304F">
      <w:pPr>
        <w:pStyle w:val="Prompt"/>
      </w:pPr>
      <w:r>
        <w:t>(12) ____________________ software usually keeps source code closed.</w:t>
      </w:r>
    </w:p>
    <w:p w14:paraId="60D06049" w14:textId="77777777" w:rsidR="00FE1C14" w:rsidRDefault="0072304F">
      <w:pPr>
        <w:pStyle w:val="Prompt"/>
      </w:pPr>
      <w:r>
        <w:t>(13) ____________________ is small, fast memory close to the CPU.</w:t>
      </w:r>
    </w:p>
    <w:p w14:paraId="350AB4A0" w14:textId="77777777" w:rsidR="00FE1C14" w:rsidRDefault="0072304F">
      <w:pPr>
        <w:pStyle w:val="Prompt"/>
      </w:pPr>
      <w:r>
        <w:t>(14) ____________________ uses secondary storage when RAM is full.</w:t>
      </w:r>
    </w:p>
    <w:p w14:paraId="76C02B60" w14:textId="77777777" w:rsidR="00FE1C14" w:rsidRDefault="0072304F">
      <w:pPr>
        <w:pStyle w:val="Prompt"/>
      </w:pPr>
      <w:r>
        <w:t>A (15) ____________________ covers a large geographical area.</w:t>
      </w:r>
    </w:p>
    <w:p w14:paraId="454CE621" w14:textId="77777777" w:rsidR="00FE1C14" w:rsidRDefault="0072304F">
      <w:pPr>
        <w:pStyle w:val="Prompt"/>
      </w:pPr>
      <w:r>
        <w:t>(16) ____________________ makes data unreadable without the correct key.</w:t>
      </w:r>
    </w:p>
    <w:p w14:paraId="32255B54" w14:textId="77777777" w:rsidR="00FE1C14" w:rsidRDefault="00FE1C14"/>
    <w:sectPr w:rsidR="00FE1C14" w:rsidSect="00034616">
      <w:footerReference w:type="default" r:id="rId8"/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7AD2C" w14:textId="77777777" w:rsidR="0072304F" w:rsidRDefault="0072304F">
      <w:pPr>
        <w:spacing w:after="0" w:line="240" w:lineRule="auto"/>
      </w:pPr>
      <w:r>
        <w:separator/>
      </w:r>
    </w:p>
  </w:endnote>
  <w:endnote w:type="continuationSeparator" w:id="0">
    <w:p w14:paraId="021DD3B6" w14:textId="77777777" w:rsidR="0072304F" w:rsidRDefault="00723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C52E9" w14:textId="77777777" w:rsidR="00FE1C14" w:rsidRDefault="0072304F">
    <w:pPr>
      <w:pStyle w:val="Footer"/>
      <w:jc w:val="center"/>
    </w:pPr>
    <w:r>
      <w:rPr>
        <w:color w:val="5A5A5A"/>
        <w:sz w:val="16"/>
      </w:rPr>
      <w:t>OCR J277 Fill in the Blank Activity Pack - Student Version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4B017" w14:textId="77777777" w:rsidR="0072304F" w:rsidRDefault="0072304F">
      <w:pPr>
        <w:spacing w:after="0" w:line="240" w:lineRule="auto"/>
      </w:pPr>
      <w:r>
        <w:separator/>
      </w:r>
    </w:p>
  </w:footnote>
  <w:footnote w:type="continuationSeparator" w:id="0">
    <w:p w14:paraId="40EBE1BB" w14:textId="77777777" w:rsidR="0072304F" w:rsidRDefault="007230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2673393">
    <w:abstractNumId w:val="8"/>
  </w:num>
  <w:num w:numId="2" w16cid:durableId="507600862">
    <w:abstractNumId w:val="6"/>
  </w:num>
  <w:num w:numId="3" w16cid:durableId="1332752531">
    <w:abstractNumId w:val="5"/>
  </w:num>
  <w:num w:numId="4" w16cid:durableId="1371033218">
    <w:abstractNumId w:val="4"/>
  </w:num>
  <w:num w:numId="5" w16cid:durableId="53554857">
    <w:abstractNumId w:val="7"/>
  </w:num>
  <w:num w:numId="6" w16cid:durableId="149517599">
    <w:abstractNumId w:val="3"/>
  </w:num>
  <w:num w:numId="7" w16cid:durableId="1950816631">
    <w:abstractNumId w:val="2"/>
  </w:num>
  <w:num w:numId="8" w16cid:durableId="1205370082">
    <w:abstractNumId w:val="1"/>
  </w:num>
  <w:num w:numId="9" w16cid:durableId="1310087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3722"/>
    <w:rsid w:val="0015074B"/>
    <w:rsid w:val="0029639D"/>
    <w:rsid w:val="00326F90"/>
    <w:rsid w:val="0072304F"/>
    <w:rsid w:val="00AA1D8D"/>
    <w:rsid w:val="00B47730"/>
    <w:rsid w:val="00CB0664"/>
    <w:rsid w:val="00E2788C"/>
    <w:rsid w:val="00FC693F"/>
    <w:rsid w:val="00FE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D971DE"/>
  <w14:defaultImageDpi w14:val="300"/>
  <w15:docId w15:val="{0F840FD0-BDAB-4FEC-A791-FC7F664D8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5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5F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5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ctivityInstructions">
    <w:name w:val="Activity Instructions"/>
    <w:pPr>
      <w:spacing w:after="60"/>
    </w:pPr>
    <w:rPr>
      <w:rFonts w:ascii="Calibri" w:hAnsi="Calibri"/>
      <w:i/>
      <w:sz w:val="20"/>
    </w:rPr>
  </w:style>
  <w:style w:type="paragraph" w:customStyle="1" w:styleId="WordBank">
    <w:name w:val="Word Bank"/>
    <w:pPr>
      <w:spacing w:after="120"/>
    </w:pPr>
    <w:rPr>
      <w:rFonts w:ascii="Calibri" w:hAnsi="Calibri"/>
      <w:i/>
      <w:sz w:val="19"/>
    </w:rPr>
  </w:style>
  <w:style w:type="paragraph" w:customStyle="1" w:styleId="Prompt">
    <w:name w:val="Prompt"/>
    <w:pPr>
      <w:spacing w:after="60"/>
    </w:pPr>
    <w:rPr>
      <w:rFonts w:ascii="Calibri" w:hAnsi="Calibr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4308</Words>
  <Characters>24556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28807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2026-06-16T15:03:00Z</dcterms:modified>
  <cp:category/>
</cp:coreProperties>
</file>