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AC0EE" w14:textId="77777777" w:rsidR="00790D6D" w:rsidRDefault="005C58CB">
      <w:pPr>
        <w:pStyle w:val="Title"/>
        <w:spacing w:after="40"/>
        <w:jc w:val="center"/>
      </w:pPr>
      <w:r>
        <w:rPr>
          <w:rFonts w:ascii="Arial" w:hAnsi="Arial"/>
        </w:rPr>
        <w:t>OCR J277 Fill in the Blank Activity Pack</w:t>
      </w:r>
    </w:p>
    <w:p w14:paraId="7CD830E4" w14:textId="77777777" w:rsidR="00790D6D" w:rsidRDefault="005C58CB">
      <w:pPr>
        <w:spacing w:after="40"/>
        <w:jc w:val="center"/>
      </w:pPr>
      <w:r>
        <w:rPr>
          <w:b/>
          <w:color w:val="366092"/>
          <w:sz w:val="30"/>
        </w:rPr>
        <w:t>Student Version</w:t>
      </w:r>
    </w:p>
    <w:p w14:paraId="0CD89125" w14:textId="77777777" w:rsidR="00790D6D" w:rsidRDefault="005C58CB">
      <w:pPr>
        <w:jc w:val="center"/>
      </w:pPr>
      <w:r>
        <w:rPr>
          <w:b/>
          <w:sz w:val="23"/>
        </w:rPr>
        <w:t>OCR J277 Computer Science - Component 2: Computational thinking, algorithms and programming</w:t>
      </w:r>
    </w:p>
    <w:tbl>
      <w:tblPr>
        <w:tblStyle w:val="TableGrid"/>
        <w:tblW w:w="0" w:type="auto"/>
        <w:jc w:val="center"/>
        <w:tblLook w:val="04A0" w:firstRow="1" w:lastRow="0" w:firstColumn="1" w:lastColumn="0" w:noHBand="0" w:noVBand="1"/>
      </w:tblPr>
      <w:tblGrid>
        <w:gridCol w:w="5112"/>
        <w:gridCol w:w="5112"/>
      </w:tblGrid>
      <w:tr w:rsidR="00790D6D" w14:paraId="320B9208" w14:textId="77777777">
        <w:trPr>
          <w:jc w:val="center"/>
        </w:trPr>
        <w:tc>
          <w:tcPr>
            <w:tcW w:w="5112" w:type="dxa"/>
            <w:shd w:val="clear" w:color="auto" w:fill="D9EAF7"/>
            <w:vAlign w:val="center"/>
          </w:tcPr>
          <w:p w14:paraId="6B44E4B9" w14:textId="77777777" w:rsidR="00790D6D" w:rsidRDefault="005C58CB">
            <w:r>
              <w:rPr>
                <w:b/>
                <w:sz w:val="20"/>
              </w:rPr>
              <w:t>Name</w:t>
            </w:r>
          </w:p>
        </w:tc>
        <w:tc>
          <w:tcPr>
            <w:tcW w:w="5112" w:type="dxa"/>
            <w:vAlign w:val="center"/>
          </w:tcPr>
          <w:p w14:paraId="4D077475" w14:textId="77777777" w:rsidR="00790D6D" w:rsidRDefault="00790D6D"/>
        </w:tc>
      </w:tr>
      <w:tr w:rsidR="00790D6D" w14:paraId="2E647AF4" w14:textId="77777777">
        <w:trPr>
          <w:jc w:val="center"/>
        </w:trPr>
        <w:tc>
          <w:tcPr>
            <w:tcW w:w="5112" w:type="dxa"/>
            <w:shd w:val="clear" w:color="auto" w:fill="D9EAF7"/>
            <w:vAlign w:val="center"/>
          </w:tcPr>
          <w:p w14:paraId="00EE1B78" w14:textId="77777777" w:rsidR="00790D6D" w:rsidRDefault="005C58CB">
            <w:r>
              <w:rPr>
                <w:b/>
                <w:sz w:val="20"/>
              </w:rPr>
              <w:t>Class</w:t>
            </w:r>
          </w:p>
        </w:tc>
        <w:tc>
          <w:tcPr>
            <w:tcW w:w="5112" w:type="dxa"/>
            <w:vAlign w:val="center"/>
          </w:tcPr>
          <w:p w14:paraId="49A086E9" w14:textId="77777777" w:rsidR="00790D6D" w:rsidRDefault="00790D6D"/>
        </w:tc>
      </w:tr>
      <w:tr w:rsidR="00790D6D" w14:paraId="408D0835" w14:textId="77777777">
        <w:trPr>
          <w:jc w:val="center"/>
        </w:trPr>
        <w:tc>
          <w:tcPr>
            <w:tcW w:w="5112" w:type="dxa"/>
            <w:shd w:val="clear" w:color="auto" w:fill="D9EAF7"/>
            <w:vAlign w:val="center"/>
          </w:tcPr>
          <w:p w14:paraId="5FCDAD91" w14:textId="77777777" w:rsidR="00790D6D" w:rsidRDefault="005C58CB">
            <w:r>
              <w:rPr>
                <w:b/>
                <w:sz w:val="20"/>
              </w:rPr>
              <w:t>Date</w:t>
            </w:r>
          </w:p>
        </w:tc>
        <w:tc>
          <w:tcPr>
            <w:tcW w:w="5112" w:type="dxa"/>
            <w:vAlign w:val="center"/>
          </w:tcPr>
          <w:p w14:paraId="70888617" w14:textId="77777777" w:rsidR="00790D6D" w:rsidRDefault="00790D6D"/>
        </w:tc>
      </w:tr>
    </w:tbl>
    <w:p w14:paraId="7A9D2DA8" w14:textId="77777777" w:rsidR="00790D6D" w:rsidRDefault="00790D6D">
      <w:pPr>
        <w:spacing w:after="160"/>
      </w:pPr>
    </w:p>
    <w:p w14:paraId="7AED796B" w14:textId="77777777" w:rsidR="00790D6D" w:rsidRDefault="005C58CB">
      <w:pPr>
        <w:spacing w:after="80"/>
      </w:pPr>
      <w:r>
        <w:rPr>
          <w:sz w:val="20"/>
        </w:rPr>
        <w:t>Mapped to OCR GCSE Computer Science J277/02 topics 2.1-2.5.</w:t>
      </w:r>
    </w:p>
    <w:p w14:paraId="0357F396" w14:textId="77777777" w:rsidR="00790D6D" w:rsidRDefault="005C58CB">
      <w:pPr>
        <w:spacing w:after="160"/>
      </w:pPr>
      <w:r>
        <w:rPr>
          <w:sz w:val="20"/>
        </w:rPr>
        <w:t>Suggested use: one mark per blank. Use as retrieval practice, homework, starters, cover work or revision.</w:t>
      </w:r>
    </w:p>
    <w:p w14:paraId="602882C1" w14:textId="77777777" w:rsidR="00790D6D" w:rsidRDefault="005C58CB">
      <w:pPr>
        <w:spacing w:after="160"/>
      </w:pPr>
      <w:r>
        <w:rPr>
          <w:b/>
          <w:color w:val="800000"/>
          <w:sz w:val="20"/>
        </w:rPr>
        <w:t>Each word bank has been shuffled so that the words do not follow the answer order.</w:t>
      </w:r>
    </w:p>
    <w:p w14:paraId="0D2D07F9" w14:textId="77777777" w:rsidR="00790D6D" w:rsidRDefault="005C58CB">
      <w:r>
        <w:br w:type="page"/>
      </w:r>
      <w:r>
        <w:rPr>
          <w:b/>
          <w:color w:val="205976"/>
          <w:sz w:val="30"/>
        </w:rPr>
        <w:lastRenderedPageBreak/>
        <w:t>Contents</w:t>
      </w:r>
    </w:p>
    <w:p w14:paraId="1397977A" w14:textId="77777777" w:rsidR="00790D6D" w:rsidRDefault="005C58CB">
      <w:pPr>
        <w:spacing w:after="20"/>
      </w:pPr>
      <w:r>
        <w:rPr>
          <w:b/>
          <w:color w:val="366092"/>
          <w:sz w:val="20"/>
        </w:rPr>
        <w:t>2.1 Algorithms</w:t>
      </w:r>
    </w:p>
    <w:p w14:paraId="399AE9C1" w14:textId="77777777" w:rsidR="00790D6D" w:rsidRDefault="005C58CB">
      <w:pPr>
        <w:spacing w:after="0"/>
      </w:pPr>
      <w:r>
        <w:rPr>
          <w:sz w:val="17"/>
        </w:rPr>
        <w:t>Activity 1 - Computational thinking principles - 12 blanks</w:t>
      </w:r>
    </w:p>
    <w:p w14:paraId="07066111" w14:textId="77777777" w:rsidR="00790D6D" w:rsidRDefault="005C58CB">
      <w:pPr>
        <w:spacing w:after="0"/>
      </w:pPr>
      <w:r>
        <w:rPr>
          <w:sz w:val="17"/>
        </w:rPr>
        <w:t>Activity 2 - Algorithm design and representation - 13 blanks</w:t>
      </w:r>
    </w:p>
    <w:p w14:paraId="1AC67563" w14:textId="77777777" w:rsidR="00790D6D" w:rsidRDefault="005C58CB">
      <w:pPr>
        <w:spacing w:after="0"/>
      </w:pPr>
      <w:r>
        <w:rPr>
          <w:sz w:val="17"/>
        </w:rPr>
        <w:t>Activity 3 - Trace tables, errors and nesting - 13 blanks</w:t>
      </w:r>
    </w:p>
    <w:p w14:paraId="4A9210E2" w14:textId="77777777" w:rsidR="00790D6D" w:rsidRDefault="005C58CB">
      <w:pPr>
        <w:spacing w:after="0"/>
      </w:pPr>
      <w:r>
        <w:rPr>
          <w:sz w:val="17"/>
        </w:rPr>
        <w:t>Activity 4 - Searching algorithms - 14 blanks</w:t>
      </w:r>
    </w:p>
    <w:p w14:paraId="609E9799" w14:textId="77777777" w:rsidR="00790D6D" w:rsidRDefault="005C58CB">
      <w:pPr>
        <w:spacing w:after="0"/>
      </w:pPr>
      <w:r>
        <w:rPr>
          <w:sz w:val="17"/>
        </w:rPr>
        <w:t>Activity 5 - Sorting algorithms - 15 blanks</w:t>
      </w:r>
    </w:p>
    <w:p w14:paraId="3F2ABF32" w14:textId="77777777" w:rsidR="00790D6D" w:rsidRDefault="005C58CB">
      <w:pPr>
        <w:spacing w:after="0"/>
      </w:pPr>
      <w:r>
        <w:rPr>
          <w:sz w:val="17"/>
        </w:rPr>
        <w:t>Activity 6 - Algorithm recognition challenge - 12 blanks</w:t>
      </w:r>
    </w:p>
    <w:p w14:paraId="65F5A93E" w14:textId="77777777" w:rsidR="00790D6D" w:rsidRDefault="005C58CB">
      <w:pPr>
        <w:spacing w:after="20"/>
      </w:pPr>
      <w:r>
        <w:rPr>
          <w:b/>
          <w:color w:val="366092"/>
          <w:sz w:val="20"/>
        </w:rPr>
        <w:t>2.2 Programming fundamentals</w:t>
      </w:r>
    </w:p>
    <w:p w14:paraId="1C6AA5B0" w14:textId="77777777" w:rsidR="00790D6D" w:rsidRDefault="005C58CB">
      <w:pPr>
        <w:spacing w:after="0"/>
      </w:pPr>
      <w:r>
        <w:rPr>
          <w:sz w:val="17"/>
        </w:rPr>
        <w:t>Activity 7 - Variables, constants, input and output - 13 blanks</w:t>
      </w:r>
    </w:p>
    <w:p w14:paraId="42631592" w14:textId="77777777" w:rsidR="00790D6D" w:rsidRDefault="005C58CB">
      <w:pPr>
        <w:spacing w:after="0"/>
      </w:pPr>
      <w:r>
        <w:rPr>
          <w:sz w:val="17"/>
        </w:rPr>
        <w:t>Activity 8 - Sequence, selection and iteration - 13 blanks</w:t>
      </w:r>
    </w:p>
    <w:p w14:paraId="6E3F6A90" w14:textId="77777777" w:rsidR="00790D6D" w:rsidRDefault="005C58CB">
      <w:pPr>
        <w:spacing w:after="0"/>
      </w:pPr>
      <w:r>
        <w:rPr>
          <w:sz w:val="17"/>
        </w:rPr>
        <w:t>Activity 9 - Operators and expressions - 19 blanks</w:t>
      </w:r>
    </w:p>
    <w:p w14:paraId="11E7FF11" w14:textId="77777777" w:rsidR="00790D6D" w:rsidRDefault="005C58CB">
      <w:pPr>
        <w:spacing w:after="0"/>
      </w:pPr>
      <w:r>
        <w:rPr>
          <w:sz w:val="17"/>
        </w:rPr>
        <w:t>Activity 10 - Data types and casting - 13 blanks</w:t>
      </w:r>
    </w:p>
    <w:p w14:paraId="0C30E042" w14:textId="77777777" w:rsidR="00790D6D" w:rsidRDefault="005C58CB">
      <w:pPr>
        <w:spacing w:after="0"/>
      </w:pPr>
      <w:r>
        <w:rPr>
          <w:sz w:val="17"/>
        </w:rPr>
        <w:t>Activity 11 - Strings, arrays and records - 15 blanks</w:t>
      </w:r>
    </w:p>
    <w:p w14:paraId="4A17F67A" w14:textId="77777777" w:rsidR="00790D6D" w:rsidRDefault="005C58CB">
      <w:pPr>
        <w:spacing w:after="0"/>
      </w:pPr>
      <w:r>
        <w:rPr>
          <w:sz w:val="17"/>
        </w:rPr>
        <w:t>Activity 12 - File handling, SQL and random numbers - 15 blanks</w:t>
      </w:r>
    </w:p>
    <w:p w14:paraId="1457907F" w14:textId="77777777" w:rsidR="00790D6D" w:rsidRDefault="005C58CB">
      <w:pPr>
        <w:spacing w:after="0"/>
      </w:pPr>
      <w:r>
        <w:rPr>
          <w:sz w:val="17"/>
        </w:rPr>
        <w:t>Activity 13 - Sub programs, scope and structured code - 15 blanks</w:t>
      </w:r>
    </w:p>
    <w:p w14:paraId="7E4F1A5F" w14:textId="77777777" w:rsidR="00790D6D" w:rsidRDefault="005C58CB">
      <w:pPr>
        <w:spacing w:after="0"/>
      </w:pPr>
      <w:r>
        <w:rPr>
          <w:sz w:val="17"/>
        </w:rPr>
        <w:t>Activity 14 - Programming scenario vocabulary - 12 blanks</w:t>
      </w:r>
    </w:p>
    <w:p w14:paraId="3BB39E3B" w14:textId="77777777" w:rsidR="00790D6D" w:rsidRDefault="005C58CB">
      <w:pPr>
        <w:spacing w:after="20"/>
      </w:pPr>
      <w:r>
        <w:rPr>
          <w:b/>
          <w:color w:val="366092"/>
          <w:sz w:val="20"/>
        </w:rPr>
        <w:t>2.3 Producing robust programs</w:t>
      </w:r>
    </w:p>
    <w:p w14:paraId="74CA10AD" w14:textId="77777777" w:rsidR="00790D6D" w:rsidRDefault="005C58CB">
      <w:pPr>
        <w:spacing w:after="0"/>
      </w:pPr>
      <w:r>
        <w:rPr>
          <w:sz w:val="17"/>
        </w:rPr>
        <w:t>Activity 15 - Defensive design and validation - 15 blanks</w:t>
      </w:r>
    </w:p>
    <w:p w14:paraId="06EEB57C" w14:textId="77777777" w:rsidR="00790D6D" w:rsidRDefault="005C58CB">
      <w:pPr>
        <w:spacing w:after="0"/>
      </w:pPr>
      <w:r>
        <w:rPr>
          <w:sz w:val="17"/>
        </w:rPr>
        <w:t>Activity 16 - Maintainability - 13 blanks</w:t>
      </w:r>
    </w:p>
    <w:p w14:paraId="0EB51A9C" w14:textId="77777777" w:rsidR="00790D6D" w:rsidRDefault="005C58CB">
      <w:pPr>
        <w:spacing w:after="0"/>
      </w:pPr>
      <w:r>
        <w:rPr>
          <w:sz w:val="17"/>
        </w:rPr>
        <w:t>Activity 17 - Testing and errors - 15 blanks</w:t>
      </w:r>
    </w:p>
    <w:p w14:paraId="54CA8DDD" w14:textId="77777777" w:rsidR="00790D6D" w:rsidRDefault="005C58CB">
      <w:pPr>
        <w:spacing w:after="0"/>
      </w:pPr>
      <w:r>
        <w:rPr>
          <w:sz w:val="17"/>
        </w:rPr>
        <w:t>Activity 18 - Test data and test plans - 14 blanks</w:t>
      </w:r>
    </w:p>
    <w:p w14:paraId="79B14427" w14:textId="77777777" w:rsidR="00790D6D" w:rsidRDefault="005C58CB">
      <w:pPr>
        <w:spacing w:after="20"/>
      </w:pPr>
      <w:r>
        <w:rPr>
          <w:b/>
          <w:color w:val="366092"/>
          <w:sz w:val="20"/>
        </w:rPr>
        <w:t>2.4 Boolean logic</w:t>
      </w:r>
    </w:p>
    <w:p w14:paraId="20908973" w14:textId="77777777" w:rsidR="00790D6D" w:rsidRDefault="005C58CB">
      <w:pPr>
        <w:spacing w:after="0"/>
      </w:pPr>
      <w:r>
        <w:rPr>
          <w:sz w:val="17"/>
        </w:rPr>
        <w:t>Activity 19 - Logic gates and Boolean operators - 13 blanks</w:t>
      </w:r>
    </w:p>
    <w:p w14:paraId="63F5CF3A" w14:textId="77777777" w:rsidR="00790D6D" w:rsidRDefault="005C58CB">
      <w:pPr>
        <w:spacing w:after="0"/>
      </w:pPr>
      <w:r>
        <w:rPr>
          <w:sz w:val="17"/>
        </w:rPr>
        <w:t>Activity 20 - Truth tables and notation - 14 blanks</w:t>
      </w:r>
    </w:p>
    <w:p w14:paraId="681BC4BA" w14:textId="77777777" w:rsidR="00790D6D" w:rsidRDefault="005C58CB">
      <w:pPr>
        <w:spacing w:after="0"/>
      </w:pPr>
      <w:r>
        <w:rPr>
          <w:sz w:val="17"/>
        </w:rPr>
        <w:t>Activity 21 - Combining Boolean expressions - 13 blanks</w:t>
      </w:r>
    </w:p>
    <w:p w14:paraId="0C56F98D" w14:textId="77777777" w:rsidR="00790D6D" w:rsidRDefault="005C58CB">
      <w:pPr>
        <w:spacing w:after="20"/>
      </w:pPr>
      <w:r>
        <w:rPr>
          <w:b/>
          <w:color w:val="366092"/>
          <w:sz w:val="20"/>
        </w:rPr>
        <w:t>2.5 Programming languages and Integrated Development Environments</w:t>
      </w:r>
    </w:p>
    <w:p w14:paraId="7FB051DD" w14:textId="77777777" w:rsidR="00790D6D" w:rsidRDefault="005C58CB">
      <w:pPr>
        <w:spacing w:after="0"/>
      </w:pPr>
      <w:r>
        <w:rPr>
          <w:sz w:val="17"/>
        </w:rPr>
        <w:t>Activity 22 - High-level and low-level languages - 13 blanks</w:t>
      </w:r>
    </w:p>
    <w:p w14:paraId="2A417B9B" w14:textId="77777777" w:rsidR="00790D6D" w:rsidRDefault="005C58CB">
      <w:pPr>
        <w:spacing w:after="0"/>
      </w:pPr>
      <w:r>
        <w:rPr>
          <w:sz w:val="17"/>
        </w:rPr>
        <w:t>Activity 23 - Compilers and interpreters - 15 blanks</w:t>
      </w:r>
    </w:p>
    <w:p w14:paraId="2D2FA793" w14:textId="77777777" w:rsidR="00790D6D" w:rsidRDefault="005C58CB">
      <w:pPr>
        <w:spacing w:after="0"/>
      </w:pPr>
      <w:r>
        <w:rPr>
          <w:sz w:val="17"/>
        </w:rPr>
        <w:t>Activity 24 - Integrated Development Environments - 14 blanks</w:t>
      </w:r>
    </w:p>
    <w:p w14:paraId="183C8A12" w14:textId="77777777" w:rsidR="00790D6D" w:rsidRDefault="005C58CB">
      <w:pPr>
        <w:spacing w:after="20"/>
      </w:pPr>
      <w:r>
        <w:rPr>
          <w:b/>
          <w:color w:val="366092"/>
          <w:sz w:val="20"/>
        </w:rPr>
        <w:t>Mixed retrieval challenge</w:t>
      </w:r>
    </w:p>
    <w:p w14:paraId="65899BF2" w14:textId="77777777" w:rsidR="00790D6D" w:rsidRDefault="005C58CB">
      <w:pPr>
        <w:spacing w:after="0"/>
      </w:pPr>
      <w:r>
        <w:rPr>
          <w:sz w:val="17"/>
        </w:rPr>
        <w:t>Activity 25 - Component 2 mixed retrieval challenge - 20 blanks</w:t>
      </w:r>
    </w:p>
    <w:p w14:paraId="6B3070B9" w14:textId="77777777" w:rsidR="00790D6D" w:rsidRDefault="005C58CB">
      <w:r>
        <w:br w:type="page"/>
      </w:r>
    </w:p>
    <w:p w14:paraId="3C6152EE" w14:textId="77777777" w:rsidR="00790D6D" w:rsidRDefault="005C58CB">
      <w:pPr>
        <w:pStyle w:val="Heading1"/>
        <w:keepNext w:val="0"/>
        <w:keepLines w:val="0"/>
        <w:spacing w:after="120"/>
      </w:pPr>
      <w:r>
        <w:rPr>
          <w:rFonts w:ascii="Arial" w:hAnsi="Arial"/>
          <w:sz w:val="30"/>
        </w:rPr>
        <w:lastRenderedPageBreak/>
        <w:t>2.1 Algorithms</w:t>
      </w:r>
    </w:p>
    <w:p w14:paraId="7CB759B0" w14:textId="77777777" w:rsidR="00790D6D" w:rsidRDefault="005C58CB">
      <w:pPr>
        <w:pStyle w:val="Heading2"/>
        <w:keepLines w:val="0"/>
        <w:spacing w:after="40"/>
      </w:pPr>
      <w:r>
        <w:rPr>
          <w:rFonts w:ascii="Arial" w:hAnsi="Arial"/>
          <w:sz w:val="25"/>
        </w:rPr>
        <w:t>Activity 1 - Computational thinking principles</w:t>
      </w:r>
    </w:p>
    <w:p w14:paraId="20F89DFD" w14:textId="77777777" w:rsidR="00790D6D" w:rsidRDefault="005C58CB">
      <w:pPr>
        <w:keepNext/>
        <w:spacing w:after="80"/>
      </w:pPr>
      <w:r>
        <w:rPr>
          <w:i/>
          <w:color w:val="505050"/>
          <w:sz w:val="19"/>
        </w:rPr>
        <w:t>Complete the statements about computational thinking and problem solving.</w:t>
      </w:r>
    </w:p>
    <w:p w14:paraId="7CD1BFDC" w14:textId="77777777" w:rsidR="00790D6D" w:rsidRDefault="005C58CB">
      <w:pPr>
        <w:keepNext/>
        <w:spacing w:after="120"/>
      </w:pPr>
      <w:r>
        <w:rPr>
          <w:b/>
          <w:sz w:val="19"/>
        </w:rPr>
        <w:t xml:space="preserve">Word bank: </w:t>
      </w:r>
      <w:r>
        <w:rPr>
          <w:sz w:val="19"/>
        </w:rPr>
        <w:t>refine, outputs, inputs, structure diagram, abstraction, algorithm, trace table, solution, decomposition, processes, sub-problems, algorithmic thinking</w:t>
      </w:r>
    </w:p>
    <w:p w14:paraId="15BA49AB" w14:textId="77777777" w:rsidR="00790D6D" w:rsidRDefault="005C58CB">
      <w:pPr>
        <w:spacing w:after="80"/>
        <w:ind w:left="173"/>
      </w:pPr>
      <w:r>
        <w:rPr>
          <w:sz w:val="20"/>
        </w:rPr>
        <w:t>An (1) ____________________ is a precise set of steps used to solve a problem.</w:t>
      </w:r>
    </w:p>
    <w:p w14:paraId="26A8EA95" w14:textId="77777777" w:rsidR="00790D6D" w:rsidRDefault="005C58CB">
      <w:pPr>
        <w:spacing w:after="80"/>
        <w:ind w:left="173"/>
      </w:pPr>
      <w:r>
        <w:rPr>
          <w:sz w:val="20"/>
        </w:rPr>
        <w:t>(2) ____________________ breaks a large problem into smaller, more manageable parts.</w:t>
      </w:r>
    </w:p>
    <w:p w14:paraId="393C1837" w14:textId="77777777" w:rsidR="00790D6D" w:rsidRDefault="005C58CB">
      <w:pPr>
        <w:spacing w:after="80"/>
        <w:ind w:left="173"/>
      </w:pPr>
      <w:r>
        <w:rPr>
          <w:sz w:val="20"/>
        </w:rPr>
        <w:t>(3) ____________________ removes unnecessary detail so that the important features remain.</w:t>
      </w:r>
    </w:p>
    <w:p w14:paraId="5179D7C3" w14:textId="77777777" w:rsidR="00790D6D" w:rsidRDefault="005C58CB">
      <w:pPr>
        <w:spacing w:after="80"/>
        <w:ind w:left="173"/>
      </w:pPr>
      <w:r>
        <w:rPr>
          <w:sz w:val="20"/>
        </w:rPr>
        <w:t>(4) ____________________ is the process of planning clear steps to solve a problem.</w:t>
      </w:r>
    </w:p>
    <w:p w14:paraId="4A572F41" w14:textId="77777777" w:rsidR="00790D6D" w:rsidRDefault="005C58CB">
      <w:pPr>
        <w:spacing w:after="80"/>
        <w:ind w:left="173"/>
      </w:pPr>
      <w:r>
        <w:rPr>
          <w:sz w:val="20"/>
        </w:rPr>
        <w:t>Before designing an algorithm, programmers identify the required (5) ____________________, the (6) ____________________ to be carried out, and the expected (7) ____________________.</w:t>
      </w:r>
    </w:p>
    <w:p w14:paraId="0DBC9B2C" w14:textId="77777777" w:rsidR="00790D6D" w:rsidRDefault="005C58CB">
      <w:pPr>
        <w:spacing w:after="80"/>
        <w:ind w:left="173"/>
      </w:pPr>
      <w:r>
        <w:rPr>
          <w:sz w:val="20"/>
        </w:rPr>
        <w:t>A (8) ____________________ can show how a problem is divided into sections.</w:t>
      </w:r>
    </w:p>
    <w:p w14:paraId="17999033" w14:textId="77777777" w:rsidR="00790D6D" w:rsidRDefault="005C58CB">
      <w:pPr>
        <w:spacing w:after="80"/>
        <w:ind w:left="173"/>
      </w:pPr>
      <w:r>
        <w:rPr>
          <w:sz w:val="20"/>
        </w:rPr>
        <w:t>The smaller sections of a decomposed problem are often called (9) ____________________.</w:t>
      </w:r>
    </w:p>
    <w:p w14:paraId="793DA441" w14:textId="77777777" w:rsidR="00790D6D" w:rsidRDefault="005C58CB">
      <w:pPr>
        <w:spacing w:after="80"/>
        <w:ind w:left="173"/>
      </w:pPr>
      <w:r>
        <w:rPr>
          <w:sz w:val="20"/>
        </w:rPr>
        <w:t>Programmers may (10) ____________________ an algorithm by improving it after testing or tracing.</w:t>
      </w:r>
    </w:p>
    <w:p w14:paraId="4CD34680" w14:textId="77777777" w:rsidR="00790D6D" w:rsidRDefault="005C58CB">
      <w:pPr>
        <w:spacing w:after="80"/>
        <w:ind w:left="173"/>
      </w:pPr>
      <w:r>
        <w:rPr>
          <w:sz w:val="20"/>
        </w:rPr>
        <w:t>A good (11) ____________________ should be correct, efficient and easy to understand.</w:t>
      </w:r>
    </w:p>
    <w:p w14:paraId="60448420" w14:textId="77777777" w:rsidR="00790D6D" w:rsidRDefault="005C58CB">
      <w:pPr>
        <w:spacing w:after="80"/>
        <w:ind w:left="173"/>
      </w:pPr>
      <w:r>
        <w:rPr>
          <w:sz w:val="20"/>
        </w:rPr>
        <w:t>A (12) ____________________ is used to dry-run an algorithm and record variable values.</w:t>
      </w:r>
    </w:p>
    <w:p w14:paraId="3F8DA17B" w14:textId="77777777" w:rsidR="00790D6D" w:rsidRDefault="00790D6D">
      <w:pPr>
        <w:spacing w:after="40"/>
      </w:pPr>
    </w:p>
    <w:p w14:paraId="3778CE11" w14:textId="77777777" w:rsidR="00790D6D" w:rsidRDefault="005C58CB">
      <w:pPr>
        <w:pStyle w:val="Heading2"/>
        <w:keepLines w:val="0"/>
        <w:spacing w:after="40"/>
      </w:pPr>
      <w:r>
        <w:rPr>
          <w:rFonts w:ascii="Arial" w:hAnsi="Arial"/>
          <w:sz w:val="25"/>
        </w:rPr>
        <w:t>Activity 2 - Algorithm design and representation</w:t>
      </w:r>
    </w:p>
    <w:p w14:paraId="3086289C" w14:textId="77777777" w:rsidR="00790D6D" w:rsidRDefault="005C58CB">
      <w:pPr>
        <w:keepNext/>
        <w:spacing w:after="80"/>
      </w:pPr>
      <w:r>
        <w:rPr>
          <w:i/>
          <w:color w:val="505050"/>
          <w:sz w:val="19"/>
        </w:rPr>
        <w:t>Fill in each blank using the word bank. Use each word once.</w:t>
      </w:r>
    </w:p>
    <w:p w14:paraId="25D0B89F" w14:textId="77777777" w:rsidR="00790D6D" w:rsidRDefault="005C58CB">
      <w:pPr>
        <w:keepNext/>
        <w:spacing w:after="120"/>
      </w:pPr>
      <w:r>
        <w:rPr>
          <w:b/>
          <w:sz w:val="19"/>
        </w:rPr>
        <w:t xml:space="preserve">Word bank: </w:t>
      </w:r>
      <w:r>
        <w:rPr>
          <w:sz w:val="19"/>
        </w:rPr>
        <w:t>line, input/output, flowchart, selection, sequence, decision, subprogram, iteration, process, high-level language, OCR Exam Reference Language, pseudocode, terminal</w:t>
      </w:r>
    </w:p>
    <w:p w14:paraId="53477E55" w14:textId="77777777" w:rsidR="00790D6D" w:rsidRDefault="005C58CB">
      <w:pPr>
        <w:spacing w:after="80"/>
        <w:ind w:left="173"/>
      </w:pPr>
      <w:r>
        <w:rPr>
          <w:sz w:val="20"/>
        </w:rPr>
        <w:t>An algorithm can be written using (1) ____________________, a (2) ____________________, the (3) ____________________, or a familiar (4) ____________________.</w:t>
      </w:r>
    </w:p>
    <w:p w14:paraId="78C66329" w14:textId="77777777" w:rsidR="00790D6D" w:rsidRDefault="005C58CB">
      <w:pPr>
        <w:spacing w:after="80"/>
        <w:ind w:left="173"/>
      </w:pPr>
      <w:r>
        <w:rPr>
          <w:sz w:val="20"/>
        </w:rPr>
        <w:t>In a flowchart, a (5) ____________________ symbol shows the start or end of an algorithm.</w:t>
      </w:r>
    </w:p>
    <w:p w14:paraId="6DD70564" w14:textId="77777777" w:rsidR="00790D6D" w:rsidRDefault="005C58CB">
      <w:pPr>
        <w:spacing w:after="80"/>
        <w:ind w:left="173"/>
      </w:pPr>
      <w:r>
        <w:rPr>
          <w:sz w:val="20"/>
        </w:rPr>
        <w:t>A parallelogram represents (6) ____________________ in a flowchart.</w:t>
      </w:r>
    </w:p>
    <w:p w14:paraId="6CF6C3F0" w14:textId="77777777" w:rsidR="00790D6D" w:rsidRDefault="005C58CB">
      <w:pPr>
        <w:spacing w:after="80"/>
        <w:ind w:left="173"/>
      </w:pPr>
      <w:r>
        <w:rPr>
          <w:sz w:val="20"/>
        </w:rPr>
        <w:t>A rectangle usually represents a (7) ____________________.</w:t>
      </w:r>
    </w:p>
    <w:p w14:paraId="51C7BCB5" w14:textId="77777777" w:rsidR="00790D6D" w:rsidRDefault="005C58CB">
      <w:pPr>
        <w:spacing w:after="80"/>
        <w:ind w:left="173"/>
      </w:pPr>
      <w:r>
        <w:rPr>
          <w:sz w:val="20"/>
        </w:rPr>
        <w:t>A diamond represents a (8) ____________________ where a choice is made.</w:t>
      </w:r>
    </w:p>
    <w:p w14:paraId="769F4298" w14:textId="77777777" w:rsidR="00790D6D" w:rsidRDefault="005C58CB">
      <w:pPr>
        <w:spacing w:after="80"/>
        <w:ind w:left="173"/>
      </w:pPr>
      <w:r>
        <w:rPr>
          <w:sz w:val="20"/>
        </w:rPr>
        <w:t>A symbol with double vertical sides represents a (9) ____________________.</w:t>
      </w:r>
    </w:p>
    <w:p w14:paraId="56CAAF10" w14:textId="77777777" w:rsidR="00790D6D" w:rsidRDefault="005C58CB">
      <w:pPr>
        <w:spacing w:after="80"/>
        <w:ind w:left="173"/>
      </w:pPr>
      <w:r>
        <w:rPr>
          <w:sz w:val="20"/>
        </w:rPr>
        <w:t>A (10) ____________________ connects the symbols and shows the direction of flow.</w:t>
      </w:r>
    </w:p>
    <w:p w14:paraId="38AADDBE" w14:textId="77777777" w:rsidR="00790D6D" w:rsidRDefault="005C58CB">
      <w:pPr>
        <w:spacing w:after="80"/>
        <w:ind w:left="173"/>
      </w:pPr>
      <w:r>
        <w:rPr>
          <w:sz w:val="20"/>
        </w:rPr>
        <w:t>Running instructions one after another is called (11) ____________________.</w:t>
      </w:r>
    </w:p>
    <w:p w14:paraId="0E098F34" w14:textId="77777777" w:rsidR="00790D6D" w:rsidRDefault="005C58CB">
      <w:pPr>
        <w:spacing w:after="80"/>
        <w:ind w:left="173"/>
      </w:pPr>
      <w:r>
        <w:rPr>
          <w:sz w:val="20"/>
        </w:rPr>
        <w:t>Choosing between different branches is called (12) ____________________.</w:t>
      </w:r>
    </w:p>
    <w:p w14:paraId="1FC774D1" w14:textId="77777777" w:rsidR="00790D6D" w:rsidRDefault="005C58CB">
      <w:pPr>
        <w:spacing w:after="80"/>
        <w:ind w:left="173"/>
      </w:pPr>
      <w:r>
        <w:rPr>
          <w:sz w:val="20"/>
        </w:rPr>
        <w:t>Repeating instructions is called (13) ____________________.</w:t>
      </w:r>
    </w:p>
    <w:p w14:paraId="41D92EDF" w14:textId="77777777" w:rsidR="00790D6D" w:rsidRDefault="00790D6D">
      <w:pPr>
        <w:spacing w:after="40"/>
      </w:pPr>
    </w:p>
    <w:p w14:paraId="43E7FCA6" w14:textId="77777777" w:rsidR="00790D6D" w:rsidRDefault="005C58CB">
      <w:pPr>
        <w:pStyle w:val="Heading2"/>
        <w:keepLines w:val="0"/>
        <w:spacing w:after="40"/>
      </w:pPr>
      <w:r>
        <w:rPr>
          <w:rFonts w:ascii="Arial" w:hAnsi="Arial"/>
          <w:sz w:val="25"/>
        </w:rPr>
        <w:t>Activity 3 - Trace tables, errors and nesting</w:t>
      </w:r>
    </w:p>
    <w:p w14:paraId="35D44BC4" w14:textId="77777777" w:rsidR="00790D6D" w:rsidRDefault="005C58CB">
      <w:pPr>
        <w:keepNext/>
        <w:spacing w:after="80"/>
      </w:pPr>
      <w:r>
        <w:rPr>
          <w:i/>
          <w:color w:val="505050"/>
          <w:sz w:val="19"/>
        </w:rPr>
        <w:t>Complete the sentences about tracing and correcting algorithms.</w:t>
      </w:r>
    </w:p>
    <w:p w14:paraId="2C6B616A" w14:textId="77777777" w:rsidR="00790D6D" w:rsidRDefault="005C58CB">
      <w:pPr>
        <w:keepNext/>
        <w:spacing w:after="120"/>
      </w:pPr>
      <w:r>
        <w:rPr>
          <w:b/>
          <w:sz w:val="19"/>
        </w:rPr>
        <w:t xml:space="preserve">Word bank: </w:t>
      </w:r>
      <w:r>
        <w:rPr>
          <w:sz w:val="19"/>
        </w:rPr>
        <w:t>correct, syntax error, condition, nested, value, refinement, trace table, output, boundary, dry run, grammar, logic error, variable</w:t>
      </w:r>
    </w:p>
    <w:p w14:paraId="2E84F6BA" w14:textId="77777777" w:rsidR="00790D6D" w:rsidRDefault="005C58CB">
      <w:pPr>
        <w:spacing w:after="80"/>
        <w:ind w:left="173"/>
      </w:pPr>
      <w:r>
        <w:rPr>
          <w:sz w:val="20"/>
        </w:rPr>
        <w:t>A (1) ____________________ manually steps through an algorithm without running it on a computer.</w:t>
      </w:r>
    </w:p>
    <w:p w14:paraId="3DFA0188" w14:textId="77777777" w:rsidR="00790D6D" w:rsidRDefault="005C58CB">
      <w:pPr>
        <w:spacing w:after="80"/>
        <w:ind w:left="173"/>
      </w:pPr>
      <w:r>
        <w:rPr>
          <w:sz w:val="20"/>
        </w:rPr>
        <w:t>A (2) ____________________ records how values change while an algorithm is followed.</w:t>
      </w:r>
    </w:p>
    <w:p w14:paraId="3B198E95" w14:textId="77777777" w:rsidR="00790D6D" w:rsidRDefault="005C58CB">
      <w:pPr>
        <w:spacing w:after="80"/>
        <w:ind w:left="173"/>
      </w:pPr>
      <w:r>
        <w:rPr>
          <w:sz w:val="20"/>
        </w:rPr>
        <w:t>Each column often represents a (3) ____________________, and each row shows its current (4) ____________________.</w:t>
      </w:r>
    </w:p>
    <w:p w14:paraId="5E7FAB3D" w14:textId="77777777" w:rsidR="00790D6D" w:rsidRDefault="005C58CB">
      <w:pPr>
        <w:spacing w:after="80"/>
        <w:ind w:left="173"/>
      </w:pPr>
      <w:r>
        <w:rPr>
          <w:sz w:val="20"/>
        </w:rPr>
        <w:lastRenderedPageBreak/>
        <w:t>A (5) ____________________ decides which branch or loop is followed.</w:t>
      </w:r>
    </w:p>
    <w:p w14:paraId="62D93D71" w14:textId="77777777" w:rsidR="00790D6D" w:rsidRDefault="005C58CB">
      <w:pPr>
        <w:spacing w:after="80"/>
        <w:ind w:left="173"/>
      </w:pPr>
      <w:r>
        <w:rPr>
          <w:sz w:val="20"/>
        </w:rPr>
        <w:t>When selection or iteration is placed inside another selection or iteration, it is (6) ____________________.</w:t>
      </w:r>
    </w:p>
    <w:p w14:paraId="431702AD" w14:textId="77777777" w:rsidR="00790D6D" w:rsidRDefault="005C58CB">
      <w:pPr>
        <w:spacing w:after="80"/>
        <w:ind w:left="173"/>
      </w:pPr>
      <w:r>
        <w:rPr>
          <w:sz w:val="20"/>
        </w:rPr>
        <w:t>A (7) ____________________ breaks the rules of the language and may stop translation.</w:t>
      </w:r>
    </w:p>
    <w:p w14:paraId="64CE6C87" w14:textId="77777777" w:rsidR="00790D6D" w:rsidRDefault="005C58CB">
      <w:pPr>
        <w:spacing w:after="80"/>
        <w:ind w:left="173"/>
      </w:pPr>
      <w:r>
        <w:rPr>
          <w:sz w:val="20"/>
        </w:rPr>
        <w:t>A (8) ____________________ allows a program to run but gives the wrong result.</w:t>
      </w:r>
    </w:p>
    <w:p w14:paraId="5E267465" w14:textId="77777777" w:rsidR="00790D6D" w:rsidRDefault="005C58CB">
      <w:pPr>
        <w:spacing w:after="80"/>
        <w:ind w:left="173"/>
      </w:pPr>
      <w:r>
        <w:rPr>
          <w:sz w:val="20"/>
        </w:rPr>
        <w:t>Syntax errors are linked to the (9) ____________________ of the code.</w:t>
      </w:r>
    </w:p>
    <w:p w14:paraId="044C427A" w14:textId="77777777" w:rsidR="00790D6D" w:rsidRDefault="005C58CB">
      <w:pPr>
        <w:spacing w:after="80"/>
        <w:ind w:left="173"/>
      </w:pPr>
      <w:r>
        <w:rPr>
          <w:sz w:val="20"/>
        </w:rPr>
        <w:t>Logic errors often produce unexpected (10) ____________________.</w:t>
      </w:r>
    </w:p>
    <w:p w14:paraId="7C9EF87D" w14:textId="77777777" w:rsidR="00790D6D" w:rsidRDefault="005C58CB">
      <w:pPr>
        <w:spacing w:after="80"/>
        <w:ind w:left="173"/>
      </w:pPr>
      <w:r>
        <w:rPr>
          <w:sz w:val="20"/>
        </w:rPr>
        <w:t>Tracing helps decide whether an algorithm is (11) ____________________.</w:t>
      </w:r>
    </w:p>
    <w:p w14:paraId="79AFE01F" w14:textId="77777777" w:rsidR="00790D6D" w:rsidRDefault="005C58CB">
      <w:pPr>
        <w:spacing w:after="80"/>
        <w:ind w:left="173"/>
      </w:pPr>
      <w:r>
        <w:rPr>
          <w:sz w:val="20"/>
        </w:rPr>
        <w:t>Testing values at the edge of a valid range uses (12) ____________________ data.</w:t>
      </w:r>
    </w:p>
    <w:p w14:paraId="6B360A42" w14:textId="77777777" w:rsidR="00790D6D" w:rsidRDefault="005C58CB">
      <w:pPr>
        <w:spacing w:after="80"/>
        <w:ind w:left="173"/>
      </w:pPr>
      <w:r>
        <w:rPr>
          <w:sz w:val="20"/>
        </w:rPr>
        <w:t>Improving the algorithm after finding errors is called (13) ____________________.</w:t>
      </w:r>
    </w:p>
    <w:p w14:paraId="13346FB4" w14:textId="77777777" w:rsidR="00790D6D" w:rsidRDefault="00790D6D">
      <w:pPr>
        <w:spacing w:after="40"/>
      </w:pPr>
    </w:p>
    <w:p w14:paraId="5DAE0B41" w14:textId="77777777" w:rsidR="00790D6D" w:rsidRDefault="005C58CB">
      <w:pPr>
        <w:pStyle w:val="Heading2"/>
        <w:keepLines w:val="0"/>
        <w:spacing w:after="40"/>
      </w:pPr>
      <w:r>
        <w:rPr>
          <w:rFonts w:ascii="Arial" w:hAnsi="Arial"/>
          <w:sz w:val="25"/>
        </w:rPr>
        <w:t>Activity 4 - Searching algorithms</w:t>
      </w:r>
    </w:p>
    <w:p w14:paraId="78F2A5A9" w14:textId="77777777" w:rsidR="00790D6D" w:rsidRDefault="005C58CB">
      <w:pPr>
        <w:keepNext/>
        <w:spacing w:after="80"/>
      </w:pPr>
      <w:r>
        <w:rPr>
          <w:i/>
          <w:color w:val="505050"/>
          <w:sz w:val="19"/>
        </w:rPr>
        <w:t>Complete the statements about linear and binary search.</w:t>
      </w:r>
    </w:p>
    <w:p w14:paraId="0FCA3790" w14:textId="77777777" w:rsidR="00790D6D" w:rsidRDefault="005C58CB">
      <w:pPr>
        <w:keepNext/>
        <w:spacing w:after="120"/>
      </w:pPr>
      <w:r>
        <w:rPr>
          <w:b/>
          <w:sz w:val="19"/>
        </w:rPr>
        <w:t xml:space="preserve">Word bank: </w:t>
      </w:r>
      <w:r>
        <w:rPr>
          <w:sz w:val="19"/>
        </w:rPr>
        <w:t>binary search, last, sequential, halves, first, sorted, not found, linear search, efficient, middle, found, index, comparison, target</w:t>
      </w:r>
    </w:p>
    <w:p w14:paraId="5BC249D5" w14:textId="77777777" w:rsidR="00790D6D" w:rsidRDefault="005C58CB">
      <w:pPr>
        <w:spacing w:after="80"/>
        <w:ind w:left="173"/>
      </w:pPr>
      <w:r>
        <w:rPr>
          <w:sz w:val="20"/>
        </w:rPr>
        <w:t>A (1) ____________________ checks items one at a time until a match is found or the data ends.</w:t>
      </w:r>
    </w:p>
    <w:p w14:paraId="479744E6" w14:textId="77777777" w:rsidR="00790D6D" w:rsidRDefault="005C58CB">
      <w:pPr>
        <w:spacing w:after="80"/>
        <w:ind w:left="173"/>
      </w:pPr>
      <w:r>
        <w:rPr>
          <w:sz w:val="20"/>
        </w:rPr>
        <w:t>A (2) ____________________ repeatedly divides the search area into smaller parts.</w:t>
      </w:r>
    </w:p>
    <w:p w14:paraId="113B0133" w14:textId="77777777" w:rsidR="00790D6D" w:rsidRDefault="005C58CB">
      <w:pPr>
        <w:spacing w:after="80"/>
        <w:ind w:left="173"/>
      </w:pPr>
      <w:r>
        <w:rPr>
          <w:sz w:val="20"/>
        </w:rPr>
        <w:t>Binary search requires the data to be (3) ____________________ before the search begins.</w:t>
      </w:r>
    </w:p>
    <w:p w14:paraId="1FA9CC9C" w14:textId="77777777" w:rsidR="00790D6D" w:rsidRDefault="005C58CB">
      <w:pPr>
        <w:spacing w:after="80"/>
        <w:ind w:left="173"/>
      </w:pPr>
      <w:r>
        <w:rPr>
          <w:sz w:val="20"/>
        </w:rPr>
        <w:t>Binary search first checks the (4) ____________________ item of the current search area.</w:t>
      </w:r>
    </w:p>
    <w:p w14:paraId="501B304C" w14:textId="77777777" w:rsidR="00790D6D" w:rsidRDefault="005C58CB">
      <w:pPr>
        <w:spacing w:after="80"/>
        <w:ind w:left="173"/>
      </w:pPr>
      <w:r>
        <w:rPr>
          <w:sz w:val="20"/>
        </w:rPr>
        <w:t>After each comparison in binary search, one of the (5) ____________________ can be discarded.</w:t>
      </w:r>
    </w:p>
    <w:p w14:paraId="3E18B338" w14:textId="77777777" w:rsidR="00790D6D" w:rsidRDefault="005C58CB">
      <w:pPr>
        <w:spacing w:after="80"/>
        <w:ind w:left="173"/>
      </w:pPr>
      <w:r>
        <w:rPr>
          <w:sz w:val="20"/>
        </w:rPr>
        <w:t>A linear search may begin with the (6) ____________________ item and continue to the (7) ____________________ item.</w:t>
      </w:r>
    </w:p>
    <w:p w14:paraId="54A03C7D" w14:textId="77777777" w:rsidR="00790D6D" w:rsidRDefault="005C58CB">
      <w:pPr>
        <w:spacing w:after="80"/>
        <w:ind w:left="173"/>
      </w:pPr>
      <w:r>
        <w:rPr>
          <w:sz w:val="20"/>
        </w:rPr>
        <w:t>The value being searched for is the (8) ____________________ value.</w:t>
      </w:r>
    </w:p>
    <w:p w14:paraId="223D7CC0" w14:textId="77777777" w:rsidR="00790D6D" w:rsidRDefault="005C58CB">
      <w:pPr>
        <w:spacing w:after="80"/>
        <w:ind w:left="173"/>
      </w:pPr>
      <w:r>
        <w:rPr>
          <w:sz w:val="20"/>
        </w:rPr>
        <w:t>Each check between a data item and the target is a (9) ____________________.</w:t>
      </w:r>
    </w:p>
    <w:p w14:paraId="2BE79676" w14:textId="77777777" w:rsidR="00790D6D" w:rsidRDefault="005C58CB">
      <w:pPr>
        <w:spacing w:after="80"/>
        <w:ind w:left="173"/>
      </w:pPr>
      <w:r>
        <w:rPr>
          <w:sz w:val="20"/>
        </w:rPr>
        <w:t>An (10) ____________________ is the position of an item in a list or array.</w:t>
      </w:r>
    </w:p>
    <w:p w14:paraId="6E83F5FF" w14:textId="77777777" w:rsidR="00790D6D" w:rsidRDefault="005C58CB">
      <w:pPr>
        <w:spacing w:after="80"/>
        <w:ind w:left="173"/>
      </w:pPr>
      <w:r>
        <w:rPr>
          <w:sz w:val="20"/>
        </w:rPr>
        <w:t>Binary search is usually more (11) ____________________ for large sorted lists.</w:t>
      </w:r>
    </w:p>
    <w:p w14:paraId="57811C44" w14:textId="77777777" w:rsidR="00790D6D" w:rsidRDefault="005C58CB">
      <w:pPr>
        <w:spacing w:after="80"/>
        <w:ind w:left="173"/>
      </w:pPr>
      <w:r>
        <w:rPr>
          <w:sz w:val="20"/>
        </w:rPr>
        <w:t>Linear search is also called a (12) ____________________ search.</w:t>
      </w:r>
    </w:p>
    <w:p w14:paraId="0F263473" w14:textId="77777777" w:rsidR="00790D6D" w:rsidRDefault="005C58CB">
      <w:pPr>
        <w:spacing w:after="80"/>
        <w:ind w:left="173"/>
      </w:pPr>
      <w:r>
        <w:rPr>
          <w:sz w:val="20"/>
        </w:rPr>
        <w:t>If the item is located, the algorithm can return a (13) ____________________ status.</w:t>
      </w:r>
    </w:p>
    <w:p w14:paraId="47B6C7CA" w14:textId="77777777" w:rsidR="00790D6D" w:rsidRDefault="005C58CB">
      <w:pPr>
        <w:spacing w:after="80"/>
        <w:ind w:left="173"/>
      </w:pPr>
      <w:r>
        <w:rPr>
          <w:sz w:val="20"/>
        </w:rPr>
        <w:t>If all possible locations are checked without a match, the result is (14) ____________________.</w:t>
      </w:r>
    </w:p>
    <w:p w14:paraId="4A1B6A12" w14:textId="77777777" w:rsidR="00790D6D" w:rsidRDefault="00790D6D">
      <w:pPr>
        <w:spacing w:after="40"/>
      </w:pPr>
    </w:p>
    <w:p w14:paraId="18C11EA4" w14:textId="77777777" w:rsidR="00790D6D" w:rsidRDefault="005C58CB">
      <w:pPr>
        <w:pStyle w:val="Heading2"/>
        <w:keepLines w:val="0"/>
        <w:spacing w:after="40"/>
      </w:pPr>
      <w:r>
        <w:rPr>
          <w:rFonts w:ascii="Arial" w:hAnsi="Arial"/>
          <w:sz w:val="25"/>
        </w:rPr>
        <w:t>Activity 5 - Sorting algorithms</w:t>
      </w:r>
    </w:p>
    <w:p w14:paraId="43C134D9" w14:textId="77777777" w:rsidR="00790D6D" w:rsidRDefault="005C58CB">
      <w:pPr>
        <w:keepNext/>
        <w:spacing w:after="80"/>
      </w:pPr>
      <w:r>
        <w:rPr>
          <w:i/>
          <w:color w:val="505050"/>
          <w:sz w:val="19"/>
        </w:rPr>
        <w:t>Fill in the blanks about standard sorting algorithms.</w:t>
      </w:r>
    </w:p>
    <w:p w14:paraId="6615364E" w14:textId="77777777" w:rsidR="00790D6D" w:rsidRDefault="005C58CB">
      <w:pPr>
        <w:keepNext/>
        <w:spacing w:after="120"/>
      </w:pPr>
      <w:r>
        <w:rPr>
          <w:b/>
          <w:sz w:val="19"/>
        </w:rPr>
        <w:t xml:space="preserve">Word bank: </w:t>
      </w:r>
      <w:r>
        <w:rPr>
          <w:sz w:val="19"/>
        </w:rPr>
        <w:t>swap, left sublist, merge, sublists, right sublist, merge sort, comparison, divide, pass, adjacent, insertion sort, shifting, bubble sort, conquer, sorted</w:t>
      </w:r>
    </w:p>
    <w:p w14:paraId="56D1477E" w14:textId="77777777" w:rsidR="00790D6D" w:rsidRDefault="005C58CB">
      <w:pPr>
        <w:spacing w:after="80"/>
        <w:ind w:left="173"/>
      </w:pPr>
      <w:r>
        <w:rPr>
          <w:sz w:val="20"/>
        </w:rPr>
        <w:t>A (1) ____________________ repeatedly compares pairs of (2) ____________________ values.</w:t>
      </w:r>
    </w:p>
    <w:p w14:paraId="35B0A1F6" w14:textId="77777777" w:rsidR="00790D6D" w:rsidRDefault="005C58CB">
      <w:pPr>
        <w:spacing w:after="80"/>
        <w:ind w:left="173"/>
      </w:pPr>
      <w:r>
        <w:rPr>
          <w:sz w:val="20"/>
        </w:rPr>
        <w:t>If a pair is in the wrong order, the algorithm may (3) ____________________ the values.</w:t>
      </w:r>
    </w:p>
    <w:p w14:paraId="54423781" w14:textId="77777777" w:rsidR="00790D6D" w:rsidRDefault="005C58CB">
      <w:pPr>
        <w:spacing w:after="80"/>
        <w:ind w:left="173"/>
      </w:pPr>
      <w:r>
        <w:rPr>
          <w:sz w:val="20"/>
        </w:rPr>
        <w:t>A complete journey through the list is called a (4) ____________________.</w:t>
      </w:r>
    </w:p>
    <w:p w14:paraId="0B58213D" w14:textId="77777777" w:rsidR="00790D6D" w:rsidRDefault="005C58CB">
      <w:pPr>
        <w:spacing w:after="80"/>
        <w:ind w:left="173"/>
      </w:pPr>
      <w:r>
        <w:rPr>
          <w:sz w:val="20"/>
        </w:rPr>
        <w:t>(5) ____________________ uses a (6) ____________________ and (7) ____________________ strategy.</w:t>
      </w:r>
    </w:p>
    <w:p w14:paraId="4EFFDEAD" w14:textId="77777777" w:rsidR="00790D6D" w:rsidRDefault="005C58CB">
      <w:pPr>
        <w:spacing w:after="80"/>
        <w:ind w:left="173"/>
      </w:pPr>
      <w:r>
        <w:rPr>
          <w:sz w:val="20"/>
        </w:rPr>
        <w:t>Merge sort splits the data into smaller (8) ____________________ and then (9) ____________________ them back together.</w:t>
      </w:r>
    </w:p>
    <w:p w14:paraId="490E718F" w14:textId="77777777" w:rsidR="00790D6D" w:rsidRDefault="005C58CB">
      <w:pPr>
        <w:spacing w:after="80"/>
        <w:ind w:left="173"/>
      </w:pPr>
      <w:r>
        <w:rPr>
          <w:sz w:val="20"/>
        </w:rPr>
        <w:t>When merging, the first item from the (10) ____________________ is compared with the first item from the (11) ____________________.</w:t>
      </w:r>
    </w:p>
    <w:p w14:paraId="4A274534" w14:textId="77777777" w:rsidR="00790D6D" w:rsidRDefault="005C58CB">
      <w:pPr>
        <w:spacing w:after="80"/>
        <w:ind w:left="173"/>
      </w:pPr>
      <w:r>
        <w:rPr>
          <w:sz w:val="20"/>
        </w:rPr>
        <w:lastRenderedPageBreak/>
        <w:t>(12) ____________________ builds a sorted section by inserting one item at a time.</w:t>
      </w:r>
    </w:p>
    <w:p w14:paraId="5F96B5F4" w14:textId="77777777" w:rsidR="00790D6D" w:rsidRDefault="005C58CB">
      <w:pPr>
        <w:spacing w:after="80"/>
        <w:ind w:left="173"/>
      </w:pPr>
      <w:r>
        <w:rPr>
          <w:sz w:val="20"/>
        </w:rPr>
        <w:t>Insertion sort places each new value into the correct position in the (13) ____________________ section.</w:t>
      </w:r>
    </w:p>
    <w:p w14:paraId="33CF3838" w14:textId="77777777" w:rsidR="00790D6D" w:rsidRDefault="005C58CB">
      <w:pPr>
        <w:spacing w:after="80"/>
        <w:ind w:left="173"/>
      </w:pPr>
      <w:r>
        <w:rPr>
          <w:sz w:val="20"/>
        </w:rPr>
        <w:t>Insertion sort may involve (14) ____________________ values to make space for the new item.</w:t>
      </w:r>
    </w:p>
    <w:p w14:paraId="2FAC895F" w14:textId="77777777" w:rsidR="00790D6D" w:rsidRDefault="005C58CB">
      <w:pPr>
        <w:spacing w:after="80"/>
        <w:ind w:left="173"/>
      </w:pPr>
      <w:r>
        <w:rPr>
          <w:sz w:val="20"/>
        </w:rPr>
        <w:t>Sorting algorithms use repeated (15) ____________________ operations to decide the order of items.</w:t>
      </w:r>
    </w:p>
    <w:p w14:paraId="091ED0DD" w14:textId="77777777" w:rsidR="00790D6D" w:rsidRDefault="00790D6D">
      <w:pPr>
        <w:spacing w:after="40"/>
      </w:pPr>
    </w:p>
    <w:p w14:paraId="7E3F6F78" w14:textId="77777777" w:rsidR="00790D6D" w:rsidRDefault="005C58CB">
      <w:pPr>
        <w:pStyle w:val="Heading2"/>
        <w:keepLines w:val="0"/>
        <w:spacing w:after="40"/>
      </w:pPr>
      <w:r>
        <w:rPr>
          <w:rFonts w:ascii="Arial" w:hAnsi="Arial"/>
          <w:sz w:val="25"/>
        </w:rPr>
        <w:t>Activity 6 - Algorithm recognition challenge</w:t>
      </w:r>
    </w:p>
    <w:p w14:paraId="62A44FD8" w14:textId="77777777" w:rsidR="00790D6D" w:rsidRDefault="005C58CB">
      <w:pPr>
        <w:keepNext/>
        <w:spacing w:after="80"/>
      </w:pPr>
      <w:r>
        <w:rPr>
          <w:i/>
          <w:color w:val="505050"/>
          <w:sz w:val="19"/>
        </w:rPr>
        <w:t>Use the word bank to complete this mixed algorithm activity.</w:t>
      </w:r>
    </w:p>
    <w:p w14:paraId="5497F80B" w14:textId="77777777" w:rsidR="00790D6D" w:rsidRDefault="005C58CB">
      <w:pPr>
        <w:keepNext/>
        <w:spacing w:after="120"/>
      </w:pPr>
      <w:r>
        <w:rPr>
          <w:b/>
          <w:sz w:val="19"/>
        </w:rPr>
        <w:t xml:space="preserve">Word bank: </w:t>
      </w:r>
      <w:r>
        <w:rPr>
          <w:sz w:val="19"/>
        </w:rPr>
        <w:t>trace table, unambiguous, ascending order, pre-condition, binary search, finite, linear search, flowchart, bubble sort, insertion sort, pseudocode, merge sort</w:t>
      </w:r>
    </w:p>
    <w:p w14:paraId="6513B162" w14:textId="77777777" w:rsidR="00790D6D" w:rsidRDefault="005C58CB">
      <w:pPr>
        <w:spacing w:after="80"/>
        <w:ind w:left="173"/>
      </w:pPr>
      <w:r>
        <w:rPr>
          <w:sz w:val="20"/>
        </w:rPr>
        <w:t>A (1) ____________________ is something that must be true before an algorithm will work properly.</w:t>
      </w:r>
    </w:p>
    <w:p w14:paraId="3F88F250" w14:textId="77777777" w:rsidR="00790D6D" w:rsidRDefault="005C58CB">
      <w:pPr>
        <w:spacing w:after="80"/>
        <w:ind w:left="173"/>
      </w:pPr>
      <w:r>
        <w:rPr>
          <w:sz w:val="20"/>
        </w:rPr>
        <w:t>Binary search usually needs the data to be in (2) ____________________.</w:t>
      </w:r>
    </w:p>
    <w:p w14:paraId="03C4CE9E" w14:textId="77777777" w:rsidR="00790D6D" w:rsidRDefault="005C58CB">
      <w:pPr>
        <w:spacing w:after="80"/>
        <w:ind w:left="173"/>
      </w:pPr>
      <w:r>
        <w:rPr>
          <w:sz w:val="20"/>
        </w:rPr>
        <w:t>If a list is not sorted, (3) ____________________ should be used rather than (4) ____________________.</w:t>
      </w:r>
    </w:p>
    <w:p w14:paraId="303737ED" w14:textId="77777777" w:rsidR="00790D6D" w:rsidRDefault="005C58CB">
      <w:pPr>
        <w:spacing w:after="80"/>
        <w:ind w:left="173"/>
      </w:pPr>
      <w:r>
        <w:rPr>
          <w:sz w:val="20"/>
        </w:rPr>
        <w:t>An algorithm that repeatedly swaps adjacent out-of-order values is (5) ____________________.</w:t>
      </w:r>
    </w:p>
    <w:p w14:paraId="51693F3C" w14:textId="77777777" w:rsidR="00790D6D" w:rsidRDefault="005C58CB">
      <w:pPr>
        <w:spacing w:after="80"/>
        <w:ind w:left="173"/>
      </w:pPr>
      <w:r>
        <w:rPr>
          <w:sz w:val="20"/>
        </w:rPr>
        <w:t>An algorithm that splits and recombines data is (6) ____________________.</w:t>
      </w:r>
    </w:p>
    <w:p w14:paraId="4DABCD38" w14:textId="77777777" w:rsidR="00790D6D" w:rsidRDefault="005C58CB">
      <w:pPr>
        <w:spacing w:after="80"/>
        <w:ind w:left="173"/>
      </w:pPr>
      <w:r>
        <w:rPr>
          <w:sz w:val="20"/>
        </w:rPr>
        <w:t>An algorithm that places each item into a growing sorted section is (7) ____________________.</w:t>
      </w:r>
    </w:p>
    <w:p w14:paraId="52ECB0D0" w14:textId="77777777" w:rsidR="00790D6D" w:rsidRDefault="005C58CB">
      <w:pPr>
        <w:spacing w:after="80"/>
        <w:ind w:left="173"/>
      </w:pPr>
      <w:r>
        <w:rPr>
          <w:sz w:val="20"/>
        </w:rPr>
        <w:t>Written steps that look like code but are not tied to one programming language are (8) ____________________.</w:t>
      </w:r>
    </w:p>
    <w:p w14:paraId="5D4802BD" w14:textId="77777777" w:rsidR="00790D6D" w:rsidRDefault="005C58CB">
      <w:pPr>
        <w:spacing w:after="80"/>
        <w:ind w:left="173"/>
      </w:pPr>
      <w:r>
        <w:rPr>
          <w:sz w:val="20"/>
        </w:rPr>
        <w:t>A diagram that uses standard symbols to show an algorithm is a (9) ____________________.</w:t>
      </w:r>
    </w:p>
    <w:p w14:paraId="2E9DEB12" w14:textId="77777777" w:rsidR="00790D6D" w:rsidRDefault="005C58CB">
      <w:pPr>
        <w:spacing w:after="80"/>
        <w:ind w:left="173"/>
      </w:pPr>
      <w:r>
        <w:rPr>
          <w:sz w:val="20"/>
        </w:rPr>
        <w:t>A (10) ____________________ helps follow changes to values by hand.</w:t>
      </w:r>
    </w:p>
    <w:p w14:paraId="7B4FE648" w14:textId="77777777" w:rsidR="00790D6D" w:rsidRDefault="005C58CB">
      <w:pPr>
        <w:spacing w:after="80"/>
        <w:ind w:left="173"/>
      </w:pPr>
      <w:r>
        <w:rPr>
          <w:sz w:val="20"/>
        </w:rPr>
        <w:t>A good algorithm should be (11) ____________________, meaning it eventually stops.</w:t>
      </w:r>
    </w:p>
    <w:p w14:paraId="434242B4" w14:textId="77777777" w:rsidR="00790D6D" w:rsidRDefault="005C58CB">
      <w:pPr>
        <w:spacing w:after="80"/>
        <w:ind w:left="173"/>
      </w:pPr>
      <w:r>
        <w:rPr>
          <w:sz w:val="20"/>
        </w:rPr>
        <w:t>Each instruction should be (12) ____________________, meaning it is not open to misinterpretation.</w:t>
      </w:r>
    </w:p>
    <w:p w14:paraId="6005D89E" w14:textId="77777777" w:rsidR="00790D6D" w:rsidRDefault="00790D6D">
      <w:pPr>
        <w:spacing w:after="40"/>
      </w:pPr>
    </w:p>
    <w:p w14:paraId="5B540E72" w14:textId="77777777" w:rsidR="00790D6D" w:rsidRDefault="005C58CB">
      <w:r>
        <w:br w:type="page"/>
      </w:r>
    </w:p>
    <w:p w14:paraId="42BB1E94" w14:textId="77777777" w:rsidR="00790D6D" w:rsidRDefault="005C58CB">
      <w:pPr>
        <w:pStyle w:val="Heading1"/>
        <w:keepNext w:val="0"/>
        <w:keepLines w:val="0"/>
        <w:spacing w:after="120"/>
      </w:pPr>
      <w:r>
        <w:rPr>
          <w:rFonts w:ascii="Arial" w:hAnsi="Arial"/>
          <w:sz w:val="30"/>
        </w:rPr>
        <w:lastRenderedPageBreak/>
        <w:t>2.2 Programming fundamentals</w:t>
      </w:r>
    </w:p>
    <w:p w14:paraId="1F90F493" w14:textId="77777777" w:rsidR="00790D6D" w:rsidRDefault="005C58CB">
      <w:pPr>
        <w:pStyle w:val="Heading2"/>
        <w:keepLines w:val="0"/>
        <w:spacing w:after="40"/>
      </w:pPr>
      <w:r>
        <w:rPr>
          <w:rFonts w:ascii="Arial" w:hAnsi="Arial"/>
          <w:sz w:val="25"/>
        </w:rPr>
        <w:t>Activity 7 - Variables, constants, input and output</w:t>
      </w:r>
    </w:p>
    <w:p w14:paraId="170378F5" w14:textId="77777777" w:rsidR="00790D6D" w:rsidRDefault="005C58CB">
      <w:pPr>
        <w:keepNext/>
        <w:spacing w:after="80"/>
      </w:pPr>
      <w:r>
        <w:rPr>
          <w:i/>
          <w:color w:val="505050"/>
          <w:sz w:val="19"/>
        </w:rPr>
        <w:t>Complete the programming fundamentals statements.</w:t>
      </w:r>
    </w:p>
    <w:p w14:paraId="7B440267" w14:textId="77777777" w:rsidR="00790D6D" w:rsidRDefault="005C58CB">
      <w:pPr>
        <w:keepNext/>
        <w:spacing w:after="120"/>
      </w:pPr>
      <w:r>
        <w:rPr>
          <w:b/>
          <w:sz w:val="19"/>
        </w:rPr>
        <w:t xml:space="preserve">Word bank: </w:t>
      </w:r>
      <w:r>
        <w:rPr>
          <w:sz w:val="19"/>
        </w:rPr>
        <w:t>output, real, integer, value, string, variable, input, character, assignment, data type, identifier, Boolean, constant</w:t>
      </w:r>
    </w:p>
    <w:p w14:paraId="7B1D1A7B" w14:textId="77777777" w:rsidR="00790D6D" w:rsidRDefault="005C58CB">
      <w:pPr>
        <w:spacing w:after="80"/>
        <w:ind w:left="173"/>
      </w:pPr>
      <w:r>
        <w:rPr>
          <w:sz w:val="20"/>
        </w:rPr>
        <w:t>A (1) ____________________ stores data that can change while a program runs.</w:t>
      </w:r>
    </w:p>
    <w:p w14:paraId="268DE4A2" w14:textId="77777777" w:rsidR="00790D6D" w:rsidRDefault="005C58CB">
      <w:pPr>
        <w:spacing w:after="80"/>
        <w:ind w:left="173"/>
      </w:pPr>
      <w:r>
        <w:rPr>
          <w:sz w:val="20"/>
        </w:rPr>
        <w:t>A (2) ____________________ stores data that should not change while a program runs.</w:t>
      </w:r>
    </w:p>
    <w:p w14:paraId="2C88EFBF" w14:textId="77777777" w:rsidR="00790D6D" w:rsidRDefault="005C58CB">
      <w:pPr>
        <w:spacing w:after="80"/>
        <w:ind w:left="173"/>
      </w:pPr>
      <w:r>
        <w:rPr>
          <w:sz w:val="20"/>
        </w:rPr>
        <w:t>Giving data to a variable is called (3) ____________________.</w:t>
      </w:r>
    </w:p>
    <w:p w14:paraId="1C624483" w14:textId="77777777" w:rsidR="00790D6D" w:rsidRDefault="005C58CB">
      <w:pPr>
        <w:spacing w:after="80"/>
        <w:ind w:left="173"/>
      </w:pPr>
      <w:r>
        <w:rPr>
          <w:sz w:val="20"/>
        </w:rPr>
        <w:t>Data entered by the user is (4) ____________________.</w:t>
      </w:r>
    </w:p>
    <w:p w14:paraId="00EB0C11" w14:textId="77777777" w:rsidR="00790D6D" w:rsidRDefault="005C58CB">
      <w:pPr>
        <w:spacing w:after="80"/>
        <w:ind w:left="173"/>
      </w:pPr>
      <w:r>
        <w:rPr>
          <w:sz w:val="20"/>
        </w:rPr>
        <w:t>Information displayed or produced by a program is (5) ____________________.</w:t>
      </w:r>
    </w:p>
    <w:p w14:paraId="543A9DAC" w14:textId="77777777" w:rsidR="00790D6D" w:rsidRDefault="005C58CB">
      <w:pPr>
        <w:spacing w:after="80"/>
        <w:ind w:left="173"/>
      </w:pPr>
      <w:r>
        <w:rPr>
          <w:sz w:val="20"/>
        </w:rPr>
        <w:t>A variable name is an (6) ____________________.</w:t>
      </w:r>
    </w:p>
    <w:p w14:paraId="67BFC3D9" w14:textId="77777777" w:rsidR="00790D6D" w:rsidRDefault="005C58CB">
      <w:pPr>
        <w:spacing w:after="80"/>
        <w:ind w:left="173"/>
      </w:pPr>
      <w:r>
        <w:rPr>
          <w:sz w:val="20"/>
        </w:rPr>
        <w:t>A (7) ____________________ describes the kind of data that can be stored.</w:t>
      </w:r>
    </w:p>
    <w:p w14:paraId="42C94482" w14:textId="77777777" w:rsidR="00790D6D" w:rsidRDefault="005C58CB">
      <w:pPr>
        <w:spacing w:after="80"/>
        <w:ind w:left="173"/>
      </w:pPr>
      <w:r>
        <w:rPr>
          <w:sz w:val="20"/>
        </w:rPr>
        <w:t>Text is usually stored as a (8) ____________________.</w:t>
      </w:r>
    </w:p>
    <w:p w14:paraId="3E55FF8D" w14:textId="77777777" w:rsidR="00790D6D" w:rsidRDefault="005C58CB">
      <w:pPr>
        <w:spacing w:after="80"/>
        <w:ind w:left="173"/>
      </w:pPr>
      <w:r>
        <w:rPr>
          <w:sz w:val="20"/>
        </w:rPr>
        <w:t>Whole numbers are stored using an (9) ____________________ data type.</w:t>
      </w:r>
    </w:p>
    <w:p w14:paraId="04399347" w14:textId="77777777" w:rsidR="00790D6D" w:rsidRDefault="005C58CB">
      <w:pPr>
        <w:spacing w:after="80"/>
        <w:ind w:left="173"/>
      </w:pPr>
      <w:r>
        <w:rPr>
          <w:sz w:val="20"/>
        </w:rPr>
        <w:t>Numbers with decimal points are stored using a (10) ____________________ data type.</w:t>
      </w:r>
    </w:p>
    <w:p w14:paraId="2FD3B01C" w14:textId="77777777" w:rsidR="00790D6D" w:rsidRDefault="005C58CB">
      <w:pPr>
        <w:spacing w:after="80"/>
        <w:ind w:left="173"/>
      </w:pPr>
      <w:r>
        <w:rPr>
          <w:sz w:val="20"/>
        </w:rPr>
        <w:t>True or false values use a (11) ____________________ data type.</w:t>
      </w:r>
    </w:p>
    <w:p w14:paraId="6717E72E" w14:textId="77777777" w:rsidR="00790D6D" w:rsidRDefault="005C58CB">
      <w:pPr>
        <w:spacing w:after="80"/>
        <w:ind w:left="173"/>
      </w:pPr>
      <w:r>
        <w:rPr>
          <w:sz w:val="20"/>
        </w:rPr>
        <w:t>A single letter or symbol may be stored as a (12) ____________________.</w:t>
      </w:r>
    </w:p>
    <w:p w14:paraId="1B0CB4B8" w14:textId="77777777" w:rsidR="00790D6D" w:rsidRDefault="005C58CB">
      <w:pPr>
        <w:spacing w:after="80"/>
        <w:ind w:left="173"/>
      </w:pPr>
      <w:r>
        <w:rPr>
          <w:sz w:val="20"/>
        </w:rPr>
        <w:t>The data currently held by a variable is its (13) ____________________.</w:t>
      </w:r>
    </w:p>
    <w:p w14:paraId="517DA4A0" w14:textId="77777777" w:rsidR="00790D6D" w:rsidRDefault="00790D6D">
      <w:pPr>
        <w:spacing w:after="40"/>
      </w:pPr>
    </w:p>
    <w:p w14:paraId="5C21674A" w14:textId="77777777" w:rsidR="00790D6D" w:rsidRDefault="005C58CB">
      <w:pPr>
        <w:pStyle w:val="Heading2"/>
        <w:keepLines w:val="0"/>
        <w:spacing w:after="40"/>
      </w:pPr>
      <w:r>
        <w:rPr>
          <w:rFonts w:ascii="Arial" w:hAnsi="Arial"/>
          <w:sz w:val="25"/>
        </w:rPr>
        <w:t>Activity 8 - Sequence, selection and iteration</w:t>
      </w:r>
    </w:p>
    <w:p w14:paraId="08846192" w14:textId="77777777" w:rsidR="00790D6D" w:rsidRDefault="005C58CB">
      <w:pPr>
        <w:keepNext/>
        <w:spacing w:after="80"/>
      </w:pPr>
      <w:r>
        <w:rPr>
          <w:i/>
          <w:color w:val="505050"/>
          <w:sz w:val="19"/>
        </w:rPr>
        <w:t>Fill in the blanks using the programming construct word bank.</w:t>
      </w:r>
    </w:p>
    <w:p w14:paraId="599FCFCA" w14:textId="77777777" w:rsidR="00790D6D" w:rsidRDefault="005C58CB">
      <w:pPr>
        <w:keepNext/>
        <w:spacing w:after="120"/>
      </w:pPr>
      <w:r>
        <w:rPr>
          <w:b/>
          <w:sz w:val="19"/>
        </w:rPr>
        <w:t xml:space="preserve">Word bank: </w:t>
      </w:r>
      <w:r>
        <w:rPr>
          <w:sz w:val="19"/>
        </w:rPr>
        <w:t>nested, IF, count-controlled loop, iteration, selection, ELSE, condition-controlled loop, branch, sequence, FOR, condition, WHILE, loop</w:t>
      </w:r>
    </w:p>
    <w:p w14:paraId="62F36999" w14:textId="77777777" w:rsidR="00790D6D" w:rsidRDefault="005C58CB">
      <w:pPr>
        <w:spacing w:after="80"/>
        <w:ind w:left="173"/>
      </w:pPr>
      <w:r>
        <w:rPr>
          <w:sz w:val="20"/>
        </w:rPr>
        <w:t>(1) ____________________ runs instructions in the order they are written.</w:t>
      </w:r>
    </w:p>
    <w:p w14:paraId="2F26FE08" w14:textId="77777777" w:rsidR="00790D6D" w:rsidRDefault="005C58CB">
      <w:pPr>
        <w:spacing w:after="80"/>
        <w:ind w:left="173"/>
      </w:pPr>
      <w:r>
        <w:rPr>
          <w:sz w:val="20"/>
        </w:rPr>
        <w:t>(2) ____________________ chooses between different paths in a program.</w:t>
      </w:r>
    </w:p>
    <w:p w14:paraId="05EC3E85" w14:textId="77777777" w:rsidR="00790D6D" w:rsidRDefault="005C58CB">
      <w:pPr>
        <w:spacing w:after="80"/>
        <w:ind w:left="173"/>
      </w:pPr>
      <w:r>
        <w:rPr>
          <w:sz w:val="20"/>
        </w:rPr>
        <w:t>(3) ____________________ repeats a block of code.</w:t>
      </w:r>
    </w:p>
    <w:p w14:paraId="53271DFA" w14:textId="77777777" w:rsidR="00790D6D" w:rsidRDefault="005C58CB">
      <w:pPr>
        <w:spacing w:after="80"/>
        <w:ind w:left="173"/>
      </w:pPr>
      <w:r>
        <w:rPr>
          <w:sz w:val="20"/>
        </w:rPr>
        <w:t>An (4) ____________________ statement is often used to start a decision.</w:t>
      </w:r>
    </w:p>
    <w:p w14:paraId="1EB5D95D" w14:textId="77777777" w:rsidR="00790D6D" w:rsidRDefault="005C58CB">
      <w:pPr>
        <w:spacing w:after="80"/>
        <w:ind w:left="173"/>
      </w:pPr>
      <w:r>
        <w:rPr>
          <w:sz w:val="20"/>
        </w:rPr>
        <w:t>An (5) ____________________ part may run when the condition is false.</w:t>
      </w:r>
    </w:p>
    <w:p w14:paraId="41607A95" w14:textId="77777777" w:rsidR="00790D6D" w:rsidRDefault="005C58CB">
      <w:pPr>
        <w:spacing w:after="80"/>
        <w:ind w:left="173"/>
      </w:pPr>
      <w:r>
        <w:rPr>
          <w:sz w:val="20"/>
        </w:rPr>
        <w:t>A (6) ____________________ is tested to decide whether a branch or loop should run.</w:t>
      </w:r>
    </w:p>
    <w:p w14:paraId="2D4B9001" w14:textId="77777777" w:rsidR="00790D6D" w:rsidRDefault="005C58CB">
      <w:pPr>
        <w:spacing w:after="80"/>
        <w:ind w:left="173"/>
      </w:pPr>
      <w:r>
        <w:rPr>
          <w:sz w:val="20"/>
        </w:rPr>
        <w:t>A (7) ____________________ repeats a fixed number of times.</w:t>
      </w:r>
    </w:p>
    <w:p w14:paraId="46E04317" w14:textId="77777777" w:rsidR="00790D6D" w:rsidRDefault="005C58CB">
      <w:pPr>
        <w:spacing w:after="80"/>
        <w:ind w:left="173"/>
      </w:pPr>
      <w:r>
        <w:rPr>
          <w:sz w:val="20"/>
        </w:rPr>
        <w:t>A (8) ____________________ repeats while or until a condition changes.</w:t>
      </w:r>
    </w:p>
    <w:p w14:paraId="247AA332" w14:textId="77777777" w:rsidR="00790D6D" w:rsidRDefault="005C58CB">
      <w:pPr>
        <w:spacing w:after="80"/>
        <w:ind w:left="173"/>
      </w:pPr>
      <w:r>
        <w:rPr>
          <w:sz w:val="20"/>
        </w:rPr>
        <w:t>A (9) ____________________ loop is commonly used when the number of repetitions is known.</w:t>
      </w:r>
    </w:p>
    <w:p w14:paraId="0FD386D7" w14:textId="77777777" w:rsidR="00790D6D" w:rsidRDefault="005C58CB">
      <w:pPr>
        <w:spacing w:after="80"/>
        <w:ind w:left="173"/>
      </w:pPr>
      <w:r>
        <w:rPr>
          <w:sz w:val="20"/>
        </w:rPr>
        <w:t>A (10) ____________________ loop is commonly used when repetition depends on a condition.</w:t>
      </w:r>
    </w:p>
    <w:p w14:paraId="40E89922" w14:textId="77777777" w:rsidR="00790D6D" w:rsidRDefault="005C58CB">
      <w:pPr>
        <w:spacing w:after="80"/>
        <w:ind w:left="173"/>
      </w:pPr>
      <w:r>
        <w:rPr>
          <w:sz w:val="20"/>
        </w:rPr>
        <w:t>(11) ____________________ structures occur when one control structure is placed inside another.</w:t>
      </w:r>
    </w:p>
    <w:p w14:paraId="36477B94" w14:textId="77777777" w:rsidR="00790D6D" w:rsidRDefault="005C58CB">
      <w:pPr>
        <w:spacing w:after="80"/>
        <w:ind w:left="173"/>
      </w:pPr>
      <w:r>
        <w:rPr>
          <w:sz w:val="20"/>
        </w:rPr>
        <w:t>The repeated block of code is often called the body of the (12) ____________________.</w:t>
      </w:r>
    </w:p>
    <w:p w14:paraId="6F5CA884" w14:textId="77777777" w:rsidR="00790D6D" w:rsidRDefault="005C58CB">
      <w:pPr>
        <w:spacing w:after="80"/>
        <w:ind w:left="173"/>
      </w:pPr>
      <w:r>
        <w:rPr>
          <w:sz w:val="20"/>
        </w:rPr>
        <w:t>Each possible route through a decision is a (13) ____________________.</w:t>
      </w:r>
    </w:p>
    <w:p w14:paraId="50B9C24B" w14:textId="77777777" w:rsidR="00790D6D" w:rsidRDefault="00790D6D">
      <w:pPr>
        <w:spacing w:after="40"/>
      </w:pPr>
    </w:p>
    <w:p w14:paraId="015F9848" w14:textId="77777777" w:rsidR="00790D6D" w:rsidRDefault="005C58CB">
      <w:pPr>
        <w:pStyle w:val="Heading2"/>
        <w:keepLines w:val="0"/>
        <w:spacing w:after="40"/>
      </w:pPr>
      <w:r>
        <w:rPr>
          <w:rFonts w:ascii="Arial" w:hAnsi="Arial"/>
          <w:sz w:val="25"/>
        </w:rPr>
        <w:lastRenderedPageBreak/>
        <w:t>Activity 9 - Operators and expressions</w:t>
      </w:r>
    </w:p>
    <w:p w14:paraId="4B61BE40" w14:textId="77777777" w:rsidR="00790D6D" w:rsidRDefault="005C58CB">
      <w:pPr>
        <w:keepNext/>
        <w:spacing w:after="80"/>
      </w:pPr>
      <w:r>
        <w:rPr>
          <w:i/>
          <w:color w:val="505050"/>
          <w:sz w:val="19"/>
        </w:rPr>
        <w:t>Complete the statements about arithmetic, comparison and Boolean operators.</w:t>
      </w:r>
    </w:p>
    <w:p w14:paraId="7FCC6AA6" w14:textId="77777777" w:rsidR="00790D6D" w:rsidRDefault="005C58CB">
      <w:pPr>
        <w:keepNext/>
        <w:spacing w:after="120"/>
      </w:pPr>
      <w:r>
        <w:rPr>
          <w:b/>
          <w:sz w:val="19"/>
        </w:rPr>
        <w:t xml:space="preserve">Word bank: </w:t>
      </w:r>
      <w:r>
        <w:rPr>
          <w:sz w:val="19"/>
        </w:rPr>
        <w:t>multiplication, arithmetic operator, NOT, not equal to, greater than, equal to, AND, less than or equal to, greater than or equal to, less than, OR, Boolean operator, exponentiation, addition, quotient, subtraction, comparison operator, modulo, division</w:t>
      </w:r>
    </w:p>
    <w:p w14:paraId="60245FF5" w14:textId="77777777" w:rsidR="00790D6D" w:rsidRDefault="005C58CB">
      <w:pPr>
        <w:spacing w:after="80"/>
        <w:ind w:left="173"/>
      </w:pPr>
      <w:r>
        <w:rPr>
          <w:sz w:val="20"/>
        </w:rPr>
        <w:t>An (1) ____________________ performs calculations on values.</w:t>
      </w:r>
    </w:p>
    <w:p w14:paraId="6E822B5E" w14:textId="77777777" w:rsidR="00790D6D" w:rsidRDefault="005C58CB">
      <w:pPr>
        <w:spacing w:after="80"/>
        <w:ind w:left="173"/>
      </w:pPr>
      <w:r>
        <w:rPr>
          <w:sz w:val="20"/>
        </w:rPr>
        <w:t>A (2) ____________________ compares two values.</w:t>
      </w:r>
    </w:p>
    <w:p w14:paraId="12C6AE89" w14:textId="77777777" w:rsidR="00790D6D" w:rsidRDefault="005C58CB">
      <w:pPr>
        <w:spacing w:after="80"/>
        <w:ind w:left="173"/>
      </w:pPr>
      <w:r>
        <w:rPr>
          <w:sz w:val="20"/>
        </w:rPr>
        <w:t>A (3) ____________________ combines or changes True/False conditions.</w:t>
      </w:r>
    </w:p>
    <w:p w14:paraId="6B227B22" w14:textId="77777777" w:rsidR="00790D6D" w:rsidRDefault="005C58CB">
      <w:pPr>
        <w:spacing w:after="80"/>
        <w:ind w:left="173"/>
      </w:pPr>
      <w:r>
        <w:rPr>
          <w:sz w:val="20"/>
        </w:rPr>
        <w:t>The + operator means (4) ____________________.</w:t>
      </w:r>
    </w:p>
    <w:p w14:paraId="24DABE7D" w14:textId="77777777" w:rsidR="00790D6D" w:rsidRDefault="005C58CB">
      <w:pPr>
        <w:spacing w:after="80"/>
        <w:ind w:left="173"/>
      </w:pPr>
      <w:r>
        <w:rPr>
          <w:sz w:val="20"/>
        </w:rPr>
        <w:t>The - operator means (5) ____________________.</w:t>
      </w:r>
    </w:p>
    <w:p w14:paraId="76CA940E" w14:textId="77777777" w:rsidR="00790D6D" w:rsidRDefault="005C58CB">
      <w:pPr>
        <w:spacing w:after="80"/>
        <w:ind w:left="173"/>
      </w:pPr>
      <w:r>
        <w:rPr>
          <w:sz w:val="20"/>
        </w:rPr>
        <w:t>The * operator means (6) ____________________.</w:t>
      </w:r>
    </w:p>
    <w:p w14:paraId="549EC456" w14:textId="77777777" w:rsidR="00790D6D" w:rsidRDefault="005C58CB">
      <w:pPr>
        <w:spacing w:after="80"/>
        <w:ind w:left="173"/>
      </w:pPr>
      <w:r>
        <w:rPr>
          <w:sz w:val="20"/>
        </w:rPr>
        <w:t>The / operator means (7) ____________________.</w:t>
      </w:r>
    </w:p>
    <w:p w14:paraId="69DEFCC5" w14:textId="77777777" w:rsidR="00790D6D" w:rsidRDefault="005C58CB">
      <w:pPr>
        <w:spacing w:after="80"/>
        <w:ind w:left="173"/>
      </w:pPr>
      <w:r>
        <w:rPr>
          <w:sz w:val="20"/>
        </w:rPr>
        <w:t>MOD gives the remainder after division and is also called (8) ____________________.</w:t>
      </w:r>
    </w:p>
    <w:p w14:paraId="2A93F021" w14:textId="77777777" w:rsidR="00790D6D" w:rsidRDefault="005C58CB">
      <w:pPr>
        <w:spacing w:after="80"/>
        <w:ind w:left="173"/>
      </w:pPr>
      <w:r>
        <w:rPr>
          <w:sz w:val="20"/>
        </w:rPr>
        <w:t>DIV gives the integer (9) ____________________ after division.</w:t>
      </w:r>
    </w:p>
    <w:p w14:paraId="086FDE4F" w14:textId="77777777" w:rsidR="00790D6D" w:rsidRDefault="005C58CB">
      <w:pPr>
        <w:spacing w:after="80"/>
        <w:ind w:left="173"/>
      </w:pPr>
      <w:r>
        <w:rPr>
          <w:sz w:val="20"/>
        </w:rPr>
        <w:t>The ^ operator means (10) ____________________.</w:t>
      </w:r>
    </w:p>
    <w:p w14:paraId="46B038A4" w14:textId="77777777" w:rsidR="00790D6D" w:rsidRDefault="005C58CB">
      <w:pPr>
        <w:spacing w:after="80"/>
        <w:ind w:left="173"/>
      </w:pPr>
      <w:r>
        <w:rPr>
          <w:sz w:val="20"/>
        </w:rPr>
        <w:t>The == operator checks whether two values are (11) ____________________.</w:t>
      </w:r>
    </w:p>
    <w:p w14:paraId="7179D167" w14:textId="77777777" w:rsidR="00790D6D" w:rsidRDefault="005C58CB">
      <w:pPr>
        <w:spacing w:after="80"/>
        <w:ind w:left="173"/>
      </w:pPr>
      <w:r>
        <w:rPr>
          <w:sz w:val="20"/>
        </w:rPr>
        <w:t>The != operator checks whether two values are (12) ____________________.</w:t>
      </w:r>
    </w:p>
    <w:p w14:paraId="696356D9" w14:textId="77777777" w:rsidR="00790D6D" w:rsidRDefault="005C58CB">
      <w:pPr>
        <w:spacing w:after="80"/>
        <w:ind w:left="173"/>
      </w:pPr>
      <w:r>
        <w:rPr>
          <w:sz w:val="20"/>
        </w:rPr>
        <w:t>The &lt; operator checks for (13) ____________________.</w:t>
      </w:r>
    </w:p>
    <w:p w14:paraId="2307BB8B" w14:textId="77777777" w:rsidR="00790D6D" w:rsidRDefault="005C58CB">
      <w:pPr>
        <w:spacing w:after="80"/>
        <w:ind w:left="173"/>
      </w:pPr>
      <w:r>
        <w:rPr>
          <w:sz w:val="20"/>
        </w:rPr>
        <w:t>The &lt;= operator checks for (14) ____________________.</w:t>
      </w:r>
    </w:p>
    <w:p w14:paraId="7AB28EDF" w14:textId="77777777" w:rsidR="00790D6D" w:rsidRDefault="005C58CB">
      <w:pPr>
        <w:spacing w:after="80"/>
        <w:ind w:left="173"/>
      </w:pPr>
      <w:r>
        <w:rPr>
          <w:sz w:val="20"/>
        </w:rPr>
        <w:t>The &gt; operator checks for (15) ____________________.</w:t>
      </w:r>
    </w:p>
    <w:p w14:paraId="2F1FF6E0" w14:textId="77777777" w:rsidR="00790D6D" w:rsidRDefault="005C58CB">
      <w:pPr>
        <w:spacing w:after="80"/>
        <w:ind w:left="173"/>
      </w:pPr>
      <w:r>
        <w:rPr>
          <w:sz w:val="20"/>
        </w:rPr>
        <w:t>The &gt;= operator checks for (16) ____________________.</w:t>
      </w:r>
    </w:p>
    <w:p w14:paraId="784EBE92" w14:textId="77777777" w:rsidR="00790D6D" w:rsidRDefault="005C58CB">
      <w:pPr>
        <w:spacing w:after="80"/>
        <w:ind w:left="173"/>
      </w:pPr>
      <w:r>
        <w:rPr>
          <w:sz w:val="20"/>
        </w:rPr>
        <w:t>(17) ____________________ is true only when both conditions are true.</w:t>
      </w:r>
    </w:p>
    <w:p w14:paraId="7FF1E703" w14:textId="77777777" w:rsidR="00790D6D" w:rsidRDefault="005C58CB">
      <w:pPr>
        <w:spacing w:after="80"/>
        <w:ind w:left="173"/>
      </w:pPr>
      <w:r>
        <w:rPr>
          <w:sz w:val="20"/>
        </w:rPr>
        <w:t>(18) ____________________ is true when at least one condition is true.</w:t>
      </w:r>
    </w:p>
    <w:p w14:paraId="7E386794" w14:textId="77777777" w:rsidR="00790D6D" w:rsidRDefault="005C58CB">
      <w:pPr>
        <w:spacing w:after="80"/>
        <w:ind w:left="173"/>
      </w:pPr>
      <w:r>
        <w:rPr>
          <w:sz w:val="20"/>
        </w:rPr>
        <w:t>(19) ____________________ reverses a True/False value.</w:t>
      </w:r>
    </w:p>
    <w:p w14:paraId="54EAA4F5" w14:textId="77777777" w:rsidR="00790D6D" w:rsidRDefault="00790D6D">
      <w:pPr>
        <w:spacing w:after="40"/>
      </w:pPr>
    </w:p>
    <w:p w14:paraId="48C71F26" w14:textId="77777777" w:rsidR="00790D6D" w:rsidRDefault="005C58CB">
      <w:pPr>
        <w:pStyle w:val="Heading2"/>
        <w:keepLines w:val="0"/>
        <w:spacing w:after="40"/>
      </w:pPr>
      <w:r>
        <w:rPr>
          <w:rFonts w:ascii="Arial" w:hAnsi="Arial"/>
          <w:sz w:val="25"/>
        </w:rPr>
        <w:t>Activity 10 - Data types and casting</w:t>
      </w:r>
    </w:p>
    <w:p w14:paraId="1A02CDF9" w14:textId="77777777" w:rsidR="00790D6D" w:rsidRDefault="005C58CB">
      <w:pPr>
        <w:keepNext/>
        <w:spacing w:after="80"/>
      </w:pPr>
      <w:r>
        <w:rPr>
          <w:i/>
          <w:color w:val="505050"/>
          <w:sz w:val="19"/>
        </w:rPr>
        <w:t>Complete the statements about data types.</w:t>
      </w:r>
    </w:p>
    <w:p w14:paraId="78A482C6" w14:textId="77777777" w:rsidR="00790D6D" w:rsidRDefault="005C58CB">
      <w:pPr>
        <w:keepNext/>
        <w:spacing w:after="120"/>
      </w:pPr>
      <w:r>
        <w:rPr>
          <w:b/>
          <w:sz w:val="19"/>
        </w:rPr>
        <w:t xml:space="preserve">Word bank: </w:t>
      </w:r>
      <w:r>
        <w:rPr>
          <w:sz w:val="19"/>
        </w:rPr>
        <w:t>calculation, validation, concatenation, casting, real, decimal, string, integer, True, quotes, Boolean, character, False</w:t>
      </w:r>
    </w:p>
    <w:p w14:paraId="5A39E468" w14:textId="77777777" w:rsidR="00790D6D" w:rsidRDefault="005C58CB">
      <w:pPr>
        <w:spacing w:after="80"/>
        <w:ind w:left="173"/>
      </w:pPr>
      <w:r>
        <w:rPr>
          <w:sz w:val="20"/>
        </w:rPr>
        <w:t>An (1) ____________________ stores a whole number.</w:t>
      </w:r>
    </w:p>
    <w:p w14:paraId="79FC5AFF" w14:textId="77777777" w:rsidR="00790D6D" w:rsidRDefault="005C58CB">
      <w:pPr>
        <w:spacing w:after="80"/>
        <w:ind w:left="173"/>
      </w:pPr>
      <w:r>
        <w:rPr>
          <w:sz w:val="20"/>
        </w:rPr>
        <w:t>A (2) ____________________ stores a number with a decimal point.</w:t>
      </w:r>
    </w:p>
    <w:p w14:paraId="613BD415" w14:textId="77777777" w:rsidR="00790D6D" w:rsidRDefault="005C58CB">
      <w:pPr>
        <w:spacing w:after="80"/>
        <w:ind w:left="173"/>
      </w:pPr>
      <w:r>
        <w:rPr>
          <w:sz w:val="20"/>
        </w:rPr>
        <w:t>A (3) ____________________ stores one of two logical states.</w:t>
      </w:r>
    </w:p>
    <w:p w14:paraId="4F4415C0" w14:textId="77777777" w:rsidR="00790D6D" w:rsidRDefault="005C58CB">
      <w:pPr>
        <w:spacing w:after="80"/>
        <w:ind w:left="173"/>
      </w:pPr>
      <w:r>
        <w:rPr>
          <w:sz w:val="20"/>
        </w:rPr>
        <w:t>A (4) ____________________ is one letter, digit or symbol.</w:t>
      </w:r>
    </w:p>
    <w:p w14:paraId="020344B7" w14:textId="77777777" w:rsidR="00790D6D" w:rsidRDefault="005C58CB">
      <w:pPr>
        <w:spacing w:after="80"/>
        <w:ind w:left="173"/>
      </w:pPr>
      <w:r>
        <w:rPr>
          <w:sz w:val="20"/>
        </w:rPr>
        <w:t>A (5) ____________________ is a sequence of characters.</w:t>
      </w:r>
    </w:p>
    <w:p w14:paraId="526FCB6A" w14:textId="77777777" w:rsidR="00790D6D" w:rsidRDefault="005C58CB">
      <w:pPr>
        <w:spacing w:after="80"/>
        <w:ind w:left="173"/>
      </w:pPr>
      <w:r>
        <w:rPr>
          <w:sz w:val="20"/>
        </w:rPr>
        <w:t>Temporarily changing a value from one data type to another is (6) ____________________.</w:t>
      </w:r>
    </w:p>
    <w:p w14:paraId="25DB7E6C" w14:textId="77777777" w:rsidR="00790D6D" w:rsidRDefault="005C58CB">
      <w:pPr>
        <w:spacing w:after="80"/>
        <w:ind w:left="173"/>
      </w:pPr>
      <w:r>
        <w:rPr>
          <w:sz w:val="20"/>
        </w:rPr>
        <w:t>Choosing a suitable data type helps with (7) ____________________ and processing.</w:t>
      </w:r>
    </w:p>
    <w:p w14:paraId="708DC8B4" w14:textId="77777777" w:rsidR="00790D6D" w:rsidRDefault="005C58CB">
      <w:pPr>
        <w:spacing w:after="80"/>
        <w:ind w:left="173"/>
      </w:pPr>
      <w:r>
        <w:rPr>
          <w:sz w:val="20"/>
        </w:rPr>
        <w:t>The value 3.14 is an example of a (8) ____________________ value.</w:t>
      </w:r>
    </w:p>
    <w:p w14:paraId="0A598892" w14:textId="77777777" w:rsidR="00790D6D" w:rsidRDefault="005C58CB">
      <w:pPr>
        <w:spacing w:after="80"/>
        <w:ind w:left="173"/>
      </w:pPr>
      <w:r>
        <w:rPr>
          <w:sz w:val="20"/>
        </w:rPr>
        <w:t>Text values are often written inside (9) ____________________.</w:t>
      </w:r>
    </w:p>
    <w:p w14:paraId="27D9012A" w14:textId="77777777" w:rsidR="00790D6D" w:rsidRDefault="005C58CB">
      <w:pPr>
        <w:spacing w:after="80"/>
        <w:ind w:left="173"/>
      </w:pPr>
      <w:r>
        <w:rPr>
          <w:sz w:val="20"/>
        </w:rPr>
        <w:t>Boolean values may be (10) ____________________ or (11) ____________________.</w:t>
      </w:r>
    </w:p>
    <w:p w14:paraId="4B0E5D9B" w14:textId="77777777" w:rsidR="00790D6D" w:rsidRDefault="005C58CB">
      <w:pPr>
        <w:spacing w:after="80"/>
        <w:ind w:left="173"/>
      </w:pPr>
      <w:r>
        <w:rPr>
          <w:sz w:val="20"/>
        </w:rPr>
        <w:t>Converting text input into a number allows a (12) ____________________ to be performed.</w:t>
      </w:r>
    </w:p>
    <w:p w14:paraId="0129E9BD" w14:textId="77777777" w:rsidR="00790D6D" w:rsidRDefault="005C58CB">
      <w:pPr>
        <w:spacing w:after="80"/>
        <w:ind w:left="173"/>
      </w:pPr>
      <w:r>
        <w:rPr>
          <w:sz w:val="20"/>
        </w:rPr>
        <w:t>Joining strings together is called (13) ____________________.</w:t>
      </w:r>
    </w:p>
    <w:p w14:paraId="3FF8B6C0" w14:textId="77777777" w:rsidR="00790D6D" w:rsidRDefault="00790D6D">
      <w:pPr>
        <w:spacing w:after="40"/>
      </w:pPr>
    </w:p>
    <w:p w14:paraId="4387BB58" w14:textId="77777777" w:rsidR="00790D6D" w:rsidRDefault="005C58CB">
      <w:pPr>
        <w:pStyle w:val="Heading2"/>
        <w:keepLines w:val="0"/>
        <w:spacing w:after="40"/>
      </w:pPr>
      <w:r>
        <w:rPr>
          <w:rFonts w:ascii="Arial" w:hAnsi="Arial"/>
          <w:sz w:val="25"/>
        </w:rPr>
        <w:t>Activity 11 - Strings, arrays and records</w:t>
      </w:r>
    </w:p>
    <w:p w14:paraId="492AEADF" w14:textId="77777777" w:rsidR="00790D6D" w:rsidRDefault="005C58CB">
      <w:pPr>
        <w:keepNext/>
        <w:spacing w:after="80"/>
      </w:pPr>
      <w:r>
        <w:rPr>
          <w:i/>
          <w:color w:val="505050"/>
          <w:sz w:val="19"/>
        </w:rPr>
        <w:t>Fill in the blanks using each word or phrase once.</w:t>
      </w:r>
    </w:p>
    <w:p w14:paraId="0E8146EE" w14:textId="77777777" w:rsidR="00790D6D" w:rsidRDefault="005C58CB">
      <w:pPr>
        <w:keepNext/>
        <w:spacing w:after="120"/>
      </w:pPr>
      <w:r>
        <w:rPr>
          <w:b/>
          <w:sz w:val="19"/>
        </w:rPr>
        <w:t xml:space="preserve">Word bank: </w:t>
      </w:r>
      <w:r>
        <w:rPr>
          <w:sz w:val="19"/>
        </w:rPr>
        <w:t>array, static, fixed length, one-dimensional array, element, column, concatenation, field, table, index, row, record, string manipulation, two-dimensional array, slicing</w:t>
      </w:r>
    </w:p>
    <w:p w14:paraId="108ACABE" w14:textId="77777777" w:rsidR="00790D6D" w:rsidRDefault="005C58CB">
      <w:pPr>
        <w:spacing w:after="80"/>
        <w:ind w:left="173"/>
      </w:pPr>
      <w:r>
        <w:rPr>
          <w:sz w:val="20"/>
        </w:rPr>
        <w:t>Changing or processing text is called (1) ____________________.</w:t>
      </w:r>
    </w:p>
    <w:p w14:paraId="379089EE" w14:textId="77777777" w:rsidR="00790D6D" w:rsidRDefault="005C58CB">
      <w:pPr>
        <w:spacing w:after="80"/>
        <w:ind w:left="173"/>
      </w:pPr>
      <w:r>
        <w:rPr>
          <w:sz w:val="20"/>
        </w:rPr>
        <w:t>Joining strings together is (2) ____________________.</w:t>
      </w:r>
    </w:p>
    <w:p w14:paraId="3F083E10" w14:textId="77777777" w:rsidR="00790D6D" w:rsidRDefault="005C58CB">
      <w:pPr>
        <w:spacing w:after="80"/>
        <w:ind w:left="173"/>
      </w:pPr>
      <w:r>
        <w:rPr>
          <w:sz w:val="20"/>
        </w:rPr>
        <w:t>Extracting part of a string is (3) ____________________.</w:t>
      </w:r>
    </w:p>
    <w:p w14:paraId="3A41B40B" w14:textId="77777777" w:rsidR="00790D6D" w:rsidRDefault="005C58CB">
      <w:pPr>
        <w:spacing w:after="80"/>
        <w:ind w:left="173"/>
      </w:pPr>
      <w:r>
        <w:rPr>
          <w:sz w:val="20"/>
        </w:rPr>
        <w:t>The position of an item in a string or array is its (4) ____________________.</w:t>
      </w:r>
    </w:p>
    <w:p w14:paraId="05A4E7BC" w14:textId="77777777" w:rsidR="00790D6D" w:rsidRDefault="005C58CB">
      <w:pPr>
        <w:spacing w:after="80"/>
        <w:ind w:left="173"/>
      </w:pPr>
      <w:r>
        <w:rPr>
          <w:sz w:val="20"/>
        </w:rPr>
        <w:t>An (5) ____________________ stores multiple values under one name.</w:t>
      </w:r>
    </w:p>
    <w:p w14:paraId="225AD3B1" w14:textId="77777777" w:rsidR="00790D6D" w:rsidRDefault="005C58CB">
      <w:pPr>
        <w:spacing w:after="80"/>
        <w:ind w:left="173"/>
      </w:pPr>
      <w:r>
        <w:rPr>
          <w:sz w:val="20"/>
        </w:rPr>
        <w:t>A (6) ____________________ is a single list of values.</w:t>
      </w:r>
    </w:p>
    <w:p w14:paraId="1177F037" w14:textId="77777777" w:rsidR="00790D6D" w:rsidRDefault="005C58CB">
      <w:pPr>
        <w:spacing w:after="80"/>
        <w:ind w:left="173"/>
      </w:pPr>
      <w:r>
        <w:rPr>
          <w:sz w:val="20"/>
        </w:rPr>
        <w:t>A (7) ____________________ uses rows and columns.</w:t>
      </w:r>
    </w:p>
    <w:p w14:paraId="41472953" w14:textId="77777777" w:rsidR="00790D6D" w:rsidRDefault="005C58CB">
      <w:pPr>
        <w:spacing w:after="80"/>
        <w:ind w:left="173"/>
      </w:pPr>
      <w:r>
        <w:rPr>
          <w:sz w:val="20"/>
        </w:rPr>
        <w:t>An individual item in an array is an (8) ____________________.</w:t>
      </w:r>
    </w:p>
    <w:p w14:paraId="62092998" w14:textId="77777777" w:rsidR="00790D6D" w:rsidRDefault="005C58CB">
      <w:pPr>
        <w:spacing w:after="80"/>
        <w:ind w:left="173"/>
      </w:pPr>
      <w:r>
        <w:rPr>
          <w:sz w:val="20"/>
        </w:rPr>
        <w:t>OCR treats arrays as (9) ____________________ structures.</w:t>
      </w:r>
    </w:p>
    <w:p w14:paraId="148DA142" w14:textId="77777777" w:rsidR="00790D6D" w:rsidRDefault="005C58CB">
      <w:pPr>
        <w:spacing w:after="80"/>
        <w:ind w:left="173"/>
      </w:pPr>
      <w:r>
        <w:rPr>
          <w:sz w:val="20"/>
        </w:rPr>
        <w:t>A (10) ____________________ stores related data about one item or person.</w:t>
      </w:r>
    </w:p>
    <w:p w14:paraId="1870302E" w14:textId="77777777" w:rsidR="00790D6D" w:rsidRDefault="005C58CB">
      <w:pPr>
        <w:spacing w:after="80"/>
        <w:ind w:left="173"/>
      </w:pPr>
      <w:r>
        <w:rPr>
          <w:sz w:val="20"/>
        </w:rPr>
        <w:t>A (11) ____________________ is one piece of data in a record.</w:t>
      </w:r>
    </w:p>
    <w:p w14:paraId="22F507F7" w14:textId="77777777" w:rsidR="00790D6D" w:rsidRDefault="005C58CB">
      <w:pPr>
        <w:spacing w:after="80"/>
        <w:ind w:left="173"/>
      </w:pPr>
      <w:r>
        <w:rPr>
          <w:sz w:val="20"/>
        </w:rPr>
        <w:t>A 2D array can emulate a database (12) ____________________.</w:t>
      </w:r>
    </w:p>
    <w:p w14:paraId="2D3F4B80" w14:textId="77777777" w:rsidR="00790D6D" w:rsidRDefault="005C58CB">
      <w:pPr>
        <w:spacing w:after="80"/>
        <w:ind w:left="173"/>
      </w:pPr>
      <w:r>
        <w:rPr>
          <w:sz w:val="20"/>
        </w:rPr>
        <w:t>In a table, a record is represented by a (13) ____________________.</w:t>
      </w:r>
    </w:p>
    <w:p w14:paraId="70402CE3" w14:textId="77777777" w:rsidR="00790D6D" w:rsidRDefault="005C58CB">
      <w:pPr>
        <w:spacing w:after="80"/>
        <w:ind w:left="173"/>
      </w:pPr>
      <w:r>
        <w:rPr>
          <w:sz w:val="20"/>
        </w:rPr>
        <w:t>In a table, a field is represented by a (14) ____________________.</w:t>
      </w:r>
    </w:p>
    <w:p w14:paraId="6906F3ED" w14:textId="77777777" w:rsidR="00790D6D" w:rsidRDefault="005C58CB">
      <w:pPr>
        <w:spacing w:after="80"/>
        <w:ind w:left="173"/>
      </w:pPr>
      <w:r>
        <w:rPr>
          <w:sz w:val="20"/>
        </w:rPr>
        <w:t>Fixed length structures are also described as (15) ____________________.</w:t>
      </w:r>
    </w:p>
    <w:p w14:paraId="4AC8C7DA" w14:textId="77777777" w:rsidR="00790D6D" w:rsidRDefault="00790D6D">
      <w:pPr>
        <w:spacing w:after="40"/>
      </w:pPr>
    </w:p>
    <w:p w14:paraId="13A7E099" w14:textId="77777777" w:rsidR="00790D6D" w:rsidRDefault="005C58CB">
      <w:pPr>
        <w:pStyle w:val="Heading2"/>
        <w:keepLines w:val="0"/>
        <w:spacing w:after="40"/>
      </w:pPr>
      <w:r>
        <w:rPr>
          <w:rFonts w:ascii="Arial" w:hAnsi="Arial"/>
          <w:sz w:val="25"/>
        </w:rPr>
        <w:t>Activity 12 - File handling, SQL and random numbers</w:t>
      </w:r>
    </w:p>
    <w:p w14:paraId="2A5FFE5D" w14:textId="77777777" w:rsidR="00790D6D" w:rsidRDefault="005C58CB">
      <w:pPr>
        <w:keepNext/>
        <w:spacing w:after="80"/>
      </w:pPr>
      <w:r>
        <w:rPr>
          <w:i/>
          <w:color w:val="505050"/>
          <w:sz w:val="19"/>
        </w:rPr>
        <w:t>Complete the statements about additional programming techniques.</w:t>
      </w:r>
    </w:p>
    <w:p w14:paraId="3FADF2C7" w14:textId="77777777" w:rsidR="00790D6D" w:rsidRDefault="005C58CB">
      <w:pPr>
        <w:keepNext/>
        <w:spacing w:after="120"/>
      </w:pPr>
      <w:r>
        <w:rPr>
          <w:b/>
          <w:sz w:val="19"/>
        </w:rPr>
        <w:t xml:space="preserve">Word bank: </w:t>
      </w:r>
      <w:r>
        <w:rPr>
          <w:sz w:val="19"/>
        </w:rPr>
        <w:t>close, SELECT, random number, search, write, FROM, query, record, range, database, read, WHERE, file handling, text file, open</w:t>
      </w:r>
    </w:p>
    <w:p w14:paraId="0F479097" w14:textId="77777777" w:rsidR="00790D6D" w:rsidRDefault="005C58CB">
      <w:pPr>
        <w:spacing w:after="80"/>
        <w:ind w:left="173"/>
      </w:pPr>
      <w:r>
        <w:rPr>
          <w:sz w:val="20"/>
        </w:rPr>
        <w:t>(1) ____________________ allows a program to work with data stored outside the program.</w:t>
      </w:r>
    </w:p>
    <w:p w14:paraId="4782B198" w14:textId="77777777" w:rsidR="00790D6D" w:rsidRDefault="005C58CB">
      <w:pPr>
        <w:spacing w:after="80"/>
        <w:ind w:left="173"/>
      </w:pPr>
      <w:r>
        <w:rPr>
          <w:sz w:val="20"/>
        </w:rPr>
        <w:t>The (2) ____________________ operation prepares a file for use.</w:t>
      </w:r>
    </w:p>
    <w:p w14:paraId="7BE3EBA8" w14:textId="77777777" w:rsidR="00790D6D" w:rsidRDefault="005C58CB">
      <w:pPr>
        <w:spacing w:after="80"/>
        <w:ind w:left="173"/>
      </w:pPr>
      <w:r>
        <w:rPr>
          <w:sz w:val="20"/>
        </w:rPr>
        <w:t>The (3) ____________________ operation gets data from a file.</w:t>
      </w:r>
    </w:p>
    <w:p w14:paraId="71D48B42" w14:textId="77777777" w:rsidR="00790D6D" w:rsidRDefault="005C58CB">
      <w:pPr>
        <w:spacing w:after="80"/>
        <w:ind w:left="173"/>
      </w:pPr>
      <w:r>
        <w:rPr>
          <w:sz w:val="20"/>
        </w:rPr>
        <w:t>The (4) ____________________ operation saves data to a file.</w:t>
      </w:r>
    </w:p>
    <w:p w14:paraId="01EF4D4E" w14:textId="77777777" w:rsidR="00790D6D" w:rsidRDefault="005C58CB">
      <w:pPr>
        <w:spacing w:after="80"/>
        <w:ind w:left="173"/>
      </w:pPr>
      <w:r>
        <w:rPr>
          <w:sz w:val="20"/>
        </w:rPr>
        <w:t>The (5) ____________________ operation finishes access to a file.</w:t>
      </w:r>
    </w:p>
    <w:p w14:paraId="54755338" w14:textId="77777777" w:rsidR="00790D6D" w:rsidRDefault="005C58CB">
      <w:pPr>
        <w:spacing w:after="80"/>
        <w:ind w:left="173"/>
      </w:pPr>
      <w:r>
        <w:rPr>
          <w:sz w:val="20"/>
        </w:rPr>
        <w:t>SQL can be used to (6) ____________________ for data in a (7) ____________________.</w:t>
      </w:r>
    </w:p>
    <w:p w14:paraId="340679CB" w14:textId="77777777" w:rsidR="00790D6D" w:rsidRDefault="005C58CB">
      <w:pPr>
        <w:spacing w:after="80"/>
        <w:ind w:left="173"/>
      </w:pPr>
      <w:r>
        <w:rPr>
          <w:sz w:val="20"/>
        </w:rPr>
        <w:t>The (8) ____________________ command chooses the fields to display.</w:t>
      </w:r>
    </w:p>
    <w:p w14:paraId="777B212E" w14:textId="77777777" w:rsidR="00790D6D" w:rsidRDefault="005C58CB">
      <w:pPr>
        <w:spacing w:after="80"/>
        <w:ind w:left="173"/>
      </w:pPr>
      <w:r>
        <w:rPr>
          <w:sz w:val="20"/>
        </w:rPr>
        <w:t>The (9) ____________________ command specifies the table being searched.</w:t>
      </w:r>
    </w:p>
    <w:p w14:paraId="49B4EA01" w14:textId="77777777" w:rsidR="00790D6D" w:rsidRDefault="005C58CB">
      <w:pPr>
        <w:spacing w:after="80"/>
        <w:ind w:left="173"/>
      </w:pPr>
      <w:r>
        <w:rPr>
          <w:sz w:val="20"/>
        </w:rPr>
        <w:t>The (10) ____________________ command filters the records returned.</w:t>
      </w:r>
    </w:p>
    <w:p w14:paraId="3C8211CA" w14:textId="77777777" w:rsidR="00790D6D" w:rsidRDefault="005C58CB">
      <w:pPr>
        <w:spacing w:after="80"/>
        <w:ind w:left="173"/>
      </w:pPr>
      <w:r>
        <w:rPr>
          <w:sz w:val="20"/>
        </w:rPr>
        <w:t>An SQL instruction is often called a (11) ____________________.</w:t>
      </w:r>
    </w:p>
    <w:p w14:paraId="64F13BA9" w14:textId="77777777" w:rsidR="00790D6D" w:rsidRDefault="005C58CB">
      <w:pPr>
        <w:spacing w:after="80"/>
        <w:ind w:left="173"/>
      </w:pPr>
      <w:r>
        <w:rPr>
          <w:sz w:val="20"/>
        </w:rPr>
        <w:t>A file may store more than one (12) ____________________.</w:t>
      </w:r>
    </w:p>
    <w:p w14:paraId="158AB4F6" w14:textId="77777777" w:rsidR="00790D6D" w:rsidRDefault="005C58CB">
      <w:pPr>
        <w:spacing w:after="80"/>
        <w:ind w:left="173"/>
      </w:pPr>
      <w:r>
        <w:rPr>
          <w:sz w:val="20"/>
        </w:rPr>
        <w:t>A (13) ____________________ is one common file type for simple data storage.</w:t>
      </w:r>
    </w:p>
    <w:p w14:paraId="054D10CC" w14:textId="77777777" w:rsidR="00790D6D" w:rsidRDefault="005C58CB">
      <w:pPr>
        <w:spacing w:after="80"/>
        <w:ind w:left="173"/>
      </w:pPr>
      <w:r>
        <w:rPr>
          <w:sz w:val="20"/>
        </w:rPr>
        <w:t>A (14) ____________________ can simulate dice throws, choices or unpredictability.</w:t>
      </w:r>
    </w:p>
    <w:p w14:paraId="788A03E6" w14:textId="77777777" w:rsidR="00790D6D" w:rsidRDefault="005C58CB">
      <w:pPr>
        <w:spacing w:after="80"/>
        <w:ind w:left="173"/>
      </w:pPr>
      <w:r>
        <w:rPr>
          <w:sz w:val="20"/>
        </w:rPr>
        <w:t>Programs often set a (15) ____________________ to limit generated values.</w:t>
      </w:r>
    </w:p>
    <w:p w14:paraId="61C48BAF" w14:textId="77777777" w:rsidR="00790D6D" w:rsidRDefault="00790D6D">
      <w:pPr>
        <w:spacing w:after="40"/>
      </w:pPr>
    </w:p>
    <w:p w14:paraId="4C2F9F9A" w14:textId="77777777" w:rsidR="00790D6D" w:rsidRDefault="005C58CB">
      <w:pPr>
        <w:pStyle w:val="Heading2"/>
        <w:keepLines w:val="0"/>
        <w:spacing w:after="40"/>
      </w:pPr>
      <w:r>
        <w:rPr>
          <w:rFonts w:ascii="Arial" w:hAnsi="Arial"/>
          <w:sz w:val="25"/>
        </w:rPr>
        <w:lastRenderedPageBreak/>
        <w:t>Activity 13 - Sub programs, scope and structured code</w:t>
      </w:r>
    </w:p>
    <w:p w14:paraId="5A0AA76B" w14:textId="77777777" w:rsidR="00790D6D" w:rsidRDefault="005C58CB">
      <w:pPr>
        <w:keepNext/>
        <w:spacing w:after="80"/>
      </w:pPr>
      <w:r>
        <w:rPr>
          <w:i/>
          <w:color w:val="505050"/>
          <w:sz w:val="19"/>
        </w:rPr>
        <w:t>Complete the statements about functions and procedures.</w:t>
      </w:r>
    </w:p>
    <w:p w14:paraId="65C590DB" w14:textId="77777777" w:rsidR="00790D6D" w:rsidRDefault="005C58CB">
      <w:pPr>
        <w:keepNext/>
        <w:spacing w:after="120"/>
      </w:pPr>
      <w:r>
        <w:rPr>
          <w:b/>
          <w:sz w:val="19"/>
        </w:rPr>
        <w:t xml:space="preserve">Word bank: </w:t>
      </w:r>
      <w:r>
        <w:rPr>
          <w:sz w:val="19"/>
        </w:rPr>
        <w:t>procedure, local variable, function, global variable, structured code, parameter, constants, modular, sub program, scope, call, return value, debugging, array, reusable</w:t>
      </w:r>
    </w:p>
    <w:p w14:paraId="67530B5B" w14:textId="77777777" w:rsidR="00790D6D" w:rsidRDefault="005C58CB">
      <w:pPr>
        <w:spacing w:after="80"/>
        <w:ind w:left="173"/>
      </w:pPr>
      <w:r>
        <w:rPr>
          <w:sz w:val="20"/>
        </w:rPr>
        <w:t>A (1) ____________________ is a named block of code that can be used when needed.</w:t>
      </w:r>
    </w:p>
    <w:p w14:paraId="77E78E2D" w14:textId="77777777" w:rsidR="00790D6D" w:rsidRDefault="005C58CB">
      <w:pPr>
        <w:spacing w:after="80"/>
        <w:ind w:left="173"/>
      </w:pPr>
      <w:r>
        <w:rPr>
          <w:sz w:val="20"/>
        </w:rPr>
        <w:t>A (2) ____________________ returns a value.</w:t>
      </w:r>
    </w:p>
    <w:p w14:paraId="094658AD" w14:textId="77777777" w:rsidR="00790D6D" w:rsidRDefault="005C58CB">
      <w:pPr>
        <w:spacing w:after="80"/>
        <w:ind w:left="173"/>
      </w:pPr>
      <w:r>
        <w:rPr>
          <w:sz w:val="20"/>
        </w:rPr>
        <w:t>A (3) ____________________ performs a task without necessarily returning a value.</w:t>
      </w:r>
    </w:p>
    <w:p w14:paraId="6AC48FEE" w14:textId="77777777" w:rsidR="00790D6D" w:rsidRDefault="005C58CB">
      <w:pPr>
        <w:spacing w:after="80"/>
        <w:ind w:left="173"/>
      </w:pPr>
      <w:r>
        <w:rPr>
          <w:sz w:val="20"/>
        </w:rPr>
        <w:t>Data passed into a sub program may be a (4) ____________________.</w:t>
      </w:r>
    </w:p>
    <w:p w14:paraId="11D28850" w14:textId="77777777" w:rsidR="00790D6D" w:rsidRDefault="005C58CB">
      <w:pPr>
        <w:spacing w:after="80"/>
        <w:ind w:left="173"/>
      </w:pPr>
      <w:r>
        <w:rPr>
          <w:sz w:val="20"/>
        </w:rPr>
        <w:t>Data sent back by a function is the (5) ____________________.</w:t>
      </w:r>
    </w:p>
    <w:p w14:paraId="54C41949" w14:textId="77777777" w:rsidR="00790D6D" w:rsidRDefault="005C58CB">
      <w:pPr>
        <w:spacing w:after="80"/>
        <w:ind w:left="173"/>
      </w:pPr>
      <w:r>
        <w:rPr>
          <w:sz w:val="20"/>
        </w:rPr>
        <w:t>A (6) ____________________ exists only inside a particular sub program.</w:t>
      </w:r>
    </w:p>
    <w:p w14:paraId="020AF684" w14:textId="77777777" w:rsidR="00790D6D" w:rsidRDefault="005C58CB">
      <w:pPr>
        <w:spacing w:after="80"/>
        <w:ind w:left="173"/>
      </w:pPr>
      <w:r>
        <w:rPr>
          <w:sz w:val="20"/>
        </w:rPr>
        <w:t>A (7) ____________________ can be accessed more widely in a program.</w:t>
      </w:r>
    </w:p>
    <w:p w14:paraId="799FD621" w14:textId="77777777" w:rsidR="00790D6D" w:rsidRDefault="005C58CB">
      <w:pPr>
        <w:spacing w:after="80"/>
        <w:ind w:left="173"/>
      </w:pPr>
      <w:r>
        <w:rPr>
          <w:sz w:val="20"/>
        </w:rPr>
        <w:t>The part of a program where a variable can be used is its (8) ____________________.</w:t>
      </w:r>
    </w:p>
    <w:p w14:paraId="03E6A854" w14:textId="77777777" w:rsidR="00790D6D" w:rsidRDefault="005C58CB">
      <w:pPr>
        <w:spacing w:after="80"/>
        <w:ind w:left="173"/>
      </w:pPr>
      <w:r>
        <w:rPr>
          <w:sz w:val="20"/>
        </w:rPr>
        <w:t>Sub programs help produce (9) ____________________.</w:t>
      </w:r>
    </w:p>
    <w:p w14:paraId="42D45E21" w14:textId="77777777" w:rsidR="00790D6D" w:rsidRDefault="005C58CB">
      <w:pPr>
        <w:spacing w:after="80"/>
        <w:ind w:left="173"/>
      </w:pPr>
      <w:r>
        <w:rPr>
          <w:sz w:val="20"/>
        </w:rPr>
        <w:t>Code that can be used again is (10) ____________________.</w:t>
      </w:r>
    </w:p>
    <w:p w14:paraId="682BF9FE" w14:textId="77777777" w:rsidR="00790D6D" w:rsidRDefault="005C58CB">
      <w:pPr>
        <w:spacing w:after="80"/>
        <w:ind w:left="173"/>
      </w:pPr>
      <w:r>
        <w:rPr>
          <w:sz w:val="20"/>
        </w:rPr>
        <w:t>Smaller modules can make (11) ____________________ easier.</w:t>
      </w:r>
    </w:p>
    <w:p w14:paraId="7A227596" w14:textId="77777777" w:rsidR="00790D6D" w:rsidRDefault="005C58CB">
      <w:pPr>
        <w:spacing w:after="80"/>
        <w:ind w:left="173"/>
      </w:pPr>
      <w:r>
        <w:rPr>
          <w:sz w:val="20"/>
        </w:rPr>
        <w:t>An (12) ____________________ can be passed to or returned from a sub program.</w:t>
      </w:r>
    </w:p>
    <w:p w14:paraId="17060669" w14:textId="77777777" w:rsidR="00790D6D" w:rsidRDefault="005C58CB">
      <w:pPr>
        <w:spacing w:after="80"/>
        <w:ind w:left="173"/>
      </w:pPr>
      <w:r>
        <w:rPr>
          <w:sz w:val="20"/>
        </w:rPr>
        <w:t>To run a sub program, the program makes a (13) ____________________.</w:t>
      </w:r>
    </w:p>
    <w:p w14:paraId="5D30BAFE" w14:textId="77777777" w:rsidR="00790D6D" w:rsidRDefault="005C58CB">
      <w:pPr>
        <w:spacing w:after="80"/>
        <w:ind w:left="173"/>
      </w:pPr>
      <w:r>
        <w:rPr>
          <w:sz w:val="20"/>
        </w:rPr>
        <w:t>Breaking a program into sections is (14) ____________________ design.</w:t>
      </w:r>
    </w:p>
    <w:p w14:paraId="31827BBD" w14:textId="77777777" w:rsidR="00790D6D" w:rsidRDefault="005C58CB">
      <w:pPr>
        <w:spacing w:after="80"/>
        <w:ind w:left="173"/>
      </w:pPr>
      <w:r>
        <w:rPr>
          <w:sz w:val="20"/>
        </w:rPr>
        <w:t>Named fixed values used in a program are (15) ____________________.</w:t>
      </w:r>
    </w:p>
    <w:p w14:paraId="75D1D6DA" w14:textId="77777777" w:rsidR="00790D6D" w:rsidRDefault="00790D6D">
      <w:pPr>
        <w:spacing w:after="40"/>
      </w:pPr>
    </w:p>
    <w:p w14:paraId="0E2C5732" w14:textId="77777777" w:rsidR="00790D6D" w:rsidRDefault="005C58CB">
      <w:pPr>
        <w:pStyle w:val="Heading2"/>
        <w:keepLines w:val="0"/>
        <w:spacing w:after="40"/>
      </w:pPr>
      <w:r>
        <w:rPr>
          <w:rFonts w:ascii="Arial" w:hAnsi="Arial"/>
          <w:sz w:val="25"/>
        </w:rPr>
        <w:t>Activity 14 - Programming scenario vocabulary</w:t>
      </w:r>
    </w:p>
    <w:p w14:paraId="5619BF27" w14:textId="77777777" w:rsidR="00790D6D" w:rsidRDefault="005C58CB">
      <w:pPr>
        <w:keepNext/>
        <w:spacing w:after="80"/>
      </w:pPr>
      <w:r>
        <w:rPr>
          <w:i/>
          <w:color w:val="505050"/>
          <w:sz w:val="19"/>
        </w:rPr>
        <w:t>Use the word bank to complete the programming scenario statements.</w:t>
      </w:r>
    </w:p>
    <w:p w14:paraId="34C71888" w14:textId="77777777" w:rsidR="00790D6D" w:rsidRDefault="005C58CB">
      <w:pPr>
        <w:keepNext/>
        <w:spacing w:after="120"/>
      </w:pPr>
      <w:r>
        <w:rPr>
          <w:b/>
          <w:sz w:val="19"/>
        </w:rPr>
        <w:t xml:space="preserve">Word bank: </w:t>
      </w:r>
      <w:r>
        <w:rPr>
          <w:sz w:val="19"/>
        </w:rPr>
        <w:t>iteration, operator, counter, selection, input, assignment, output, variable, initialisation, increment, condition, accumulator</w:t>
      </w:r>
    </w:p>
    <w:p w14:paraId="5504D952" w14:textId="77777777" w:rsidR="00790D6D" w:rsidRDefault="005C58CB">
      <w:pPr>
        <w:spacing w:after="80"/>
        <w:ind w:left="173"/>
      </w:pPr>
      <w:r>
        <w:rPr>
          <w:sz w:val="20"/>
        </w:rPr>
        <w:t>Setting a starting value for a variable is (1) ____________________.</w:t>
      </w:r>
    </w:p>
    <w:p w14:paraId="3611F64E" w14:textId="77777777" w:rsidR="00790D6D" w:rsidRDefault="005C58CB">
      <w:pPr>
        <w:spacing w:after="80"/>
        <w:ind w:left="173"/>
      </w:pPr>
      <w:r>
        <w:rPr>
          <w:sz w:val="20"/>
        </w:rPr>
        <w:t>Adding one to a value is an (2) ____________________.</w:t>
      </w:r>
    </w:p>
    <w:p w14:paraId="6A22EE2B" w14:textId="77777777" w:rsidR="00790D6D" w:rsidRDefault="005C58CB">
      <w:pPr>
        <w:spacing w:after="80"/>
        <w:ind w:left="173"/>
      </w:pPr>
      <w:r>
        <w:rPr>
          <w:sz w:val="20"/>
        </w:rPr>
        <w:t>A running total often uses an (3) ____________________.</w:t>
      </w:r>
    </w:p>
    <w:p w14:paraId="5917CDAC" w14:textId="77777777" w:rsidR="00790D6D" w:rsidRDefault="005C58CB">
      <w:pPr>
        <w:spacing w:after="80"/>
        <w:ind w:left="173"/>
      </w:pPr>
      <w:r>
        <w:rPr>
          <w:sz w:val="20"/>
        </w:rPr>
        <w:t>A variable that counts repetitions often acts as a (4) ____________________.</w:t>
      </w:r>
    </w:p>
    <w:p w14:paraId="013A2877" w14:textId="77777777" w:rsidR="00790D6D" w:rsidRDefault="005C58CB">
      <w:pPr>
        <w:spacing w:after="80"/>
        <w:ind w:left="173"/>
      </w:pPr>
      <w:r>
        <w:rPr>
          <w:sz w:val="20"/>
        </w:rPr>
        <w:t>An IF statement is an example of (5) ____________________.</w:t>
      </w:r>
    </w:p>
    <w:p w14:paraId="2F2EFCB4" w14:textId="77777777" w:rsidR="00790D6D" w:rsidRDefault="005C58CB">
      <w:pPr>
        <w:spacing w:after="80"/>
        <w:ind w:left="173"/>
      </w:pPr>
      <w:r>
        <w:rPr>
          <w:sz w:val="20"/>
        </w:rPr>
        <w:t>A loop is an example of (6) ____________________.</w:t>
      </w:r>
    </w:p>
    <w:p w14:paraId="38A143F5" w14:textId="77777777" w:rsidR="00790D6D" w:rsidRDefault="005C58CB">
      <w:pPr>
        <w:spacing w:after="80"/>
        <w:ind w:left="173"/>
      </w:pPr>
      <w:r>
        <w:rPr>
          <w:sz w:val="20"/>
        </w:rPr>
        <w:t>A Boolean test used by a loop or decision is a (7) ____________________.</w:t>
      </w:r>
    </w:p>
    <w:p w14:paraId="1DB8E6AF" w14:textId="77777777" w:rsidR="00790D6D" w:rsidRDefault="005C58CB">
      <w:pPr>
        <w:spacing w:after="80"/>
        <w:ind w:left="173"/>
      </w:pPr>
      <w:r>
        <w:rPr>
          <w:sz w:val="20"/>
        </w:rPr>
        <w:t>Data entered by a user is (8) ____________________.</w:t>
      </w:r>
    </w:p>
    <w:p w14:paraId="59768D1B" w14:textId="77777777" w:rsidR="00790D6D" w:rsidRDefault="005C58CB">
      <w:pPr>
        <w:spacing w:after="80"/>
        <w:ind w:left="173"/>
      </w:pPr>
      <w:r>
        <w:rPr>
          <w:sz w:val="20"/>
        </w:rPr>
        <w:t>Data shown to the user is (9) ____________________.</w:t>
      </w:r>
    </w:p>
    <w:p w14:paraId="3410343A" w14:textId="77777777" w:rsidR="00790D6D" w:rsidRDefault="005C58CB">
      <w:pPr>
        <w:spacing w:after="80"/>
        <w:ind w:left="173"/>
      </w:pPr>
      <w:r>
        <w:rPr>
          <w:sz w:val="20"/>
        </w:rPr>
        <w:t>Putting a value into a variable is (10) ____________________.</w:t>
      </w:r>
    </w:p>
    <w:p w14:paraId="6CB072BA" w14:textId="77777777" w:rsidR="00790D6D" w:rsidRDefault="005C58CB">
      <w:pPr>
        <w:spacing w:after="80"/>
        <w:ind w:left="173"/>
      </w:pPr>
      <w:r>
        <w:rPr>
          <w:sz w:val="20"/>
        </w:rPr>
        <w:t>A named storage location is a (11) ____________________.</w:t>
      </w:r>
    </w:p>
    <w:p w14:paraId="482E4BB8" w14:textId="77777777" w:rsidR="00790D6D" w:rsidRDefault="005C58CB">
      <w:pPr>
        <w:spacing w:after="80"/>
        <w:ind w:left="173"/>
      </w:pPr>
      <w:r>
        <w:rPr>
          <w:sz w:val="20"/>
        </w:rPr>
        <w:t>A symbol such as +, -, * or / is an (12) ____________________.</w:t>
      </w:r>
    </w:p>
    <w:p w14:paraId="331BBF51" w14:textId="77777777" w:rsidR="00790D6D" w:rsidRDefault="00790D6D">
      <w:pPr>
        <w:spacing w:after="40"/>
      </w:pPr>
    </w:p>
    <w:p w14:paraId="4A87485D" w14:textId="77777777" w:rsidR="00790D6D" w:rsidRDefault="005C58CB">
      <w:r>
        <w:br w:type="page"/>
      </w:r>
    </w:p>
    <w:p w14:paraId="42EFEBA1" w14:textId="77777777" w:rsidR="00790D6D" w:rsidRDefault="005C58CB">
      <w:pPr>
        <w:pStyle w:val="Heading1"/>
        <w:keepNext w:val="0"/>
        <w:keepLines w:val="0"/>
        <w:spacing w:after="120"/>
      </w:pPr>
      <w:r>
        <w:rPr>
          <w:rFonts w:ascii="Arial" w:hAnsi="Arial"/>
          <w:sz w:val="30"/>
        </w:rPr>
        <w:lastRenderedPageBreak/>
        <w:t>2.3 Producing robust programs</w:t>
      </w:r>
    </w:p>
    <w:p w14:paraId="092F6326" w14:textId="77777777" w:rsidR="00790D6D" w:rsidRDefault="005C58CB">
      <w:pPr>
        <w:pStyle w:val="Heading2"/>
        <w:keepLines w:val="0"/>
        <w:spacing w:after="40"/>
      </w:pPr>
      <w:r>
        <w:rPr>
          <w:rFonts w:ascii="Arial" w:hAnsi="Arial"/>
          <w:sz w:val="25"/>
        </w:rPr>
        <w:t>Activity 15 - Defensive design and validation</w:t>
      </w:r>
    </w:p>
    <w:p w14:paraId="79FB4C3E" w14:textId="77777777" w:rsidR="00790D6D" w:rsidRDefault="005C58CB">
      <w:pPr>
        <w:keepNext/>
        <w:spacing w:after="80"/>
      </w:pPr>
      <w:r>
        <w:rPr>
          <w:i/>
          <w:color w:val="505050"/>
          <w:sz w:val="19"/>
        </w:rPr>
        <w:t>Complete the statements about defensive design.</w:t>
      </w:r>
    </w:p>
    <w:p w14:paraId="38A8E381" w14:textId="77777777" w:rsidR="00790D6D" w:rsidRDefault="005C58CB">
      <w:pPr>
        <w:keepNext/>
        <w:spacing w:after="120"/>
      </w:pPr>
      <w:r>
        <w:rPr>
          <w:b/>
          <w:sz w:val="19"/>
        </w:rPr>
        <w:t xml:space="preserve">Word bank: </w:t>
      </w:r>
      <w:r>
        <w:rPr>
          <w:sz w:val="19"/>
        </w:rPr>
        <w:t>type check, username, misuse, input validation, length check, error message, rejected, authentication, defensive design, invalid data, robust, range check, sanitisation, presence check, password</w:t>
      </w:r>
    </w:p>
    <w:p w14:paraId="422CA4CE" w14:textId="77777777" w:rsidR="00790D6D" w:rsidRDefault="005C58CB">
      <w:pPr>
        <w:spacing w:after="80"/>
        <w:ind w:left="173"/>
      </w:pPr>
      <w:r>
        <w:rPr>
          <w:sz w:val="20"/>
        </w:rPr>
        <w:t>(1) ____________________ means designing programs to handle problems before they occur.</w:t>
      </w:r>
    </w:p>
    <w:p w14:paraId="45BB3D9D" w14:textId="77777777" w:rsidR="00790D6D" w:rsidRDefault="005C58CB">
      <w:pPr>
        <w:spacing w:after="80"/>
        <w:ind w:left="173"/>
      </w:pPr>
      <w:r>
        <w:rPr>
          <w:sz w:val="20"/>
        </w:rPr>
        <w:t>A programmer should anticipate likely (2) ____________________ by users.</w:t>
      </w:r>
    </w:p>
    <w:p w14:paraId="3B379484" w14:textId="77777777" w:rsidR="00790D6D" w:rsidRDefault="005C58CB">
      <w:pPr>
        <w:spacing w:after="80"/>
        <w:ind w:left="173"/>
      </w:pPr>
      <w:r>
        <w:rPr>
          <w:sz w:val="20"/>
        </w:rPr>
        <w:t>(3) ____________________ checks data before it is accepted by a program.</w:t>
      </w:r>
    </w:p>
    <w:p w14:paraId="5E4955AE" w14:textId="77777777" w:rsidR="00790D6D" w:rsidRDefault="005C58CB">
      <w:pPr>
        <w:spacing w:after="80"/>
        <w:ind w:left="173"/>
      </w:pPr>
      <w:r>
        <w:rPr>
          <w:sz w:val="20"/>
        </w:rPr>
        <w:t>(4) ____________________ confirms the identity of a user.</w:t>
      </w:r>
    </w:p>
    <w:p w14:paraId="3E68EA39" w14:textId="77777777" w:rsidR="00790D6D" w:rsidRDefault="005C58CB">
      <w:pPr>
        <w:spacing w:after="80"/>
        <w:ind w:left="173"/>
      </w:pPr>
      <w:r>
        <w:rPr>
          <w:sz w:val="20"/>
        </w:rPr>
        <w:t>A simple login may ask for a (5) ____________________ and a (6) ____________________.</w:t>
      </w:r>
    </w:p>
    <w:p w14:paraId="59EE69C4" w14:textId="77777777" w:rsidR="00790D6D" w:rsidRDefault="005C58CB">
      <w:pPr>
        <w:spacing w:after="80"/>
        <w:ind w:left="173"/>
      </w:pPr>
      <w:r>
        <w:rPr>
          <w:sz w:val="20"/>
        </w:rPr>
        <w:t>A (7) ____________________ checks whether a number is between given limits.</w:t>
      </w:r>
    </w:p>
    <w:p w14:paraId="2A5C74F9" w14:textId="77777777" w:rsidR="00790D6D" w:rsidRDefault="005C58CB">
      <w:pPr>
        <w:spacing w:after="80"/>
        <w:ind w:left="173"/>
      </w:pPr>
      <w:r>
        <w:rPr>
          <w:sz w:val="20"/>
        </w:rPr>
        <w:t>A (8) ____________________ checks the number of characters entered.</w:t>
      </w:r>
    </w:p>
    <w:p w14:paraId="38003618" w14:textId="77777777" w:rsidR="00790D6D" w:rsidRDefault="005C58CB">
      <w:pPr>
        <w:spacing w:after="80"/>
        <w:ind w:left="173"/>
      </w:pPr>
      <w:r>
        <w:rPr>
          <w:sz w:val="20"/>
        </w:rPr>
        <w:t>A (9) ____________________ checks whether the data is the correct kind of data.</w:t>
      </w:r>
    </w:p>
    <w:p w14:paraId="7B28150D" w14:textId="77777777" w:rsidR="00790D6D" w:rsidRDefault="005C58CB">
      <w:pPr>
        <w:spacing w:after="80"/>
        <w:ind w:left="173"/>
      </w:pPr>
      <w:r>
        <w:rPr>
          <w:sz w:val="20"/>
        </w:rPr>
        <w:t>A (10) ____________________ checks that required data has not been left blank.</w:t>
      </w:r>
    </w:p>
    <w:p w14:paraId="4BBC87DC" w14:textId="77777777" w:rsidR="00790D6D" w:rsidRDefault="005C58CB">
      <w:pPr>
        <w:spacing w:after="80"/>
        <w:ind w:left="173"/>
      </w:pPr>
      <w:r>
        <w:rPr>
          <w:sz w:val="20"/>
        </w:rPr>
        <w:t>(11) ____________________ should be handled safely by the program.</w:t>
      </w:r>
    </w:p>
    <w:p w14:paraId="1AB4F1BE" w14:textId="77777777" w:rsidR="00790D6D" w:rsidRDefault="005C58CB">
      <w:pPr>
        <w:spacing w:after="80"/>
        <w:ind w:left="173"/>
      </w:pPr>
      <w:r>
        <w:rPr>
          <w:sz w:val="20"/>
        </w:rPr>
        <w:t>Bad data should be (12) ____________________ or requested again.</w:t>
      </w:r>
    </w:p>
    <w:p w14:paraId="2AAAD24D" w14:textId="77777777" w:rsidR="00790D6D" w:rsidRDefault="005C58CB">
      <w:pPr>
        <w:spacing w:after="80"/>
        <w:ind w:left="173"/>
      </w:pPr>
      <w:r>
        <w:rPr>
          <w:sz w:val="20"/>
        </w:rPr>
        <w:t>A clear (13) ____________________ helps the user correct a problem.</w:t>
      </w:r>
    </w:p>
    <w:p w14:paraId="7652AA5D" w14:textId="77777777" w:rsidR="00790D6D" w:rsidRDefault="005C58CB">
      <w:pPr>
        <w:spacing w:after="80"/>
        <w:ind w:left="173"/>
      </w:pPr>
      <w:r>
        <w:rPr>
          <w:sz w:val="20"/>
        </w:rPr>
        <w:t>A program is (14) ____________________ if it copes well with unexpected input.</w:t>
      </w:r>
    </w:p>
    <w:p w14:paraId="5C5E9C2F" w14:textId="77777777" w:rsidR="00790D6D" w:rsidRDefault="005C58CB">
      <w:pPr>
        <w:spacing w:after="80"/>
        <w:ind w:left="173"/>
      </w:pPr>
      <w:r>
        <w:rPr>
          <w:sz w:val="20"/>
        </w:rPr>
        <w:t>(15) ____________________ can remove or escape dangerous characters from input.</w:t>
      </w:r>
    </w:p>
    <w:p w14:paraId="349A8E38" w14:textId="77777777" w:rsidR="00790D6D" w:rsidRDefault="00790D6D">
      <w:pPr>
        <w:spacing w:after="40"/>
      </w:pPr>
    </w:p>
    <w:p w14:paraId="284EB756" w14:textId="77777777" w:rsidR="00790D6D" w:rsidRDefault="005C58CB">
      <w:pPr>
        <w:pStyle w:val="Heading2"/>
        <w:keepLines w:val="0"/>
        <w:spacing w:after="40"/>
      </w:pPr>
      <w:r>
        <w:rPr>
          <w:rFonts w:ascii="Arial" w:hAnsi="Arial"/>
          <w:sz w:val="25"/>
        </w:rPr>
        <w:t>Activity 16 - Maintainability</w:t>
      </w:r>
    </w:p>
    <w:p w14:paraId="6EDC3289" w14:textId="77777777" w:rsidR="00790D6D" w:rsidRDefault="005C58CB">
      <w:pPr>
        <w:keepNext/>
        <w:spacing w:after="80"/>
      </w:pPr>
      <w:r>
        <w:rPr>
          <w:i/>
          <w:color w:val="505050"/>
          <w:sz w:val="19"/>
        </w:rPr>
        <w:t>Complete the maintainability statements.</w:t>
      </w:r>
    </w:p>
    <w:p w14:paraId="108B98E0" w14:textId="77777777" w:rsidR="00790D6D" w:rsidRDefault="005C58CB">
      <w:pPr>
        <w:keepNext/>
        <w:spacing w:after="120"/>
      </w:pPr>
      <w:r>
        <w:rPr>
          <w:b/>
          <w:sz w:val="19"/>
        </w:rPr>
        <w:t xml:space="preserve">Word bank: </w:t>
      </w:r>
      <w:r>
        <w:rPr>
          <w:sz w:val="19"/>
        </w:rPr>
        <w:t>documentation, constants, debug, modular, camelCase, collaboration, update, sub programs, indentation, commenting, maintainability, naming conventions, readability</w:t>
      </w:r>
    </w:p>
    <w:p w14:paraId="56747A74" w14:textId="77777777" w:rsidR="00790D6D" w:rsidRDefault="005C58CB">
      <w:pPr>
        <w:spacing w:after="80"/>
        <w:ind w:left="173"/>
      </w:pPr>
      <w:r>
        <w:rPr>
          <w:sz w:val="20"/>
        </w:rPr>
        <w:t>(1) ____________________ means how easy a program is to understand, fix and change.</w:t>
      </w:r>
    </w:p>
    <w:p w14:paraId="4D8A8D01" w14:textId="77777777" w:rsidR="00790D6D" w:rsidRDefault="005C58CB">
      <w:pPr>
        <w:spacing w:after="80"/>
        <w:ind w:left="173"/>
      </w:pPr>
      <w:r>
        <w:rPr>
          <w:sz w:val="20"/>
        </w:rPr>
        <w:t>(2) ____________________ split a program into smaller named sections.</w:t>
      </w:r>
    </w:p>
    <w:p w14:paraId="57504989" w14:textId="77777777" w:rsidR="00790D6D" w:rsidRDefault="005C58CB">
      <w:pPr>
        <w:spacing w:after="80"/>
        <w:ind w:left="173"/>
      </w:pPr>
      <w:r>
        <w:rPr>
          <w:sz w:val="20"/>
        </w:rPr>
        <w:t>(3) ____________________ make variable and sub program names consistent.</w:t>
      </w:r>
    </w:p>
    <w:p w14:paraId="3E21F55F" w14:textId="77777777" w:rsidR="00790D6D" w:rsidRDefault="005C58CB">
      <w:pPr>
        <w:spacing w:after="80"/>
        <w:ind w:left="173"/>
      </w:pPr>
      <w:r>
        <w:rPr>
          <w:sz w:val="20"/>
        </w:rPr>
        <w:t>(4) ____________________ shows the structure of code by spacing lines correctly.</w:t>
      </w:r>
    </w:p>
    <w:p w14:paraId="37CF06DE" w14:textId="77777777" w:rsidR="00790D6D" w:rsidRDefault="005C58CB">
      <w:pPr>
        <w:spacing w:after="80"/>
        <w:ind w:left="173"/>
      </w:pPr>
      <w:r>
        <w:rPr>
          <w:sz w:val="20"/>
        </w:rPr>
        <w:t>(5) ____________________ explains the purpose of code to human readers.</w:t>
      </w:r>
    </w:p>
    <w:p w14:paraId="1C4745D2" w14:textId="77777777" w:rsidR="00790D6D" w:rsidRDefault="005C58CB">
      <w:pPr>
        <w:spacing w:after="80"/>
        <w:ind w:left="173"/>
      </w:pPr>
      <w:r>
        <w:rPr>
          <w:sz w:val="20"/>
        </w:rPr>
        <w:t>Clear code improves (6) ____________________.</w:t>
      </w:r>
    </w:p>
    <w:p w14:paraId="754E5497" w14:textId="77777777" w:rsidR="00790D6D" w:rsidRDefault="005C58CB">
      <w:pPr>
        <w:spacing w:after="80"/>
        <w:ind w:left="173"/>
      </w:pPr>
      <w:r>
        <w:rPr>
          <w:sz w:val="20"/>
        </w:rPr>
        <w:t>(7) ____________________ is an example of a naming style used by many programmers.</w:t>
      </w:r>
    </w:p>
    <w:p w14:paraId="591013C0" w14:textId="77777777" w:rsidR="00790D6D" w:rsidRDefault="005C58CB">
      <w:pPr>
        <w:spacing w:after="80"/>
        <w:ind w:left="173"/>
      </w:pPr>
      <w:r>
        <w:rPr>
          <w:sz w:val="20"/>
        </w:rPr>
        <w:t>Using (8) ____________________ can avoid unexplained magic numbers in code.</w:t>
      </w:r>
    </w:p>
    <w:p w14:paraId="58D27FFF" w14:textId="77777777" w:rsidR="00790D6D" w:rsidRDefault="005C58CB">
      <w:pPr>
        <w:spacing w:after="80"/>
        <w:ind w:left="173"/>
      </w:pPr>
      <w:r>
        <w:rPr>
          <w:sz w:val="20"/>
        </w:rPr>
        <w:t>(9) ____________________ code is organised into separate modules or sections.</w:t>
      </w:r>
    </w:p>
    <w:p w14:paraId="1E852BE9" w14:textId="77777777" w:rsidR="00790D6D" w:rsidRDefault="005C58CB">
      <w:pPr>
        <w:spacing w:after="80"/>
        <w:ind w:left="173"/>
      </w:pPr>
      <w:r>
        <w:rPr>
          <w:sz w:val="20"/>
        </w:rPr>
        <w:t>Good (10) ____________________ helps future programmers understand decisions made.</w:t>
      </w:r>
    </w:p>
    <w:p w14:paraId="75F24E0D" w14:textId="77777777" w:rsidR="00790D6D" w:rsidRDefault="005C58CB">
      <w:pPr>
        <w:spacing w:after="80"/>
        <w:ind w:left="173"/>
      </w:pPr>
      <w:r>
        <w:rPr>
          <w:sz w:val="20"/>
        </w:rPr>
        <w:t>Clear structure makes it easier to (11) ____________________ errors.</w:t>
      </w:r>
    </w:p>
    <w:p w14:paraId="6BA942B4" w14:textId="77777777" w:rsidR="00790D6D" w:rsidRDefault="005C58CB">
      <w:pPr>
        <w:spacing w:after="80"/>
        <w:ind w:left="173"/>
      </w:pPr>
      <w:r>
        <w:rPr>
          <w:sz w:val="20"/>
        </w:rPr>
        <w:t>When requirements change, maintainable code is easier to (12) ____________________.</w:t>
      </w:r>
    </w:p>
    <w:p w14:paraId="5770E881" w14:textId="77777777" w:rsidR="00790D6D" w:rsidRDefault="005C58CB">
      <w:pPr>
        <w:spacing w:after="80"/>
        <w:ind w:left="173"/>
      </w:pPr>
      <w:r>
        <w:rPr>
          <w:sz w:val="20"/>
        </w:rPr>
        <w:t>Maintainable code supports (13) ____________________ between programmers.</w:t>
      </w:r>
    </w:p>
    <w:p w14:paraId="2194731C" w14:textId="77777777" w:rsidR="00790D6D" w:rsidRDefault="00790D6D">
      <w:pPr>
        <w:spacing w:after="40"/>
      </w:pPr>
    </w:p>
    <w:p w14:paraId="5710AF45" w14:textId="77777777" w:rsidR="00790D6D" w:rsidRDefault="005C58CB">
      <w:pPr>
        <w:pStyle w:val="Heading2"/>
        <w:keepLines w:val="0"/>
        <w:spacing w:after="40"/>
      </w:pPr>
      <w:r>
        <w:rPr>
          <w:rFonts w:ascii="Arial" w:hAnsi="Arial"/>
          <w:sz w:val="25"/>
        </w:rPr>
        <w:lastRenderedPageBreak/>
        <w:t>Activity 17 - Testing and errors</w:t>
      </w:r>
    </w:p>
    <w:p w14:paraId="3620C973" w14:textId="77777777" w:rsidR="00790D6D" w:rsidRDefault="005C58CB">
      <w:pPr>
        <w:keepNext/>
        <w:spacing w:after="80"/>
      </w:pPr>
      <w:r>
        <w:rPr>
          <w:i/>
          <w:color w:val="505050"/>
          <w:sz w:val="19"/>
        </w:rPr>
        <w:t>Complete the statements about testing programs.</w:t>
      </w:r>
    </w:p>
    <w:p w14:paraId="22DD2363" w14:textId="77777777" w:rsidR="00790D6D" w:rsidRDefault="005C58CB">
      <w:pPr>
        <w:keepNext/>
        <w:spacing w:after="120"/>
      </w:pPr>
      <w:r>
        <w:rPr>
          <w:b/>
          <w:sz w:val="19"/>
        </w:rPr>
        <w:t xml:space="preserve">Word bank: </w:t>
      </w:r>
      <w:r>
        <w:rPr>
          <w:sz w:val="19"/>
        </w:rPr>
        <w:t>translated, refinement, development, logic error, iterative, final, test plan, grammatical rules, syntax error, unexpected output, module, expected result, actual result, production, testing</w:t>
      </w:r>
    </w:p>
    <w:p w14:paraId="18A341F1" w14:textId="77777777" w:rsidR="00790D6D" w:rsidRDefault="005C58CB">
      <w:pPr>
        <w:spacing w:after="80"/>
        <w:ind w:left="173"/>
      </w:pPr>
      <w:r>
        <w:rPr>
          <w:sz w:val="20"/>
        </w:rPr>
        <w:t>(1) ____________________ checks whether a program works as intended.</w:t>
      </w:r>
    </w:p>
    <w:p w14:paraId="4A257E23" w14:textId="77777777" w:rsidR="00790D6D" w:rsidRDefault="005C58CB">
      <w:pPr>
        <w:spacing w:after="80"/>
        <w:ind w:left="173"/>
      </w:pPr>
      <w:r>
        <w:rPr>
          <w:sz w:val="20"/>
        </w:rPr>
        <w:t>(2) ____________________ testing happens repeatedly while the program is being built.</w:t>
      </w:r>
    </w:p>
    <w:p w14:paraId="1B64D86A" w14:textId="77777777" w:rsidR="00790D6D" w:rsidRDefault="005C58CB">
      <w:pPr>
        <w:spacing w:after="80"/>
        <w:ind w:left="173"/>
      </w:pPr>
      <w:r>
        <w:rPr>
          <w:sz w:val="20"/>
        </w:rPr>
        <w:t>(3) ____________________ testing happens at the end of production.</w:t>
      </w:r>
    </w:p>
    <w:p w14:paraId="06CF09DE" w14:textId="77777777" w:rsidR="00790D6D" w:rsidRDefault="005C58CB">
      <w:pPr>
        <w:spacing w:after="80"/>
        <w:ind w:left="173"/>
      </w:pPr>
      <w:r>
        <w:rPr>
          <w:sz w:val="20"/>
        </w:rPr>
        <w:t>During iterative testing, a (4) ____________________ may be tested during (5) ____________________.</w:t>
      </w:r>
    </w:p>
    <w:p w14:paraId="4FBA3555" w14:textId="77777777" w:rsidR="00790D6D" w:rsidRDefault="005C58CB">
      <w:pPr>
        <w:spacing w:after="80"/>
        <w:ind w:left="173"/>
      </w:pPr>
      <w:r>
        <w:rPr>
          <w:sz w:val="20"/>
        </w:rPr>
        <w:t>Final testing checks the whole program at the end of (6) ____________________.</w:t>
      </w:r>
    </w:p>
    <w:p w14:paraId="359CD3BF" w14:textId="77777777" w:rsidR="00790D6D" w:rsidRDefault="005C58CB">
      <w:pPr>
        <w:spacing w:after="80"/>
        <w:ind w:left="173"/>
      </w:pPr>
      <w:r>
        <w:rPr>
          <w:sz w:val="20"/>
        </w:rPr>
        <w:t>A (7) ____________________ breaks the rules of the programming language.</w:t>
      </w:r>
    </w:p>
    <w:p w14:paraId="5C74265E" w14:textId="77777777" w:rsidR="00790D6D" w:rsidRDefault="005C58CB">
      <w:pPr>
        <w:spacing w:after="80"/>
        <w:ind w:left="173"/>
      </w:pPr>
      <w:r>
        <w:rPr>
          <w:sz w:val="20"/>
        </w:rPr>
        <w:t>A (8) ____________________ lets the program run but gives the wrong result.</w:t>
      </w:r>
    </w:p>
    <w:p w14:paraId="6EF0D823" w14:textId="77777777" w:rsidR="00790D6D" w:rsidRDefault="005C58CB">
      <w:pPr>
        <w:spacing w:after="80"/>
        <w:ind w:left="173"/>
      </w:pPr>
      <w:r>
        <w:rPr>
          <w:sz w:val="20"/>
        </w:rPr>
        <w:t>Syntax errors break the (9) ____________________ of the language.</w:t>
      </w:r>
    </w:p>
    <w:p w14:paraId="28A09773" w14:textId="77777777" w:rsidR="00790D6D" w:rsidRDefault="005C58CB">
      <w:pPr>
        <w:spacing w:after="80"/>
        <w:ind w:left="173"/>
      </w:pPr>
      <w:r>
        <w:rPr>
          <w:sz w:val="20"/>
        </w:rPr>
        <w:t>A syntax error may stop a program from being (10) ____________________.</w:t>
      </w:r>
    </w:p>
    <w:p w14:paraId="33DEDD70" w14:textId="77777777" w:rsidR="00790D6D" w:rsidRDefault="005C58CB">
      <w:pPr>
        <w:spacing w:after="80"/>
        <w:ind w:left="173"/>
      </w:pPr>
      <w:r>
        <w:rPr>
          <w:sz w:val="20"/>
        </w:rPr>
        <w:t>A logic error often causes (11) ____________________.</w:t>
      </w:r>
    </w:p>
    <w:p w14:paraId="07E1D02E" w14:textId="77777777" w:rsidR="00790D6D" w:rsidRDefault="005C58CB">
      <w:pPr>
        <w:spacing w:after="80"/>
        <w:ind w:left="173"/>
      </w:pPr>
      <w:r>
        <w:rPr>
          <w:sz w:val="20"/>
        </w:rPr>
        <w:t>A (12) ____________________ lists the data that will be tried during testing.</w:t>
      </w:r>
    </w:p>
    <w:p w14:paraId="7CFC3AEA" w14:textId="77777777" w:rsidR="00790D6D" w:rsidRDefault="005C58CB">
      <w:pPr>
        <w:spacing w:after="80"/>
        <w:ind w:left="173"/>
      </w:pPr>
      <w:r>
        <w:rPr>
          <w:sz w:val="20"/>
        </w:rPr>
        <w:t>Each test should include an (13) ____________________ and an (14) ____________________.</w:t>
      </w:r>
    </w:p>
    <w:p w14:paraId="736D2AC6" w14:textId="77777777" w:rsidR="00790D6D" w:rsidRDefault="005C58CB">
      <w:pPr>
        <w:spacing w:after="80"/>
        <w:ind w:left="173"/>
      </w:pPr>
      <w:r>
        <w:rPr>
          <w:sz w:val="20"/>
        </w:rPr>
        <w:t>Using test results to improve an algorithm is (15) ____________________.</w:t>
      </w:r>
    </w:p>
    <w:p w14:paraId="3E0EF33A" w14:textId="77777777" w:rsidR="00790D6D" w:rsidRDefault="00790D6D">
      <w:pPr>
        <w:spacing w:after="40"/>
      </w:pPr>
    </w:p>
    <w:p w14:paraId="5E95D74D" w14:textId="77777777" w:rsidR="00790D6D" w:rsidRDefault="005C58CB">
      <w:pPr>
        <w:pStyle w:val="Heading2"/>
        <w:keepLines w:val="0"/>
        <w:spacing w:after="40"/>
      </w:pPr>
      <w:r>
        <w:rPr>
          <w:rFonts w:ascii="Arial" w:hAnsi="Arial"/>
          <w:sz w:val="25"/>
        </w:rPr>
        <w:t>Activity 18 - Test data and test plans</w:t>
      </w:r>
    </w:p>
    <w:p w14:paraId="3571A002" w14:textId="77777777" w:rsidR="00790D6D" w:rsidRDefault="005C58CB">
      <w:pPr>
        <w:keepNext/>
        <w:spacing w:after="80"/>
      </w:pPr>
      <w:r>
        <w:rPr>
          <w:i/>
          <w:color w:val="505050"/>
          <w:sz w:val="19"/>
        </w:rPr>
        <w:t>Fill in the blanks about selecting suitable test data.</w:t>
      </w:r>
    </w:p>
    <w:p w14:paraId="631429F1" w14:textId="77777777" w:rsidR="00790D6D" w:rsidRDefault="005C58CB">
      <w:pPr>
        <w:keepNext/>
        <w:spacing w:after="120"/>
      </w:pPr>
      <w:r>
        <w:rPr>
          <w:b/>
          <w:sz w:val="19"/>
        </w:rPr>
        <w:t xml:space="preserve">Word bank: </w:t>
      </w:r>
      <w:r>
        <w:rPr>
          <w:sz w:val="19"/>
        </w:rPr>
        <w:t>trace, correct type, boundary test data, incorrect type, test case, fail, edge, normal test data, pass, erroneous test data, accepted, scenario, rejected, invalid test data</w:t>
      </w:r>
    </w:p>
    <w:p w14:paraId="1799EBC1" w14:textId="77777777" w:rsidR="00790D6D" w:rsidRDefault="005C58CB">
      <w:pPr>
        <w:spacing w:after="80"/>
        <w:ind w:left="173"/>
      </w:pPr>
      <w:r>
        <w:rPr>
          <w:sz w:val="20"/>
        </w:rPr>
        <w:t>(1) ____________________ should be accepted without causing errors.</w:t>
      </w:r>
    </w:p>
    <w:p w14:paraId="06F5FF7E" w14:textId="77777777" w:rsidR="00790D6D" w:rsidRDefault="005C58CB">
      <w:pPr>
        <w:spacing w:after="80"/>
        <w:ind w:left="173"/>
      </w:pPr>
      <w:r>
        <w:rPr>
          <w:sz w:val="20"/>
        </w:rPr>
        <w:t>(2) ____________________ is valid data at the edge of a range.</w:t>
      </w:r>
    </w:p>
    <w:p w14:paraId="265736FA" w14:textId="77777777" w:rsidR="00790D6D" w:rsidRDefault="005C58CB">
      <w:pPr>
        <w:spacing w:after="80"/>
        <w:ind w:left="173"/>
      </w:pPr>
      <w:r>
        <w:rPr>
          <w:sz w:val="20"/>
        </w:rPr>
        <w:t>(3) ____________________ is the (4) ____________________ but should still be (5) ____________________.</w:t>
      </w:r>
    </w:p>
    <w:p w14:paraId="7AE4E31E" w14:textId="77777777" w:rsidR="00790D6D" w:rsidRDefault="005C58CB">
      <w:pPr>
        <w:spacing w:after="80"/>
        <w:ind w:left="173"/>
      </w:pPr>
      <w:r>
        <w:rPr>
          <w:sz w:val="20"/>
        </w:rPr>
        <w:t>(6) ____________________ is the (7) ____________________ and should also be rejected.</w:t>
      </w:r>
    </w:p>
    <w:p w14:paraId="39E9EEFC" w14:textId="77777777" w:rsidR="00790D6D" w:rsidRDefault="005C58CB">
      <w:pPr>
        <w:spacing w:after="80"/>
        <w:ind w:left="173"/>
      </w:pPr>
      <w:r>
        <w:rPr>
          <w:sz w:val="20"/>
        </w:rPr>
        <w:t>Valid data should usually be (8) ____________________ by the program.</w:t>
      </w:r>
    </w:p>
    <w:p w14:paraId="5E820167" w14:textId="77777777" w:rsidR="00790D6D" w:rsidRDefault="005C58CB">
      <w:pPr>
        <w:spacing w:after="80"/>
        <w:ind w:left="173"/>
      </w:pPr>
      <w:r>
        <w:rPr>
          <w:sz w:val="20"/>
        </w:rPr>
        <w:t>Boundary values are found at the (9) ____________________ of the valid range.</w:t>
      </w:r>
    </w:p>
    <w:p w14:paraId="3C7CADAD" w14:textId="77777777" w:rsidR="00790D6D" w:rsidRDefault="005C58CB">
      <w:pPr>
        <w:spacing w:after="80"/>
        <w:ind w:left="173"/>
      </w:pPr>
      <w:r>
        <w:rPr>
          <w:sz w:val="20"/>
        </w:rPr>
        <w:t>When choosing data, use the given (10) ____________________ carefully.</w:t>
      </w:r>
    </w:p>
    <w:p w14:paraId="161F96D9" w14:textId="77777777" w:rsidR="00790D6D" w:rsidRDefault="005C58CB">
      <w:pPr>
        <w:spacing w:after="80"/>
        <w:ind w:left="173"/>
      </w:pPr>
      <w:r>
        <w:rPr>
          <w:sz w:val="20"/>
        </w:rPr>
        <w:t>A single row of a test plan is a (11) ____________________.</w:t>
      </w:r>
    </w:p>
    <w:p w14:paraId="54EAC3DE" w14:textId="77777777" w:rsidR="00790D6D" w:rsidRDefault="005C58CB">
      <w:pPr>
        <w:spacing w:after="80"/>
        <w:ind w:left="173"/>
      </w:pPr>
      <w:r>
        <w:rPr>
          <w:sz w:val="20"/>
        </w:rPr>
        <w:t>A test may (12) ____________________ if the actual result matches the expected result.</w:t>
      </w:r>
    </w:p>
    <w:p w14:paraId="4D690EF6" w14:textId="77777777" w:rsidR="00790D6D" w:rsidRDefault="005C58CB">
      <w:pPr>
        <w:spacing w:after="80"/>
        <w:ind w:left="173"/>
      </w:pPr>
      <w:r>
        <w:rPr>
          <w:sz w:val="20"/>
        </w:rPr>
        <w:t>A test may (13) ____________________ if the results are different.</w:t>
      </w:r>
    </w:p>
    <w:p w14:paraId="526FE21C" w14:textId="77777777" w:rsidR="00790D6D" w:rsidRDefault="005C58CB">
      <w:pPr>
        <w:spacing w:after="80"/>
        <w:ind w:left="173"/>
      </w:pPr>
      <w:r>
        <w:rPr>
          <w:sz w:val="20"/>
        </w:rPr>
        <w:t>A (14) ____________________ can help follow values by hand when checking an algorithm.</w:t>
      </w:r>
    </w:p>
    <w:p w14:paraId="294237D8" w14:textId="77777777" w:rsidR="00790D6D" w:rsidRDefault="00790D6D">
      <w:pPr>
        <w:spacing w:after="40"/>
      </w:pPr>
    </w:p>
    <w:p w14:paraId="6C6533FB" w14:textId="77777777" w:rsidR="00790D6D" w:rsidRDefault="005C58CB">
      <w:r>
        <w:br w:type="page"/>
      </w:r>
    </w:p>
    <w:p w14:paraId="01880E36" w14:textId="77777777" w:rsidR="00790D6D" w:rsidRDefault="005C58CB">
      <w:pPr>
        <w:pStyle w:val="Heading1"/>
        <w:keepNext w:val="0"/>
        <w:keepLines w:val="0"/>
        <w:spacing w:after="120"/>
      </w:pPr>
      <w:r>
        <w:rPr>
          <w:rFonts w:ascii="Arial" w:hAnsi="Arial"/>
          <w:sz w:val="30"/>
        </w:rPr>
        <w:lastRenderedPageBreak/>
        <w:t>2.4 Boolean logic</w:t>
      </w:r>
    </w:p>
    <w:p w14:paraId="5B95E1FE" w14:textId="77777777" w:rsidR="00790D6D" w:rsidRDefault="005C58CB">
      <w:pPr>
        <w:pStyle w:val="Heading2"/>
        <w:keepLines w:val="0"/>
        <w:spacing w:after="40"/>
      </w:pPr>
      <w:r>
        <w:rPr>
          <w:rFonts w:ascii="Arial" w:hAnsi="Arial"/>
          <w:sz w:val="25"/>
        </w:rPr>
        <w:t>Activity 19 - Logic gates and Boolean operators</w:t>
      </w:r>
    </w:p>
    <w:p w14:paraId="200BA5D8" w14:textId="77777777" w:rsidR="00790D6D" w:rsidRDefault="005C58CB">
      <w:pPr>
        <w:keepNext/>
        <w:spacing w:after="80"/>
      </w:pPr>
      <w:r>
        <w:rPr>
          <w:i/>
          <w:color w:val="505050"/>
          <w:sz w:val="19"/>
        </w:rPr>
        <w:t>Complete the statements about Boolean logic.</w:t>
      </w:r>
    </w:p>
    <w:p w14:paraId="79E602DE" w14:textId="77777777" w:rsidR="00790D6D" w:rsidRDefault="005C58CB">
      <w:pPr>
        <w:keepNext/>
        <w:spacing w:after="120"/>
      </w:pPr>
      <w:r>
        <w:rPr>
          <w:b/>
          <w:sz w:val="19"/>
        </w:rPr>
        <w:t xml:space="preserve">Word bank: </w:t>
      </w:r>
      <w:r>
        <w:rPr>
          <w:sz w:val="19"/>
        </w:rPr>
        <w:t>conjunction, logic diagram, gate, expression, Boolean logic, NOT, disjunction, truth table, negation, OR, input, AND, output</w:t>
      </w:r>
    </w:p>
    <w:p w14:paraId="0808EFB8" w14:textId="77777777" w:rsidR="00790D6D" w:rsidRDefault="005C58CB">
      <w:pPr>
        <w:spacing w:after="80"/>
        <w:ind w:left="173"/>
      </w:pPr>
      <w:r>
        <w:rPr>
          <w:sz w:val="20"/>
        </w:rPr>
        <w:t>(1) ____________________ uses values that are either true or false.</w:t>
      </w:r>
    </w:p>
    <w:p w14:paraId="59E11D11" w14:textId="77777777" w:rsidR="00790D6D" w:rsidRDefault="005C58CB">
      <w:pPr>
        <w:spacing w:after="80"/>
        <w:ind w:left="173"/>
      </w:pPr>
      <w:r>
        <w:rPr>
          <w:sz w:val="20"/>
        </w:rPr>
        <w:t>(2) ____________________ is true only when both inputs are true.</w:t>
      </w:r>
    </w:p>
    <w:p w14:paraId="2C24E9FF" w14:textId="77777777" w:rsidR="00790D6D" w:rsidRDefault="005C58CB">
      <w:pPr>
        <w:spacing w:after="80"/>
        <w:ind w:left="173"/>
      </w:pPr>
      <w:r>
        <w:rPr>
          <w:sz w:val="20"/>
        </w:rPr>
        <w:t>(3) ____________________ is true when at least one input is true.</w:t>
      </w:r>
    </w:p>
    <w:p w14:paraId="1F31A6CB" w14:textId="77777777" w:rsidR="00790D6D" w:rsidRDefault="005C58CB">
      <w:pPr>
        <w:spacing w:after="80"/>
        <w:ind w:left="173"/>
      </w:pPr>
      <w:r>
        <w:rPr>
          <w:sz w:val="20"/>
        </w:rPr>
        <w:t>(4) ____________________ reverses the input value.</w:t>
      </w:r>
    </w:p>
    <w:p w14:paraId="4ED87457" w14:textId="77777777" w:rsidR="00790D6D" w:rsidRDefault="005C58CB">
      <w:pPr>
        <w:spacing w:after="80"/>
        <w:ind w:left="173"/>
      </w:pPr>
      <w:r>
        <w:rPr>
          <w:sz w:val="20"/>
        </w:rPr>
        <w:t>AND is also called (5) ____________________.</w:t>
      </w:r>
    </w:p>
    <w:p w14:paraId="60F40917" w14:textId="77777777" w:rsidR="00790D6D" w:rsidRDefault="005C58CB">
      <w:pPr>
        <w:spacing w:after="80"/>
        <w:ind w:left="173"/>
      </w:pPr>
      <w:r>
        <w:rPr>
          <w:sz w:val="20"/>
        </w:rPr>
        <w:t>OR is also called (6) ____________________.</w:t>
      </w:r>
    </w:p>
    <w:p w14:paraId="0D0DAF3F" w14:textId="77777777" w:rsidR="00790D6D" w:rsidRDefault="005C58CB">
      <w:pPr>
        <w:spacing w:after="80"/>
        <w:ind w:left="173"/>
      </w:pPr>
      <w:r>
        <w:rPr>
          <w:sz w:val="20"/>
        </w:rPr>
        <w:t>NOT is also called (7) ____________________.</w:t>
      </w:r>
    </w:p>
    <w:p w14:paraId="6108A8F9" w14:textId="77777777" w:rsidR="00790D6D" w:rsidRDefault="005C58CB">
      <w:pPr>
        <w:spacing w:after="80"/>
        <w:ind w:left="173"/>
      </w:pPr>
      <w:r>
        <w:rPr>
          <w:sz w:val="20"/>
        </w:rPr>
        <w:t>A signal entering a logic gate is an (8) ____________________.</w:t>
      </w:r>
    </w:p>
    <w:p w14:paraId="2447554A" w14:textId="77777777" w:rsidR="00790D6D" w:rsidRDefault="005C58CB">
      <w:pPr>
        <w:spacing w:after="80"/>
        <w:ind w:left="173"/>
      </w:pPr>
      <w:r>
        <w:rPr>
          <w:sz w:val="20"/>
        </w:rPr>
        <w:t>The result from a logic gate is the (9) ____________________.</w:t>
      </w:r>
    </w:p>
    <w:p w14:paraId="5F9FC2E2" w14:textId="77777777" w:rsidR="00790D6D" w:rsidRDefault="005C58CB">
      <w:pPr>
        <w:spacing w:after="80"/>
        <w:ind w:left="173"/>
      </w:pPr>
      <w:r>
        <w:rPr>
          <w:sz w:val="20"/>
        </w:rPr>
        <w:t>A (10) ____________________ lists every possible combination of inputs and outputs.</w:t>
      </w:r>
    </w:p>
    <w:p w14:paraId="0F04517D" w14:textId="77777777" w:rsidR="00790D6D" w:rsidRDefault="005C58CB">
      <w:pPr>
        <w:spacing w:after="80"/>
        <w:ind w:left="173"/>
      </w:pPr>
      <w:r>
        <w:rPr>
          <w:sz w:val="20"/>
        </w:rPr>
        <w:t>A (11) ____________________ shows gates and the connections between them.</w:t>
      </w:r>
    </w:p>
    <w:p w14:paraId="33B6E5C7" w14:textId="77777777" w:rsidR="00790D6D" w:rsidRDefault="005C58CB">
      <w:pPr>
        <w:spacing w:after="80"/>
        <w:ind w:left="173"/>
      </w:pPr>
      <w:r>
        <w:rPr>
          <w:sz w:val="20"/>
        </w:rPr>
        <w:t>A logic (12) ____________________ performs a logical operation.</w:t>
      </w:r>
    </w:p>
    <w:p w14:paraId="0A99D412" w14:textId="77777777" w:rsidR="00790D6D" w:rsidRDefault="005C58CB">
      <w:pPr>
        <w:spacing w:after="80"/>
        <w:ind w:left="173"/>
      </w:pPr>
      <w:r>
        <w:rPr>
          <w:sz w:val="20"/>
        </w:rPr>
        <w:t>A Boolean (13) ____________________ combines operators and inputs.</w:t>
      </w:r>
    </w:p>
    <w:p w14:paraId="4A6962AC" w14:textId="77777777" w:rsidR="00790D6D" w:rsidRDefault="00790D6D">
      <w:pPr>
        <w:spacing w:after="40"/>
      </w:pPr>
    </w:p>
    <w:p w14:paraId="47FB39CC" w14:textId="77777777" w:rsidR="00790D6D" w:rsidRDefault="005C58CB">
      <w:pPr>
        <w:pStyle w:val="Heading2"/>
        <w:keepLines w:val="0"/>
        <w:spacing w:after="40"/>
      </w:pPr>
      <w:r>
        <w:rPr>
          <w:rFonts w:ascii="Arial" w:hAnsi="Arial"/>
          <w:sz w:val="25"/>
        </w:rPr>
        <w:t>Activity 20 - Truth tables and notation</w:t>
      </w:r>
    </w:p>
    <w:p w14:paraId="0BE534BC" w14:textId="77777777" w:rsidR="00790D6D" w:rsidRDefault="005C58CB">
      <w:pPr>
        <w:keepNext/>
        <w:spacing w:after="80"/>
      </w:pPr>
      <w:r>
        <w:rPr>
          <w:i/>
          <w:color w:val="505050"/>
          <w:sz w:val="19"/>
        </w:rPr>
        <w:t>Use the word bank to complete the truth table statements.</w:t>
      </w:r>
    </w:p>
    <w:p w14:paraId="7324B9CE" w14:textId="77777777" w:rsidR="00790D6D" w:rsidRDefault="005C58CB">
      <w:pPr>
        <w:keepNext/>
        <w:spacing w:after="120"/>
      </w:pPr>
      <w:r>
        <w:rPr>
          <w:b/>
          <w:sz w:val="19"/>
        </w:rPr>
        <w:t xml:space="preserve">Word bank: </w:t>
      </w:r>
      <w:r>
        <w:rPr>
          <w:sz w:val="19"/>
        </w:rPr>
        <w:t>two, input combination, false, final output, intermediate output, true, 1, column, logical operator, systematic, three, 0, four, eight</w:t>
      </w:r>
    </w:p>
    <w:p w14:paraId="62F905CD" w14:textId="77777777" w:rsidR="00790D6D" w:rsidRDefault="005C58CB">
      <w:pPr>
        <w:spacing w:after="80"/>
        <w:ind w:left="173"/>
      </w:pPr>
      <w:r>
        <w:rPr>
          <w:sz w:val="20"/>
        </w:rPr>
        <w:t>Each row of a truth table represents an (1) ____________________.</w:t>
      </w:r>
    </w:p>
    <w:p w14:paraId="06606DF5" w14:textId="77777777" w:rsidR="00790D6D" w:rsidRDefault="005C58CB">
      <w:pPr>
        <w:spacing w:after="80"/>
        <w:ind w:left="173"/>
      </w:pPr>
      <w:r>
        <w:rPr>
          <w:sz w:val="20"/>
        </w:rPr>
        <w:t>In binary notation, (2) ____________________ represents false and (3) ____________________ represents true.</w:t>
      </w:r>
    </w:p>
    <w:p w14:paraId="3C66F35F" w14:textId="77777777" w:rsidR="00790D6D" w:rsidRDefault="005C58CB">
      <w:pPr>
        <w:spacing w:after="80"/>
        <w:ind w:left="173"/>
      </w:pPr>
      <w:r>
        <w:rPr>
          <w:sz w:val="20"/>
        </w:rPr>
        <w:t>OCR may also accept (4) ____________________ and (5) ____________________ notation.</w:t>
      </w:r>
    </w:p>
    <w:p w14:paraId="54935329" w14:textId="77777777" w:rsidR="00790D6D" w:rsidRDefault="005C58CB">
      <w:pPr>
        <w:spacing w:after="80"/>
        <w:ind w:left="173"/>
      </w:pPr>
      <w:r>
        <w:rPr>
          <w:sz w:val="20"/>
        </w:rPr>
        <w:t>A single NOT gate has (6) ____________________ possible input values.</w:t>
      </w:r>
    </w:p>
    <w:p w14:paraId="32EA28F5" w14:textId="77777777" w:rsidR="00790D6D" w:rsidRDefault="005C58CB">
      <w:pPr>
        <w:spacing w:after="80"/>
        <w:ind w:left="173"/>
      </w:pPr>
      <w:r>
        <w:rPr>
          <w:sz w:val="20"/>
        </w:rPr>
        <w:t>Two inputs have (7) ____________________ possible combinations.</w:t>
      </w:r>
    </w:p>
    <w:p w14:paraId="5C320968" w14:textId="77777777" w:rsidR="00790D6D" w:rsidRDefault="005C58CB">
      <w:pPr>
        <w:spacing w:after="80"/>
        <w:ind w:left="173"/>
      </w:pPr>
      <w:r>
        <w:rPr>
          <w:sz w:val="20"/>
        </w:rPr>
        <w:t>A truth table with (8) ____________________ inputs has (9) ____________________ rows of combinations.</w:t>
      </w:r>
    </w:p>
    <w:p w14:paraId="069FC2C9" w14:textId="77777777" w:rsidR="00790D6D" w:rsidRDefault="005C58CB">
      <w:pPr>
        <w:spacing w:after="80"/>
        <w:ind w:left="173"/>
      </w:pPr>
      <w:r>
        <w:rPr>
          <w:sz w:val="20"/>
        </w:rPr>
        <w:t>Each variable or result is usually recorded in a (10) ____________________.</w:t>
      </w:r>
    </w:p>
    <w:p w14:paraId="3A0050FE" w14:textId="77777777" w:rsidR="00790D6D" w:rsidRDefault="005C58CB">
      <w:pPr>
        <w:spacing w:after="80"/>
        <w:ind w:left="173"/>
      </w:pPr>
      <w:r>
        <w:rPr>
          <w:sz w:val="20"/>
        </w:rPr>
        <w:t>The last column usually gives the (11) ____________________.</w:t>
      </w:r>
    </w:p>
    <w:p w14:paraId="392FEE0D" w14:textId="77777777" w:rsidR="00790D6D" w:rsidRDefault="005C58CB">
      <w:pPr>
        <w:spacing w:after="80"/>
        <w:ind w:left="173"/>
      </w:pPr>
      <w:r>
        <w:rPr>
          <w:sz w:val="20"/>
        </w:rPr>
        <w:t>When a diagram has more than one gate, work out each (12) ____________________ before the final result.</w:t>
      </w:r>
    </w:p>
    <w:p w14:paraId="7ECC3106" w14:textId="77777777" w:rsidR="00790D6D" w:rsidRDefault="005C58CB">
      <w:pPr>
        <w:spacing w:after="80"/>
        <w:ind w:left="173"/>
      </w:pPr>
      <w:r>
        <w:rPr>
          <w:sz w:val="20"/>
        </w:rPr>
        <w:t>Complete truth tables in a (13) ____________________ order to avoid missing rows.</w:t>
      </w:r>
    </w:p>
    <w:p w14:paraId="7A81BE3E" w14:textId="77777777" w:rsidR="00790D6D" w:rsidRDefault="005C58CB">
      <w:pPr>
        <w:spacing w:after="80"/>
        <w:ind w:left="173"/>
      </w:pPr>
      <w:r>
        <w:rPr>
          <w:sz w:val="20"/>
        </w:rPr>
        <w:t>AND, OR and NOT are examples of a (14) ____________________.</w:t>
      </w:r>
    </w:p>
    <w:p w14:paraId="5E6C5585" w14:textId="77777777" w:rsidR="00790D6D" w:rsidRDefault="00790D6D">
      <w:pPr>
        <w:spacing w:after="40"/>
      </w:pPr>
    </w:p>
    <w:p w14:paraId="7D19B909" w14:textId="77777777" w:rsidR="00790D6D" w:rsidRDefault="005C58CB">
      <w:pPr>
        <w:pStyle w:val="Heading2"/>
        <w:keepLines w:val="0"/>
        <w:spacing w:after="40"/>
      </w:pPr>
      <w:r>
        <w:rPr>
          <w:rFonts w:ascii="Arial" w:hAnsi="Arial"/>
          <w:sz w:val="25"/>
        </w:rPr>
        <w:t>Activity 21 - Combining Boolean expressions</w:t>
      </w:r>
    </w:p>
    <w:p w14:paraId="5EDC99C9" w14:textId="77777777" w:rsidR="00790D6D" w:rsidRDefault="005C58CB">
      <w:pPr>
        <w:keepNext/>
        <w:spacing w:after="80"/>
      </w:pPr>
      <w:r>
        <w:rPr>
          <w:i/>
          <w:color w:val="505050"/>
          <w:sz w:val="19"/>
        </w:rPr>
        <w:t>Complete the statements about combined Boolean logic.</w:t>
      </w:r>
    </w:p>
    <w:p w14:paraId="50049640" w14:textId="77777777" w:rsidR="00790D6D" w:rsidRDefault="005C58CB">
      <w:pPr>
        <w:keepNext/>
        <w:spacing w:after="120"/>
      </w:pPr>
      <w:r>
        <w:rPr>
          <w:b/>
          <w:sz w:val="19"/>
        </w:rPr>
        <w:t xml:space="preserve">Word bank: </w:t>
      </w:r>
      <w:r>
        <w:rPr>
          <w:sz w:val="19"/>
        </w:rPr>
        <w:t>truth table, either, inverted, AND, logic diagram, precedence, OR, inputs, first, brackets, NOT, both, output</w:t>
      </w:r>
    </w:p>
    <w:p w14:paraId="5B04F41C" w14:textId="77777777" w:rsidR="00790D6D" w:rsidRDefault="005C58CB">
      <w:pPr>
        <w:spacing w:after="80"/>
        <w:ind w:left="173"/>
      </w:pPr>
      <w:r>
        <w:rPr>
          <w:sz w:val="20"/>
        </w:rPr>
        <w:t>(1) ____________________ show which part of an expression should be evaluated together.</w:t>
      </w:r>
    </w:p>
    <w:p w14:paraId="6815AE5C" w14:textId="77777777" w:rsidR="00790D6D" w:rsidRDefault="005C58CB">
      <w:pPr>
        <w:spacing w:after="80"/>
        <w:ind w:left="173"/>
      </w:pPr>
      <w:r>
        <w:rPr>
          <w:sz w:val="20"/>
        </w:rPr>
        <w:lastRenderedPageBreak/>
        <w:t>The order in which operations are evaluated is called (2) ____________________.</w:t>
      </w:r>
    </w:p>
    <w:p w14:paraId="22CEF79C" w14:textId="77777777" w:rsidR="00790D6D" w:rsidRDefault="005C58CB">
      <w:pPr>
        <w:spacing w:after="80"/>
        <w:ind w:left="173"/>
      </w:pPr>
      <w:r>
        <w:rPr>
          <w:sz w:val="20"/>
        </w:rPr>
        <w:t>The operator (3) ____________________ requires both conditions to be true.</w:t>
      </w:r>
    </w:p>
    <w:p w14:paraId="78FDDCA2" w14:textId="77777777" w:rsidR="00790D6D" w:rsidRDefault="005C58CB">
      <w:pPr>
        <w:spacing w:after="80"/>
        <w:ind w:left="173"/>
      </w:pPr>
      <w:r>
        <w:rPr>
          <w:sz w:val="20"/>
        </w:rPr>
        <w:t>The operator (4) ____________________ requires either condition to be true.</w:t>
      </w:r>
    </w:p>
    <w:p w14:paraId="3E061F33" w14:textId="77777777" w:rsidR="00790D6D" w:rsidRDefault="005C58CB">
      <w:pPr>
        <w:spacing w:after="80"/>
        <w:ind w:left="173"/>
      </w:pPr>
      <w:r>
        <w:rPr>
          <w:sz w:val="20"/>
        </w:rPr>
        <w:t>The operator (5) ____________________ is usually applied to one input or sub-expression.</w:t>
      </w:r>
    </w:p>
    <w:p w14:paraId="0BE7B42F" w14:textId="77777777" w:rsidR="00790D6D" w:rsidRDefault="005C58CB">
      <w:pPr>
        <w:spacing w:after="80"/>
        <w:ind w:left="173"/>
      </w:pPr>
      <w:r>
        <w:rPr>
          <w:sz w:val="20"/>
        </w:rPr>
        <w:t>When tracing a combined expression, apply the inner expression (6) ____________________.</w:t>
      </w:r>
    </w:p>
    <w:p w14:paraId="52F81B95" w14:textId="77777777" w:rsidR="00790D6D" w:rsidRDefault="005C58CB">
      <w:pPr>
        <w:spacing w:after="80"/>
        <w:ind w:left="173"/>
      </w:pPr>
      <w:r>
        <w:rPr>
          <w:sz w:val="20"/>
        </w:rPr>
        <w:t>AND is true when (7) ____________________ inputs are true.</w:t>
      </w:r>
    </w:p>
    <w:p w14:paraId="1346F8ED" w14:textId="77777777" w:rsidR="00790D6D" w:rsidRDefault="005C58CB">
      <w:pPr>
        <w:spacing w:after="80"/>
        <w:ind w:left="173"/>
      </w:pPr>
      <w:r>
        <w:rPr>
          <w:sz w:val="20"/>
        </w:rPr>
        <w:t>OR is true when (8) ____________________ input is true.</w:t>
      </w:r>
    </w:p>
    <w:p w14:paraId="24C84EC0" w14:textId="77777777" w:rsidR="00790D6D" w:rsidRDefault="005C58CB">
      <w:pPr>
        <w:spacing w:after="80"/>
        <w:ind w:left="173"/>
      </w:pPr>
      <w:r>
        <w:rPr>
          <w:sz w:val="20"/>
        </w:rPr>
        <w:t>NOT makes a value (9) ____________________.</w:t>
      </w:r>
    </w:p>
    <w:p w14:paraId="3381ED7F" w14:textId="77777777" w:rsidR="00790D6D" w:rsidRDefault="005C58CB">
      <w:pPr>
        <w:spacing w:after="80"/>
        <w:ind w:left="173"/>
      </w:pPr>
      <w:r>
        <w:rPr>
          <w:sz w:val="20"/>
        </w:rPr>
        <w:t>A (10) ____________________ can check every possible combination.</w:t>
      </w:r>
    </w:p>
    <w:p w14:paraId="1A81017F" w14:textId="77777777" w:rsidR="00790D6D" w:rsidRDefault="005C58CB">
      <w:pPr>
        <w:spacing w:after="80"/>
        <w:ind w:left="173"/>
      </w:pPr>
      <w:r>
        <w:rPr>
          <w:sz w:val="20"/>
        </w:rPr>
        <w:t>The starting values in a logic problem are the (11) ____________________.</w:t>
      </w:r>
    </w:p>
    <w:p w14:paraId="62232F3D" w14:textId="77777777" w:rsidR="00790D6D" w:rsidRDefault="005C58CB">
      <w:pPr>
        <w:spacing w:after="80"/>
        <w:ind w:left="173"/>
      </w:pPr>
      <w:r>
        <w:rPr>
          <w:sz w:val="20"/>
        </w:rPr>
        <w:t>The result of the expression is the (12) ____________________.</w:t>
      </w:r>
    </w:p>
    <w:p w14:paraId="7AD829A6" w14:textId="77777777" w:rsidR="00790D6D" w:rsidRDefault="005C58CB">
      <w:pPr>
        <w:spacing w:after="80"/>
        <w:ind w:left="173"/>
      </w:pPr>
      <w:r>
        <w:rPr>
          <w:sz w:val="20"/>
        </w:rPr>
        <w:t>A (13) ____________________ can be drawn from a Boolean expression using gate symbols.</w:t>
      </w:r>
    </w:p>
    <w:p w14:paraId="51C2B41F" w14:textId="77777777" w:rsidR="00790D6D" w:rsidRDefault="00790D6D">
      <w:pPr>
        <w:spacing w:after="40"/>
      </w:pPr>
    </w:p>
    <w:p w14:paraId="3584FBFA" w14:textId="77777777" w:rsidR="00790D6D" w:rsidRDefault="005C58CB">
      <w:r>
        <w:br w:type="page"/>
      </w:r>
    </w:p>
    <w:p w14:paraId="49C3832E" w14:textId="77777777" w:rsidR="00790D6D" w:rsidRDefault="005C58CB">
      <w:pPr>
        <w:pStyle w:val="Heading1"/>
        <w:keepNext w:val="0"/>
        <w:keepLines w:val="0"/>
        <w:spacing w:after="120"/>
      </w:pPr>
      <w:r>
        <w:rPr>
          <w:rFonts w:ascii="Arial" w:hAnsi="Arial"/>
          <w:sz w:val="30"/>
        </w:rPr>
        <w:lastRenderedPageBreak/>
        <w:t>2.5 Programming languages and Integrated Development Environments</w:t>
      </w:r>
    </w:p>
    <w:p w14:paraId="6C8C61FC" w14:textId="77777777" w:rsidR="00790D6D" w:rsidRDefault="005C58CB">
      <w:pPr>
        <w:pStyle w:val="Heading2"/>
        <w:keepLines w:val="0"/>
        <w:spacing w:after="40"/>
      </w:pPr>
      <w:r>
        <w:rPr>
          <w:rFonts w:ascii="Arial" w:hAnsi="Arial"/>
          <w:sz w:val="25"/>
        </w:rPr>
        <w:t>Activity 22 - High-level and low-level languages</w:t>
      </w:r>
    </w:p>
    <w:p w14:paraId="6097FE6D" w14:textId="77777777" w:rsidR="00790D6D" w:rsidRDefault="005C58CB">
      <w:pPr>
        <w:keepNext/>
        <w:spacing w:after="80"/>
      </w:pPr>
      <w:r>
        <w:rPr>
          <w:i/>
          <w:color w:val="505050"/>
          <w:sz w:val="19"/>
        </w:rPr>
        <w:t>Complete the statements about programming language levels.</w:t>
      </w:r>
    </w:p>
    <w:p w14:paraId="42087B6E" w14:textId="77777777" w:rsidR="00790D6D" w:rsidRDefault="005C58CB">
      <w:pPr>
        <w:keepNext/>
        <w:spacing w:after="120"/>
      </w:pPr>
      <w:r>
        <w:rPr>
          <w:b/>
          <w:sz w:val="19"/>
        </w:rPr>
        <w:t xml:space="preserve">Word bank: </w:t>
      </w:r>
      <w:r>
        <w:rPr>
          <w:sz w:val="19"/>
        </w:rPr>
        <w:t>hardware, machine code, low-level language, source code, high-level language, processor, Java, binary, translator, portable, Python, abstraction, readable</w:t>
      </w:r>
    </w:p>
    <w:p w14:paraId="5A741103" w14:textId="77777777" w:rsidR="00790D6D" w:rsidRDefault="005C58CB">
      <w:pPr>
        <w:spacing w:after="80"/>
        <w:ind w:left="173"/>
      </w:pPr>
      <w:r>
        <w:rPr>
          <w:sz w:val="20"/>
        </w:rPr>
        <w:t>A (1) ____________________ is closer to human language.</w:t>
      </w:r>
    </w:p>
    <w:p w14:paraId="31BD8911" w14:textId="77777777" w:rsidR="00790D6D" w:rsidRDefault="005C58CB">
      <w:pPr>
        <w:spacing w:after="80"/>
        <w:ind w:left="173"/>
      </w:pPr>
      <w:r>
        <w:rPr>
          <w:sz w:val="20"/>
        </w:rPr>
        <w:t>A (2) ____________________ is closer to the CPU and hardware.</w:t>
      </w:r>
    </w:p>
    <w:p w14:paraId="4F401702" w14:textId="77777777" w:rsidR="00790D6D" w:rsidRDefault="005C58CB">
      <w:pPr>
        <w:spacing w:after="80"/>
        <w:ind w:left="173"/>
      </w:pPr>
      <w:r>
        <w:rPr>
          <w:sz w:val="20"/>
        </w:rPr>
        <w:t>The CPU ultimately executes (3) ____________________.</w:t>
      </w:r>
    </w:p>
    <w:p w14:paraId="68BF8CA7" w14:textId="77777777" w:rsidR="00790D6D" w:rsidRDefault="005C58CB">
      <w:pPr>
        <w:spacing w:after="80"/>
        <w:ind w:left="173"/>
      </w:pPr>
      <w:r>
        <w:rPr>
          <w:sz w:val="20"/>
        </w:rPr>
        <w:t>Machine code is represented using (4) ____________________.</w:t>
      </w:r>
    </w:p>
    <w:p w14:paraId="1783D636" w14:textId="77777777" w:rsidR="00790D6D" w:rsidRDefault="005C58CB">
      <w:pPr>
        <w:spacing w:after="80"/>
        <w:ind w:left="173"/>
      </w:pPr>
      <w:r>
        <w:rPr>
          <w:sz w:val="20"/>
        </w:rPr>
        <w:t>Low-level code is closely linked to the (5) ____________________.</w:t>
      </w:r>
    </w:p>
    <w:p w14:paraId="37BD8C8A" w14:textId="77777777" w:rsidR="00790D6D" w:rsidRDefault="005C58CB">
      <w:pPr>
        <w:spacing w:after="80"/>
        <w:ind w:left="173"/>
      </w:pPr>
      <w:r>
        <w:rPr>
          <w:sz w:val="20"/>
        </w:rPr>
        <w:t>High-level code is usually more (6) ____________________ for humans.</w:t>
      </w:r>
    </w:p>
    <w:p w14:paraId="7DC56970" w14:textId="77777777" w:rsidR="00790D6D" w:rsidRDefault="005C58CB">
      <w:pPr>
        <w:spacing w:after="80"/>
        <w:ind w:left="173"/>
      </w:pPr>
      <w:r>
        <w:rPr>
          <w:sz w:val="20"/>
        </w:rPr>
        <w:t>High-level code can be more (7) ____________________ between computer systems.</w:t>
      </w:r>
    </w:p>
    <w:p w14:paraId="196AEFB1" w14:textId="77777777" w:rsidR="00790D6D" w:rsidRDefault="005C58CB">
      <w:pPr>
        <w:spacing w:after="80"/>
        <w:ind w:left="173"/>
      </w:pPr>
      <w:r>
        <w:rPr>
          <w:sz w:val="20"/>
        </w:rPr>
        <w:t>Low-level code may be specific to a particular (8) ____________________.</w:t>
      </w:r>
    </w:p>
    <w:p w14:paraId="367A1279" w14:textId="77777777" w:rsidR="00790D6D" w:rsidRDefault="005C58CB">
      <w:pPr>
        <w:spacing w:after="80"/>
        <w:ind w:left="173"/>
      </w:pPr>
      <w:r>
        <w:rPr>
          <w:sz w:val="20"/>
        </w:rPr>
        <w:t>Examples of high-level languages include (9) ____________________ and (10) ____________________.</w:t>
      </w:r>
    </w:p>
    <w:p w14:paraId="04237624" w14:textId="77777777" w:rsidR="00790D6D" w:rsidRDefault="005C58CB">
      <w:pPr>
        <w:spacing w:after="80"/>
        <w:ind w:left="173"/>
      </w:pPr>
      <w:r>
        <w:rPr>
          <w:sz w:val="20"/>
        </w:rPr>
        <w:t>High-level languages use more (11) ____________________ from hardware details.</w:t>
      </w:r>
    </w:p>
    <w:p w14:paraId="5F77EFCF" w14:textId="77777777" w:rsidR="00790D6D" w:rsidRDefault="005C58CB">
      <w:pPr>
        <w:spacing w:after="80"/>
        <w:ind w:left="173"/>
      </w:pPr>
      <w:r>
        <w:rPr>
          <w:sz w:val="20"/>
        </w:rPr>
        <w:t>A (12) ____________________ converts code to a form that the CPU can run.</w:t>
      </w:r>
    </w:p>
    <w:p w14:paraId="1737C2E6" w14:textId="77777777" w:rsidR="00790D6D" w:rsidRDefault="005C58CB">
      <w:pPr>
        <w:spacing w:after="80"/>
        <w:ind w:left="173"/>
      </w:pPr>
      <w:r>
        <w:rPr>
          <w:sz w:val="20"/>
        </w:rPr>
        <w:t>Program text written by the programmer is called (13) ____________________.</w:t>
      </w:r>
    </w:p>
    <w:p w14:paraId="513CBE35" w14:textId="77777777" w:rsidR="00790D6D" w:rsidRDefault="00790D6D">
      <w:pPr>
        <w:spacing w:after="40"/>
      </w:pPr>
    </w:p>
    <w:p w14:paraId="2259CA20" w14:textId="77777777" w:rsidR="00790D6D" w:rsidRDefault="005C58CB">
      <w:pPr>
        <w:pStyle w:val="Heading2"/>
        <w:keepLines w:val="0"/>
        <w:spacing w:after="40"/>
      </w:pPr>
      <w:r>
        <w:rPr>
          <w:rFonts w:ascii="Arial" w:hAnsi="Arial"/>
          <w:sz w:val="25"/>
        </w:rPr>
        <w:t>Activity 23 - Compilers and interpreters</w:t>
      </w:r>
    </w:p>
    <w:p w14:paraId="69AC036A" w14:textId="77777777" w:rsidR="00790D6D" w:rsidRDefault="005C58CB">
      <w:pPr>
        <w:keepNext/>
        <w:spacing w:after="80"/>
      </w:pPr>
      <w:r>
        <w:rPr>
          <w:i/>
          <w:color w:val="505050"/>
          <w:sz w:val="19"/>
        </w:rPr>
        <w:t>Complete the statements about translators.</w:t>
      </w:r>
    </w:p>
    <w:p w14:paraId="070BF8E4" w14:textId="77777777" w:rsidR="00790D6D" w:rsidRDefault="005C58CB">
      <w:pPr>
        <w:keepNext/>
        <w:spacing w:after="120"/>
      </w:pPr>
      <w:r>
        <w:rPr>
          <w:b/>
          <w:sz w:val="19"/>
        </w:rPr>
        <w:t xml:space="preserve">Word bank: </w:t>
      </w:r>
      <w:r>
        <w:rPr>
          <w:sz w:val="19"/>
        </w:rPr>
        <w:t>executable file, run, source code, memory, translation, benefits, drawbacks, whole program, interpreter, debugging, faster execution, object code, compiler, line by line, error diagnostics</w:t>
      </w:r>
    </w:p>
    <w:p w14:paraId="7157EE35" w14:textId="77777777" w:rsidR="00790D6D" w:rsidRDefault="005C58CB">
      <w:pPr>
        <w:spacing w:after="80"/>
        <w:ind w:left="173"/>
      </w:pPr>
      <w:r>
        <w:rPr>
          <w:sz w:val="20"/>
        </w:rPr>
        <w:t>A (1) ____________________ translates code before it is run.</w:t>
      </w:r>
    </w:p>
    <w:p w14:paraId="555A6DF9" w14:textId="77777777" w:rsidR="00790D6D" w:rsidRDefault="005C58CB">
      <w:pPr>
        <w:spacing w:after="80"/>
        <w:ind w:left="173"/>
      </w:pPr>
      <w:r>
        <w:rPr>
          <w:sz w:val="20"/>
        </w:rPr>
        <w:t>An (2) ____________________ translates and executes code one instruction at a time.</w:t>
      </w:r>
    </w:p>
    <w:p w14:paraId="0939DA14" w14:textId="77777777" w:rsidR="00790D6D" w:rsidRDefault="005C58CB">
      <w:pPr>
        <w:spacing w:after="80"/>
        <w:ind w:left="173"/>
      </w:pPr>
      <w:r>
        <w:rPr>
          <w:sz w:val="20"/>
        </w:rPr>
        <w:t>The process of converting code into another form is (3) ____________________.</w:t>
      </w:r>
    </w:p>
    <w:p w14:paraId="0B6FE4F8" w14:textId="77777777" w:rsidR="00790D6D" w:rsidRDefault="005C58CB">
      <w:pPr>
        <w:spacing w:after="80"/>
        <w:ind w:left="173"/>
      </w:pPr>
      <w:r>
        <w:rPr>
          <w:sz w:val="20"/>
        </w:rPr>
        <w:t>A compiler often creates an (4) ____________________.</w:t>
      </w:r>
    </w:p>
    <w:p w14:paraId="5EAFBE4E" w14:textId="77777777" w:rsidR="00790D6D" w:rsidRDefault="005C58CB">
      <w:pPr>
        <w:spacing w:after="80"/>
        <w:ind w:left="173"/>
      </w:pPr>
      <w:r>
        <w:rPr>
          <w:sz w:val="20"/>
        </w:rPr>
        <w:t>A compiler translates the (5) ____________________ at once.</w:t>
      </w:r>
    </w:p>
    <w:p w14:paraId="1724A9BA" w14:textId="77777777" w:rsidR="00790D6D" w:rsidRDefault="005C58CB">
      <w:pPr>
        <w:spacing w:after="80"/>
        <w:ind w:left="173"/>
      </w:pPr>
      <w:r>
        <w:rPr>
          <w:sz w:val="20"/>
        </w:rPr>
        <w:t>An interpreter works (6) ____________________.</w:t>
      </w:r>
    </w:p>
    <w:p w14:paraId="749013EB" w14:textId="77777777" w:rsidR="00790D6D" w:rsidRDefault="005C58CB">
      <w:pPr>
        <w:spacing w:after="80"/>
        <w:ind w:left="173"/>
      </w:pPr>
      <w:r>
        <w:rPr>
          <w:sz w:val="20"/>
        </w:rPr>
        <w:t>(7) ____________________ help identify mistakes in code.</w:t>
      </w:r>
    </w:p>
    <w:p w14:paraId="565905EC" w14:textId="77777777" w:rsidR="00790D6D" w:rsidRDefault="005C58CB">
      <w:pPr>
        <w:spacing w:after="80"/>
        <w:ind w:left="173"/>
      </w:pPr>
      <w:r>
        <w:rPr>
          <w:sz w:val="20"/>
        </w:rPr>
        <w:t>Compiled programs may benefit from (8) ____________________.</w:t>
      </w:r>
    </w:p>
    <w:p w14:paraId="304509C6" w14:textId="77777777" w:rsidR="00790D6D" w:rsidRDefault="005C58CB">
      <w:pPr>
        <w:spacing w:after="80"/>
        <w:ind w:left="173"/>
      </w:pPr>
      <w:r>
        <w:rPr>
          <w:sz w:val="20"/>
        </w:rPr>
        <w:t>Interpreters can support (9) ____________________ because errors appear as the program runs.</w:t>
      </w:r>
    </w:p>
    <w:p w14:paraId="6394BF01" w14:textId="77777777" w:rsidR="00790D6D" w:rsidRDefault="005C58CB">
      <w:pPr>
        <w:spacing w:after="80"/>
        <w:ind w:left="173"/>
      </w:pPr>
      <w:r>
        <w:rPr>
          <w:sz w:val="20"/>
        </w:rPr>
        <w:t>The original program text is (10) ____________________.</w:t>
      </w:r>
    </w:p>
    <w:p w14:paraId="5C706D8A" w14:textId="77777777" w:rsidR="00790D6D" w:rsidRDefault="005C58CB">
      <w:pPr>
        <w:spacing w:after="80"/>
        <w:ind w:left="173"/>
      </w:pPr>
      <w:r>
        <w:rPr>
          <w:sz w:val="20"/>
        </w:rPr>
        <w:t>Translated machine-readable output may be called (11) ____________________.</w:t>
      </w:r>
    </w:p>
    <w:p w14:paraId="602741B7" w14:textId="77777777" w:rsidR="00790D6D" w:rsidRDefault="005C58CB">
      <w:pPr>
        <w:spacing w:after="80"/>
        <w:ind w:left="173"/>
      </w:pPr>
      <w:r>
        <w:rPr>
          <w:sz w:val="20"/>
        </w:rPr>
        <w:t>A program must be translated before the processor can (12) ____________________ it.</w:t>
      </w:r>
    </w:p>
    <w:p w14:paraId="5D10E99D" w14:textId="77777777" w:rsidR="00790D6D" w:rsidRDefault="005C58CB">
      <w:pPr>
        <w:spacing w:after="80"/>
        <w:ind w:left="173"/>
      </w:pPr>
      <w:r>
        <w:rPr>
          <w:sz w:val="20"/>
        </w:rPr>
        <w:t>Translators use (13) ____________________ and processing resources.</w:t>
      </w:r>
    </w:p>
    <w:p w14:paraId="6CDF0798" w14:textId="77777777" w:rsidR="00790D6D" w:rsidRDefault="005C58CB">
      <w:pPr>
        <w:spacing w:after="80"/>
        <w:ind w:left="173"/>
      </w:pPr>
      <w:r>
        <w:rPr>
          <w:sz w:val="20"/>
        </w:rPr>
        <w:t>Exams may ask for (14) ____________________ and (15) ____________________ of each type of translator.</w:t>
      </w:r>
    </w:p>
    <w:p w14:paraId="43335113" w14:textId="77777777" w:rsidR="00790D6D" w:rsidRDefault="00790D6D">
      <w:pPr>
        <w:spacing w:after="40"/>
      </w:pPr>
    </w:p>
    <w:p w14:paraId="22BA0D50" w14:textId="77777777" w:rsidR="00790D6D" w:rsidRDefault="005C58CB">
      <w:pPr>
        <w:pStyle w:val="Heading2"/>
        <w:keepLines w:val="0"/>
        <w:spacing w:after="40"/>
      </w:pPr>
      <w:r>
        <w:rPr>
          <w:rFonts w:ascii="Arial" w:hAnsi="Arial"/>
          <w:sz w:val="25"/>
        </w:rPr>
        <w:lastRenderedPageBreak/>
        <w:t>Activity 24 - Integrated Development Environments</w:t>
      </w:r>
    </w:p>
    <w:p w14:paraId="569D6D82" w14:textId="77777777" w:rsidR="00790D6D" w:rsidRDefault="005C58CB">
      <w:pPr>
        <w:keepNext/>
        <w:spacing w:after="80"/>
      </w:pPr>
      <w:r>
        <w:rPr>
          <w:i/>
          <w:color w:val="505050"/>
          <w:sz w:val="19"/>
        </w:rPr>
        <w:t>Complete the statements about IDE tools and facilities.</w:t>
      </w:r>
    </w:p>
    <w:p w14:paraId="707EFDF3" w14:textId="77777777" w:rsidR="00790D6D" w:rsidRDefault="005C58CB">
      <w:pPr>
        <w:keepNext/>
        <w:spacing w:after="120"/>
      </w:pPr>
      <w:r>
        <w:rPr>
          <w:b/>
          <w:sz w:val="19"/>
        </w:rPr>
        <w:t xml:space="preserve">Word bank: </w:t>
      </w:r>
      <w:r>
        <w:rPr>
          <w:sz w:val="19"/>
        </w:rPr>
        <w:t>programmer, translator, compiler, syntax highlighting, run-time environment, breakpoints, variables, debugging tools, stepping, error diagnostics, interpreter, editor, IDE, auto-completion</w:t>
      </w:r>
    </w:p>
    <w:p w14:paraId="52E1386E" w14:textId="77777777" w:rsidR="00790D6D" w:rsidRDefault="005C58CB">
      <w:pPr>
        <w:spacing w:after="80"/>
        <w:ind w:left="173"/>
      </w:pPr>
      <w:r>
        <w:rPr>
          <w:sz w:val="20"/>
        </w:rPr>
        <w:t>An (1) ____________________ provides tools for writing, running and testing programs.</w:t>
      </w:r>
    </w:p>
    <w:p w14:paraId="253EB632" w14:textId="77777777" w:rsidR="00790D6D" w:rsidRDefault="005C58CB">
      <w:pPr>
        <w:spacing w:after="80"/>
        <w:ind w:left="173"/>
      </w:pPr>
      <w:r>
        <w:rPr>
          <w:sz w:val="20"/>
        </w:rPr>
        <w:t>The (2) ____________________ is where code is typed and edited.</w:t>
      </w:r>
    </w:p>
    <w:p w14:paraId="71E054A8" w14:textId="77777777" w:rsidR="00790D6D" w:rsidRDefault="005C58CB">
      <w:pPr>
        <w:spacing w:after="80"/>
        <w:ind w:left="173"/>
      </w:pPr>
      <w:r>
        <w:rPr>
          <w:sz w:val="20"/>
        </w:rPr>
        <w:t>(3) ____________________ uses colours or formatting to make code easier to read.</w:t>
      </w:r>
    </w:p>
    <w:p w14:paraId="461CAF96" w14:textId="77777777" w:rsidR="00790D6D" w:rsidRDefault="005C58CB">
      <w:pPr>
        <w:spacing w:after="80"/>
        <w:ind w:left="173"/>
      </w:pPr>
      <w:r>
        <w:rPr>
          <w:sz w:val="20"/>
        </w:rPr>
        <w:t>(4) ____________________ suggests or completes parts of code while typing.</w:t>
      </w:r>
    </w:p>
    <w:p w14:paraId="5588DF63" w14:textId="77777777" w:rsidR="00790D6D" w:rsidRDefault="005C58CB">
      <w:pPr>
        <w:spacing w:after="80"/>
        <w:ind w:left="173"/>
      </w:pPr>
      <w:r>
        <w:rPr>
          <w:sz w:val="20"/>
        </w:rPr>
        <w:t>(5) ____________________ report possible errors to the programmer.</w:t>
      </w:r>
    </w:p>
    <w:p w14:paraId="7EEEC741" w14:textId="77777777" w:rsidR="00790D6D" w:rsidRDefault="005C58CB">
      <w:pPr>
        <w:spacing w:after="80"/>
        <w:ind w:left="173"/>
      </w:pPr>
      <w:r>
        <w:rPr>
          <w:sz w:val="20"/>
        </w:rPr>
        <w:t>A (6) ____________________ allows the program to run during development.</w:t>
      </w:r>
    </w:p>
    <w:p w14:paraId="295F1734" w14:textId="77777777" w:rsidR="00790D6D" w:rsidRDefault="005C58CB">
      <w:pPr>
        <w:spacing w:after="80"/>
        <w:ind w:left="173"/>
      </w:pPr>
      <w:r>
        <w:rPr>
          <w:sz w:val="20"/>
        </w:rPr>
        <w:t>A (7) ____________________ changes source code into a form that can be executed.</w:t>
      </w:r>
    </w:p>
    <w:p w14:paraId="4009F2D8" w14:textId="77777777" w:rsidR="00790D6D" w:rsidRDefault="005C58CB">
      <w:pPr>
        <w:spacing w:after="80"/>
        <w:ind w:left="173"/>
      </w:pPr>
      <w:r>
        <w:rPr>
          <w:sz w:val="20"/>
        </w:rPr>
        <w:t>An IDE may include a (8) ____________________ or an (9) ____________________.</w:t>
      </w:r>
    </w:p>
    <w:p w14:paraId="58B610D9" w14:textId="77777777" w:rsidR="00790D6D" w:rsidRDefault="005C58CB">
      <w:pPr>
        <w:spacing w:after="80"/>
        <w:ind w:left="173"/>
      </w:pPr>
      <w:r>
        <w:rPr>
          <w:sz w:val="20"/>
        </w:rPr>
        <w:t>(10) ____________________ help find and fix errors.</w:t>
      </w:r>
    </w:p>
    <w:p w14:paraId="5BB14081" w14:textId="77777777" w:rsidR="00790D6D" w:rsidRDefault="005C58CB">
      <w:pPr>
        <w:spacing w:after="80"/>
        <w:ind w:left="173"/>
      </w:pPr>
      <w:r>
        <w:rPr>
          <w:sz w:val="20"/>
        </w:rPr>
        <w:t>(11) ____________________ pause a program at selected lines.</w:t>
      </w:r>
    </w:p>
    <w:p w14:paraId="3A046F61" w14:textId="77777777" w:rsidR="00790D6D" w:rsidRDefault="005C58CB">
      <w:pPr>
        <w:spacing w:after="80"/>
        <w:ind w:left="173"/>
      </w:pPr>
      <w:r>
        <w:rPr>
          <w:sz w:val="20"/>
        </w:rPr>
        <w:t>(12) ____________________ runs a program one line or instruction at a time.</w:t>
      </w:r>
    </w:p>
    <w:p w14:paraId="57319FE6" w14:textId="77777777" w:rsidR="00790D6D" w:rsidRDefault="005C58CB">
      <w:pPr>
        <w:spacing w:after="80"/>
        <w:ind w:left="173"/>
      </w:pPr>
      <w:r>
        <w:rPr>
          <w:sz w:val="20"/>
        </w:rPr>
        <w:t>Watches can show current values of (13) ____________________.</w:t>
      </w:r>
    </w:p>
    <w:p w14:paraId="25D01538" w14:textId="77777777" w:rsidR="00790D6D" w:rsidRDefault="005C58CB">
      <w:pPr>
        <w:spacing w:after="80"/>
        <w:ind w:left="173"/>
      </w:pPr>
      <w:r>
        <w:rPr>
          <w:sz w:val="20"/>
        </w:rPr>
        <w:t>IDE tools help the (14) ____________________ develop a program more efficiently.</w:t>
      </w:r>
    </w:p>
    <w:p w14:paraId="3ACAD6F1" w14:textId="77777777" w:rsidR="00790D6D" w:rsidRDefault="00790D6D">
      <w:pPr>
        <w:spacing w:after="40"/>
      </w:pPr>
    </w:p>
    <w:p w14:paraId="12A4ADFA" w14:textId="77777777" w:rsidR="00790D6D" w:rsidRDefault="005C58CB">
      <w:r>
        <w:br w:type="page"/>
      </w:r>
    </w:p>
    <w:p w14:paraId="52B2FBCD" w14:textId="77777777" w:rsidR="00790D6D" w:rsidRDefault="005C58CB">
      <w:pPr>
        <w:pStyle w:val="Heading1"/>
        <w:keepNext w:val="0"/>
        <w:keepLines w:val="0"/>
        <w:spacing w:after="120"/>
      </w:pPr>
      <w:r>
        <w:rPr>
          <w:rFonts w:ascii="Arial" w:hAnsi="Arial"/>
          <w:sz w:val="30"/>
        </w:rPr>
        <w:lastRenderedPageBreak/>
        <w:t>Mixed retrieval challenge</w:t>
      </w:r>
    </w:p>
    <w:p w14:paraId="3772D937" w14:textId="77777777" w:rsidR="00790D6D" w:rsidRDefault="005C58CB">
      <w:pPr>
        <w:pStyle w:val="Heading2"/>
        <w:keepLines w:val="0"/>
        <w:spacing w:after="40"/>
      </w:pPr>
      <w:r>
        <w:rPr>
          <w:rFonts w:ascii="Arial" w:hAnsi="Arial"/>
          <w:sz w:val="25"/>
        </w:rPr>
        <w:t>Activity 25 - Component 2 mixed retrieval challenge</w:t>
      </w:r>
    </w:p>
    <w:p w14:paraId="4C03E27B" w14:textId="77777777" w:rsidR="00790D6D" w:rsidRDefault="005C58CB">
      <w:pPr>
        <w:keepNext/>
        <w:spacing w:after="80"/>
      </w:pPr>
      <w:r>
        <w:rPr>
          <w:i/>
          <w:color w:val="505050"/>
          <w:sz w:val="19"/>
        </w:rPr>
        <w:t>Complete this mixed challenge covering topics 2.1 to 2.5.</w:t>
      </w:r>
    </w:p>
    <w:p w14:paraId="4C1457CF" w14:textId="77777777" w:rsidR="00790D6D" w:rsidRDefault="005C58CB">
      <w:pPr>
        <w:keepNext/>
        <w:spacing w:after="120"/>
      </w:pPr>
      <w:r>
        <w:rPr>
          <w:b/>
          <w:sz w:val="19"/>
        </w:rPr>
        <w:t xml:space="preserve">Word bank: </w:t>
      </w:r>
      <w:r>
        <w:rPr>
          <w:sz w:val="19"/>
        </w:rPr>
        <w:t>selection, array, decomposition, binary search, logic error, casting, interpreter, pseudocode, function, authentication, iteration, algorithm, trace table, syntax error, variable, sorted, input validation, truth table, IDE, compiler</w:t>
      </w:r>
    </w:p>
    <w:p w14:paraId="437972D8" w14:textId="77777777" w:rsidR="00790D6D" w:rsidRDefault="005C58CB">
      <w:pPr>
        <w:spacing w:after="80"/>
        <w:ind w:left="173"/>
      </w:pPr>
      <w:r>
        <w:rPr>
          <w:sz w:val="20"/>
        </w:rPr>
        <w:t>(1) ____________________ breaks a problem into smaller parts.</w:t>
      </w:r>
    </w:p>
    <w:p w14:paraId="2537AFB9" w14:textId="77777777" w:rsidR="00790D6D" w:rsidRDefault="005C58CB">
      <w:pPr>
        <w:spacing w:after="80"/>
        <w:ind w:left="173"/>
      </w:pPr>
      <w:r>
        <w:rPr>
          <w:sz w:val="20"/>
        </w:rPr>
        <w:t>An (2) ____________________ is a clear set of steps for solving a problem.</w:t>
      </w:r>
    </w:p>
    <w:p w14:paraId="645D0B38" w14:textId="77777777" w:rsidR="00790D6D" w:rsidRDefault="005C58CB">
      <w:pPr>
        <w:spacing w:after="80"/>
        <w:ind w:left="173"/>
      </w:pPr>
      <w:r>
        <w:rPr>
          <w:sz w:val="20"/>
        </w:rPr>
        <w:t>(3) ____________________ is a code-like way of writing an algorithm.</w:t>
      </w:r>
    </w:p>
    <w:p w14:paraId="60845A54" w14:textId="77777777" w:rsidR="00790D6D" w:rsidRDefault="005C58CB">
      <w:pPr>
        <w:spacing w:after="80"/>
        <w:ind w:left="173"/>
      </w:pPr>
      <w:r>
        <w:rPr>
          <w:sz w:val="20"/>
        </w:rPr>
        <w:t>A (4) ____________________ records variable values while an algorithm is traced.</w:t>
      </w:r>
    </w:p>
    <w:p w14:paraId="508A3370" w14:textId="77777777" w:rsidR="00790D6D" w:rsidRDefault="005C58CB">
      <w:pPr>
        <w:spacing w:after="80"/>
        <w:ind w:left="173"/>
      </w:pPr>
      <w:r>
        <w:rPr>
          <w:sz w:val="20"/>
        </w:rPr>
        <w:t>(5) ____________________ needs a (6) ____________________ list.</w:t>
      </w:r>
    </w:p>
    <w:p w14:paraId="60E4313E" w14:textId="77777777" w:rsidR="00790D6D" w:rsidRDefault="005C58CB">
      <w:pPr>
        <w:spacing w:after="80"/>
        <w:ind w:left="173"/>
      </w:pPr>
      <w:r>
        <w:rPr>
          <w:sz w:val="20"/>
        </w:rPr>
        <w:t>A (7) ____________________ stores data that can change.</w:t>
      </w:r>
    </w:p>
    <w:p w14:paraId="2D420465" w14:textId="77777777" w:rsidR="00790D6D" w:rsidRDefault="005C58CB">
      <w:pPr>
        <w:spacing w:after="80"/>
        <w:ind w:left="173"/>
      </w:pPr>
      <w:r>
        <w:rPr>
          <w:sz w:val="20"/>
        </w:rPr>
        <w:t>(8) ____________________ chooses between different paths.</w:t>
      </w:r>
    </w:p>
    <w:p w14:paraId="58AF6D9B" w14:textId="77777777" w:rsidR="00790D6D" w:rsidRDefault="005C58CB">
      <w:pPr>
        <w:spacing w:after="80"/>
        <w:ind w:left="173"/>
      </w:pPr>
      <w:r>
        <w:rPr>
          <w:sz w:val="20"/>
        </w:rPr>
        <w:t>(9) ____________________ repeats instructions.</w:t>
      </w:r>
    </w:p>
    <w:p w14:paraId="5D0CC81F" w14:textId="77777777" w:rsidR="00790D6D" w:rsidRDefault="005C58CB">
      <w:pPr>
        <w:spacing w:after="80"/>
        <w:ind w:left="173"/>
      </w:pPr>
      <w:r>
        <w:rPr>
          <w:sz w:val="20"/>
        </w:rPr>
        <w:t>(10) ____________________ temporarily changes a value from one data type to another.</w:t>
      </w:r>
    </w:p>
    <w:p w14:paraId="4E662DEB" w14:textId="77777777" w:rsidR="00790D6D" w:rsidRDefault="005C58CB">
      <w:pPr>
        <w:spacing w:after="80"/>
        <w:ind w:left="173"/>
      </w:pPr>
      <w:r>
        <w:rPr>
          <w:sz w:val="20"/>
        </w:rPr>
        <w:t>An (11) ____________________ stores a fixed-length collection of values.</w:t>
      </w:r>
    </w:p>
    <w:p w14:paraId="40FC7659" w14:textId="77777777" w:rsidR="00790D6D" w:rsidRDefault="005C58CB">
      <w:pPr>
        <w:spacing w:after="80"/>
        <w:ind w:left="173"/>
      </w:pPr>
      <w:r>
        <w:rPr>
          <w:sz w:val="20"/>
        </w:rPr>
        <w:t>A (12) ____________________ is a sub program that returns a value.</w:t>
      </w:r>
    </w:p>
    <w:p w14:paraId="30551657" w14:textId="77777777" w:rsidR="00790D6D" w:rsidRDefault="005C58CB">
      <w:pPr>
        <w:spacing w:after="80"/>
        <w:ind w:left="173"/>
      </w:pPr>
      <w:r>
        <w:rPr>
          <w:sz w:val="20"/>
        </w:rPr>
        <w:t>(13) ____________________ checks user data before it is accepted.</w:t>
      </w:r>
    </w:p>
    <w:p w14:paraId="4B46D18F" w14:textId="77777777" w:rsidR="00790D6D" w:rsidRDefault="005C58CB">
      <w:pPr>
        <w:spacing w:after="80"/>
        <w:ind w:left="173"/>
      </w:pPr>
      <w:r>
        <w:rPr>
          <w:sz w:val="20"/>
        </w:rPr>
        <w:t>(14) ____________________ confirms the identity of a user.</w:t>
      </w:r>
    </w:p>
    <w:p w14:paraId="76E23F80" w14:textId="77777777" w:rsidR="00790D6D" w:rsidRDefault="005C58CB">
      <w:pPr>
        <w:spacing w:after="80"/>
        <w:ind w:left="173"/>
      </w:pPr>
      <w:r>
        <w:rPr>
          <w:sz w:val="20"/>
        </w:rPr>
        <w:t>A (15) ____________________ breaks the rules of the programming language.</w:t>
      </w:r>
    </w:p>
    <w:p w14:paraId="60AB088F" w14:textId="77777777" w:rsidR="00790D6D" w:rsidRDefault="005C58CB">
      <w:pPr>
        <w:spacing w:after="80"/>
        <w:ind w:left="173"/>
      </w:pPr>
      <w:r>
        <w:rPr>
          <w:sz w:val="20"/>
        </w:rPr>
        <w:t>A (16) ____________________ gives unexpected output even though the program runs.</w:t>
      </w:r>
    </w:p>
    <w:p w14:paraId="1C7447EB" w14:textId="77777777" w:rsidR="00790D6D" w:rsidRDefault="005C58CB">
      <w:pPr>
        <w:spacing w:after="80"/>
        <w:ind w:left="173"/>
      </w:pPr>
      <w:r>
        <w:rPr>
          <w:sz w:val="20"/>
        </w:rPr>
        <w:t>A (17) ____________________ lists combinations of logical inputs and outputs.</w:t>
      </w:r>
    </w:p>
    <w:p w14:paraId="33F7C06A" w14:textId="77777777" w:rsidR="00790D6D" w:rsidRDefault="005C58CB">
      <w:pPr>
        <w:spacing w:after="80"/>
        <w:ind w:left="173"/>
      </w:pPr>
      <w:r>
        <w:rPr>
          <w:sz w:val="20"/>
        </w:rPr>
        <w:t>A (18) ____________________ translates the whole program before it is run.</w:t>
      </w:r>
    </w:p>
    <w:p w14:paraId="429D6545" w14:textId="77777777" w:rsidR="00790D6D" w:rsidRDefault="005C58CB">
      <w:pPr>
        <w:spacing w:after="80"/>
        <w:ind w:left="173"/>
      </w:pPr>
      <w:r>
        <w:rPr>
          <w:sz w:val="20"/>
        </w:rPr>
        <w:t>An (19) ____________________ translates and runs code line by line.</w:t>
      </w:r>
    </w:p>
    <w:p w14:paraId="2B42DBD6" w14:textId="77777777" w:rsidR="00790D6D" w:rsidRDefault="005C58CB">
      <w:pPr>
        <w:spacing w:after="80"/>
        <w:ind w:left="173"/>
      </w:pPr>
      <w:r>
        <w:rPr>
          <w:sz w:val="20"/>
        </w:rPr>
        <w:t>An (20) ____________________ combines tools for writing, running and testing code.</w:t>
      </w:r>
    </w:p>
    <w:p w14:paraId="3EF87D6E" w14:textId="77777777" w:rsidR="00790D6D" w:rsidRDefault="00790D6D">
      <w:pPr>
        <w:spacing w:after="40"/>
      </w:pPr>
    </w:p>
    <w:sectPr w:rsidR="00790D6D" w:rsidSect="00034616">
      <w:footerReference w:type="default" r:id="rId8"/>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FA7DD" w14:textId="77777777" w:rsidR="005C58CB" w:rsidRDefault="005C58CB">
      <w:pPr>
        <w:spacing w:after="0" w:line="240" w:lineRule="auto"/>
      </w:pPr>
      <w:r>
        <w:separator/>
      </w:r>
    </w:p>
  </w:endnote>
  <w:endnote w:type="continuationSeparator" w:id="0">
    <w:p w14:paraId="259E4443" w14:textId="77777777" w:rsidR="005C58CB" w:rsidRDefault="005C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B77F" w14:textId="77777777" w:rsidR="00790D6D" w:rsidRDefault="005C58CB">
    <w:pPr>
      <w:pStyle w:val="Footer"/>
      <w:jc w:val="center"/>
    </w:pPr>
    <w:r>
      <w:rPr>
        <w:i/>
        <w:color w:val="646464"/>
        <w:sz w:val="16"/>
      </w:rPr>
      <w:t>OCR J277/02 Fill in the Blank Activity Pack - Student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CDB8A" w14:textId="77777777" w:rsidR="005C58CB" w:rsidRDefault="005C58CB">
      <w:pPr>
        <w:spacing w:after="0" w:line="240" w:lineRule="auto"/>
      </w:pPr>
      <w:r>
        <w:separator/>
      </w:r>
    </w:p>
  </w:footnote>
  <w:footnote w:type="continuationSeparator" w:id="0">
    <w:p w14:paraId="36122971" w14:textId="77777777" w:rsidR="005C58CB" w:rsidRDefault="005C5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1522021">
    <w:abstractNumId w:val="8"/>
  </w:num>
  <w:num w:numId="2" w16cid:durableId="2016375142">
    <w:abstractNumId w:val="6"/>
  </w:num>
  <w:num w:numId="3" w16cid:durableId="1000890928">
    <w:abstractNumId w:val="5"/>
  </w:num>
  <w:num w:numId="4" w16cid:durableId="811214050">
    <w:abstractNumId w:val="4"/>
  </w:num>
  <w:num w:numId="5" w16cid:durableId="1342244640">
    <w:abstractNumId w:val="7"/>
  </w:num>
  <w:num w:numId="6" w16cid:durableId="939683534">
    <w:abstractNumId w:val="3"/>
  </w:num>
  <w:num w:numId="7" w16cid:durableId="1162044809">
    <w:abstractNumId w:val="2"/>
  </w:num>
  <w:num w:numId="8" w16cid:durableId="1594166944">
    <w:abstractNumId w:val="1"/>
  </w:num>
  <w:num w:numId="9" w16cid:durableId="74429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722"/>
    <w:rsid w:val="0015074B"/>
    <w:rsid w:val="0029639D"/>
    <w:rsid w:val="00326F90"/>
    <w:rsid w:val="005C58CB"/>
    <w:rsid w:val="00790D6D"/>
    <w:rsid w:val="00AA1D8D"/>
    <w:rsid w:val="00AB086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0624E"/>
  <w14:defaultImageDpi w14:val="300"/>
  <w15:docId w15:val="{0F840FD0-BDAB-4FEC-A791-FC7F664D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05976"/>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6609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05976"/>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4905</Words>
  <Characters>27961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J277 Component 2 Fill in the Blank Activity Pack - Student Version</dc:title>
  <dc:subject>OCR J277 GCSE Computer Science Component 2</dc:subject>
  <dc:creator>OpenAI</dc:creator>
  <cp:keywords/>
  <dc:description>generated by python-docx</dc:description>
  <cp:lastModifiedBy>Edmund Ryan</cp:lastModifiedBy>
  <cp:revision>2</cp:revision>
  <dcterms:created xsi:type="dcterms:W3CDTF">2013-12-23T23:15:00Z</dcterms:created>
  <dcterms:modified xsi:type="dcterms:W3CDTF">2026-06-16T15:02:00Z</dcterms:modified>
  <cp:category/>
</cp:coreProperties>
</file>